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2Co/689/2015 z 27. 6. 2016</w:t>
      </w:r>
    </w:p>
    <w:p>
      <w:r>
        <w:t>Uznesenie Krajského súdu Košice z 27. júna 2016, sp. zn. 2Co/689/2015, ECLI:SK:KSKE:2016:7615202808.1</w:t>
      </w:r>
    </w:p>
    <w:p>
      <w:r>
        <w:t>Súd: Krajský súd Košice</w:t>
      </w:r>
    </w:p>
    <w:p>
      <w:r>
        <w:t>Spisová značka: 2Co/689/2015</w:t>
      </w:r>
    </w:p>
    <w:p>
      <w:r>
        <w:t>ECLI: ECLI:SK:KSKE:2016:7615202808.1</w:t>
      </w:r>
    </w:p>
    <w:p>
      <w:r>
        <w:t>Dátum vydania: 27. 6. 2016</w:t>
      </w:r>
    </w:p>
    <w:p>
      <w:r>
        <w:t>Forma: Uznesenie</w:t>
      </w:r>
    </w:p>
    <w:p>
      <w:pPr>
        <w:pStyle w:val="Heading2"/>
      </w:pPr>
      <w:r>
        <w:t>Text rozhodnutia</w:t>
      </w:r>
    </w:p>
    <w:p>
      <w:r>
        <w:t>Súd: Krajský súd Košice Spisová značka: 2Co/689/2015 Identifikačné číslo súdneho spisu: 7615202808 Dátum vydania rozhodnutia: 28. 06. 2016 Meno a priezvisko sudcu, VSÚ: JUDr. Ľuboš Kunay ECLI: ECLI:SK:KSKE:2016:7615202808.1 Uznesenie Krajský súd v Košiciach vo veci žalobcu Urbárske pozemkové spoločenstvo Pavľany, so sídlom Obecný úrad Pavľany, 053 71 Pavľany, IČO: 319 446 55, právne zastúpenej JUDr. Martinom Čemanom, AK Letná 45, Spišská Nová Ves, proti žalovanému SHR Radoslav Teplica, Pribinova 41, Smižany, IČO: 31227597, právne zastúpenému JUDr. Jaroslavom Čollákom, AK Floriánska 19, Košice, o vypratanie nehnuteľností, o odvolaní žalovaného proti rozsudku č.k. 2C/102/2015 z 8.10.2015 Okresného súdu Spišská Nová Ves r o z h o d o l : Odvolacie konanie z a s t a v u j e. Žiaden z účastníkov nemá právo na náhradu trov konania. V r a c i a žalovanému SHR Y. I. ,V. Č.. XXXX/XX, XXX XX W., IČO: 31 227 597, súdny poplatok za odvolanie v sume 92,80 € prostredníctvom Slovenskej pošty a.s. - prevádzkový systém IČO: 36631124, so sídlom Partizánska cesta 9,975 99 Banská Bystrica. o d ô v o d n e n i e : Súd prvého stupňa rozsudkom č.k. 2C/102/2015-83 z 8.10.2015 určil povinnosť žalovaného vypratať pozemky zapísané Správou katastra Levoča, na LV č. XXX ako parcela reg. "E" pre katastrálne územie V., R. V., okres J., parc.číslo 396/1, 396/3 ,396/4, 398/1, 399/3 a 400/3 a zaplatiť žalobcovi trovy konania pozostávajúce zo zaplateného súdneho poplatku 99,50 Eur a trovy právneho zastúpenia 510,44 Eur, do 3 dní odo dňa právoplatnosti rozsudku. Proti tomuto rozsudku podal včas odvolanie žalovaný ,ktorý následne v priebehu odvolacieho konania písomným podaním doručeným Krajskému súdu v Košiciach dňa 20.5.2016 zobral odvolanie v celom rozsahu späť a navrhol, aby odvolací súd odvolacie konanie v zmysle § 207 ods. 3 O.s.p. zastavil. Zároveň v zmysle § 11 ods. 3,4 zákona č. 71/1992 Zb. o súdnych poplatkoch žalovaný žiadal o vrátenie zaplateného súdneho poplatku za podané odvolanie. Podľa ust. § 207 ods. 2 O.s.p. dokiaľ o odvolaní nebolo rozhodnuté, možno ho vziať späť. Ak niekto vzal odvolanie späť, nemôže ho podať znova. Podľa ust. § 207 ods. 3 O.s.p., ak sa odvolanie, o ktorom nebolo rozhodnuté, vzalo späť, odvolací súd odvolacie konanie zastaví. Vzhľadom na späťvzatie odvolania žalobcom odvolací súd v zmysle vyššie citovaných zákonných ustanovení odvolacie konanie zastavil. O trovách odvolacieho konania bolo rozhodnuté podľa § 224 ods. 1 O.s.p. v spojení s § 146 ods. 1 písm. c/ O.s.p.. Podľa ust. § 11 ods. 3 zákona č. 71/1992 Zb. o súdnych poplatkoch, poplatok splatný podaním žaloby, návrhu na začatie konania, odvolania, žaloby na obnovu konania alebo dovolania sa vráti, ak sa konanie zastavilo, ak sa žaloba, návrh na začatie konania, odvolanie, žaloba na obnovu konania alebo dovolanie odmietlo alebo vzalo späť pred prvým pojednávaním bez ohľadu na to, či bol vydaný platobný rozkaz; To neplatí, ak bolo dovolanie odmietnuté z dôvodu, že smeruje proti rozhodnutiu, proti ktorému nie je dovolanie prípustné. Ak sa návrh na začatie konania o rozvod manželstva vzal späť po prvom pojednávaní na príslušnej inštancii súdov, vráti sa polovica všetkých zaplatených poplatkov. V konaní pred správnym súdom sa poplatok vráti, ak sa konanie zastavilo, ak sa správna žaloba, kasačná sťažnosť alebo žaloba na obnovu konania odmietla, alebo vzala späť pred prejednaním veci. Podľa ust. § 11 ods. 4 zákona č. 71/1992 Zb. o súdnych poplatkoch okrem poplatku v konaní o rozvod manželstva a poplatku, ktorý sa vracia podľa ods. 1, sa poplatok alebo jeho časť (preplatok) vracia krátený o 1 % najmenej však 6,70 €. Ak sa návrh vzal späť pred zaplatením poplatku, poplatok sa nevyrubuje. V súlade s citovanými zákonnými ustanoveniami odvolací súd zároveň rozhodol o vrátení súdneho poplatku zaplateného za podanie odvolania kráteného o sumu 6,70 € ( 99,50 - 6,70), t.j. o vrátení čiastky 92,80 €. Toto rozhodnutie prijal senát Krajského súdu v Košiciach pomerov hlasov 3:0 (§ 3 ods. 9 zák.č. 757/2004 Z.z. o súdoch v znení účinnom od 1.5.2011). Poučenie: Proti uzneseniu odvolacieho súdu odvolanie nie je prípustné.</w:t>
      </w:r>
    </w:p>
    <w:p/>
    <w:p>
      <w:r>
        <w:t>Zdroj: KAUZIS.SK – https://www.kauzis.sk/judikatura/r/ECLI:SK:KSKE:2016:7615202808.1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