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1Co/54/2015 z 4. 4. 2016</w:t>
      </w:r>
    </w:p>
    <w:p>
      <w:r>
        <w:t>Uznesenie Krajského súdu Košice z 4. apríla 2016, sp. zn. 1Co/54/2015, ECLI:SK:KSKE:2016:7707209136.2</w:t>
      </w:r>
    </w:p>
    <w:p>
      <w:r>
        <w:t>Súd: Krajský súd Košice</w:t>
      </w:r>
    </w:p>
    <w:p>
      <w:r>
        <w:t>Spisová značka: 1Co/54/2015</w:t>
      </w:r>
    </w:p>
    <w:p>
      <w:r>
        <w:t>ECLI: ECLI:SK:KSKE:2016:7707209136.2</w:t>
      </w:r>
    </w:p>
    <w:p>
      <w:r>
        <w:t>Dátum vydania: 4.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1Co/54/2015 Identifikačné číslo súdneho spisu: 7707209136 Dátum vydania rozhodnutia: 05. 04. 2016 Meno a priezvisko sudcu, VSÚ: JUDr. Peter Tutko ECLI: ECLI:SK:KSKE:2016:7707209136.2 Uznesenie Krajský súd v Košiciach v právnej veci žalobcov X/ C. K., C. Q., Z.. Q.. Š. XXX/X, X/ C. Á., C. Q., Z.. Q.. Š. XXX/X, oboch zastúpených JUDr. Alexandrom Milkom, Rožňava, Ul. Cyrila a Metoda 4, proti žalovanému P.. Š. U., C. Q., E. X, o vydanie nehnuteľnosti a zaplatenie nájomného, o odvolaní žalobcu v 1. rade proti dopĺňaciemu rozsudku Okresného súdu Michalovce zo dňa 12.7.2013 č.k. 16C 137/2007-226 takto r o z h o d o l : V r a c i a vec súd prvého stupňa. o d ô v o d n e n i e : Súd prvého stupňa napadnutým rozsudkom uložil žalovanému povinnosť zaplatiť žalobcovi v 1. rade sumu 334,56 €, spolu s 6 % úrokom z omeškania zo sumy 334,56 € od 27.3.2004 až do zaplatenia, do troch dní od právoplatnosti rozsudku, v prevyšujúcej časti žalobu zamietol a zaviazal žalovaného zaplatiť žalobcovi v 1. rade aj náhradu trov konania titulom právneho zastúpenia vo výške 159,03 €, do troch dní od právoplatnosti rozsudku. Dopĺňacím rozsudkom (č.l. 226) doplnil rozsudok aj o výroky, že žalovaný je povinný zaplatiť žalobcom v 1. a 2. rade náhradu trov konania ohľadne ich nároku na vypratanie garáže, a to v sume 346,58 €, z toho za právne zastúpenie advokátom v sume 247,- € a za zaplatený súdny poplatok 99,50 €, všetko do 3 dní od právoplatnosti rozsudku a vo vzťahu medzi žalovaným a žalobcom v 2. rade ohľadne nároku žalobcu v 2. rade o vydanie bezdôvodného obohatenia - zaplatenie sumy 365,13 € rozhodol tak, že účastníkom náhradu trov konania nepriznáva. Súd prvého stupňa dňa 22.1.2015 predložil vec odvolaciemu súdu na rozhodnutie o odvolaní proti dopĺňaciemu rozsudku Okresného súdu Michalovce zo dňa 12.7.2013 č.k. 16C 137/2007-226. Odvolací súd pred meritórnym prejednaním odvolania skúmal, či sú splnené podmienky odvolacieho konania a na základe toho dospel k záveru, že vec je potrebné vrátiť súdu prvého stupňa ako predloženú bezdôvodne. Z obsahu spisu je zrejmé, že rozsudok Okresného súdu Michalovce zo dňa 17. mája 2013 v spojení s dopĺňacím rozsudkom zo dňa 12.7.2013 č.k. 16C 137/2007-226 napadli včas podaným odvolaním žalobcovia. Odvolanie podali proti výroku rozsudku, ktorým súd v prevyšujúcej časti zamietol žalobu a tiež proti výroku o náhrade trov konania. O odvolaní proti rozsudku zo dňa 17.5.2013 č.k. 16C 137/2007-208 v spojení s dopĺňacím rozsudkom zo dňa 12.7.2013 č.k. 16C 137/2007-226 rozhodol Krajský súd v Košiciach rozsudkom zo dňa 29.10.2014 č.k. 1Co/54/2015-238 tak, že zmenil rozsudok v napadnutom výroku o zamietnutí žaloby v prevyšujúcej časti tak, že žalovaný je povinný zaplatiť žalobcovi v 1. rade sumu 334,56 € so 6 % úrokmi z omeškania od 30.7.2005 do zaplatenia, do 3 dní od právoplatnosti rozsudku a zmenil rozsudok vo výroku o náhrade trov konania tak, že žalobcovi v 1. rade sa prisudzuje náhrada trov konania na súde prvého stupňa vo výške 964,84 € a žalovaný je povinný ju zaplatiť JUDr. Alexandrovi Milkovi, advokátovi, do 3 dní od právoplatnosti rozsudku. Náhradu trov odvolacieho konania žalobcovi v 1. rade nepriznal. Z odôvodnenia rozsudku odvolacieho súdu plynie, že odvolací súd rozhodol aj o trovách konania na súde prvého stupňa, keďže zmenil rozsudok v napadnutom výroku. Ďalej odvolací súd rozhodol o trovách odvolacieho konania, keďže žalobca v 1. rade v odvolaní uplatnil aj náhradu trov tohto odvolacieho konania, a to tak, že náhradu trov odvolacieho konania žalobcovi v 1. rade nepriznal, lebo náhradu trov nevyčíslil v zákonom stanovenej lehote a zo spisu ku dňu vyhlásenia rozsudku iné trovy, okrem trov právneho zastúpenia nevyplývajú (§ 224 ods. 1, § 151 ods. 1, 2 O.s.p.). Za takejto situácie má odvolací súd za to, že nie sú splnené podmienky odvolacieho konania a preto vec vracia súdu prvého stupňa ako bezdôvodne predloženú. Uvedené rozhodnutie bolo prijaté senátom Krajského súdu v Košiciach pomerom hlasov 3:0. Poučenie: Proti tomuto uzneseniu odvolanie nie je prípustné.</w:t>
      </w:r>
    </w:p>
    <w:p/>
    <w:p>
      <w:r>
        <w:t>Zdroj: KAUZIS.SK – https://www.kauzis.sk/judikatura/r/ECLI:SK:KSKE:2016:7707209136.2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