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Košice sp. zn. 8CoP/494/2015 z 30. 3. 2016</w:t>
      </w:r>
    </w:p>
    <w:p>
      <w:r>
        <w:t>Uznesenie Krajského súdu Košice z 30. marca 2016, sp. zn. 8CoP/494/2015, ECLI:SK:KSKE:2016:7713200856.2</w:t>
      </w:r>
    </w:p>
    <w:p>
      <w:r>
        <w:t>Súd: Krajský súd Košice</w:t>
      </w:r>
    </w:p>
    <w:p>
      <w:r>
        <w:t>Spisová značka: 8CoP/494/2015</w:t>
      </w:r>
    </w:p>
    <w:p>
      <w:r>
        <w:t>ECLI: ECLI:SK:KSKE:2016:7713200856.2</w:t>
      </w:r>
    </w:p>
    <w:p>
      <w:r>
        <w:t>Dátum vydania: 30. 3.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Košice Spisová značka: 8CoP/494/2015 Identifikačné číslo súdneho spisu: 7713200856 Dátum vydania rozhodnutia: 31. 03. 2016 Meno a priezvisko sudcu, VSÚ: JUDr. Ludvika Bodnárová ECLI: ECLI:SK:KSKE:2016:7713200856.2 Uznesenie Krajský súd v Košiciach vo veci starostlivosti súdu o maloletú U. V. nar. XX.X.XXXX zastúpenú kolíznym opatrovníkom Úradom práce, sociálnych vecí a rodiny v Michalovciach dieťaťa rodičov W. V. nar. XX.X.XXXX bývajúcej v I. č. XX a X. V. nar. X.X.XXXX bývajúceho v I. č. XXX v konaní o zvýšenie výživného o odvolaní otca proti rozsudku Okresného súdu Michalovce č.k. 2P 16/2013 z 12.10.2015 takto r o z h o d o l : Odvolacie konanie zastavuje. o d ô v o d n e n i e : Súd prvého stupňa napadnutým rozsudkom zmenil rozsudok Okresného súdu Michalovce č.k. 21C 24/2010-39 z 24.6.2010 vo výroku o určení výživného tak, že zvýšil výživné z 80 Eur na 190 Eur mesačne, ktoré zaviazal otca platiť matke maloletého dieťaťa vždy k 15-temu dňu v mesiaci vopred počnúc dňom 1.2.2013 do budúcna. Dlžné výživné 960 Eur za obdobie od 1.2.2013 do 30.9.2015 povolil otcovi splácať v mesačných 50 Eur splátkach spolu s bežným výživným až do vyrovnania. O trovách konania rozhodol tak, že žiaden z účastníkov nemá právo na ich náhradu. Proti tomuto rozsudku podal v zákonnej lehote odvolanie otec maloletého dieťaťa. Písomným podaním z 14.3.2016 otec podané odvolanie zobral v celom rozsahu späť a žiadal, aby odvolací súd odvolacie konanie zastavil. Podľa § 207 ods. 2, 3 O.s.p. dokiaľ o odvolaní neoblo rozhodnuté, možno ho vziať späť. Ak niekto vzal odvolanie späť, nemôže ho podať znova. Ak sa odvolanie, o ktorom nebolo rozhodnuté vzalo späť, odvolací súd odvolacie konanie zastaví. Podľa § 222 ods. 1 O.s.p. ak odvolateľ vezme odvolanie späť, právoplatnosť napadnutého rozhodnutia nastane, ako keby k podaniu odvolania nedošlo. Lehoty, ktoré majú plynúť od právoplatnosti napadnutého rozhodnutia plynú v takom prípade od právoplatnosti uznesenia o zastavení odvolacieho konania. Vzhľadom na to, že otec zobral odvolanie v celom rozsahu späť, odvolací súd podľa § 207 ods. 3 O.s.p. odvolacie konanie zastavil. Toto rozhodnutie senát prijal v pomere hlasov 3:0 (§ 3 ods. 9 zák. č. 757/2004 Z.z.). Poučenie: Proti tomuto uzneseniu odvolanie nie je prípustné.</w:t>
      </w:r>
    </w:p>
    <w:p/>
    <w:p>
      <w:r>
        <w:t>Zdroj: KAUZIS.SK – https://www.kauzis.sk/judikatura/r/ECLI:SK:KSKE:2016:7713200856.2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