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8CoP/178/2016 z 29. 6. 2016</w:t>
      </w:r>
    </w:p>
    <w:p>
      <w:r>
        <w:t>Uznesenie Krajského súdu Košice z 29. júna 2016, sp. zn. 8CoP/178/2016, ECLI:SK:KSKE:2016:7715201250.1</w:t>
      </w:r>
    </w:p>
    <w:p>
      <w:r>
        <w:t>Súd: Krajský súd Košice</w:t>
      </w:r>
    </w:p>
    <w:p>
      <w:r>
        <w:t>Spisová značka: 8CoP/178/2016</w:t>
      </w:r>
    </w:p>
    <w:p>
      <w:r>
        <w:t>ECLI: ECLI:SK:KSKE:2016:7715201250.1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8CoP/178/2016 Identifikačné číslo súdneho spisu: 7715201250 Dátum vydania rozhodnutia: 30. 06. 2016 Meno a priezvisko sudcu, VSÚ: JUDr. Ludvika Bodnárová ECLI: ECLI:SK:KSKE:2016:7715201250.1 Uznesenie Krajský súd v Košiciach vo veci starostlivosti súdu o maloleté deti: I. N. nar. X.XX.XXXX, W. N. nar. XX.X.XXXX a H. N. nar. X.XX.XXXX zastúpené kolíznym opatrovníkom Úradom práce, sociálnych vecí a rodiny v O. deti rodičov: Z. N. nar. XX.X.XXXX bývajúcej v N. D. P. č. XXX zastúpenej JUDr. Veronikou Čižmárovou advokátkou so sídlom Advokátskej kancelárie v Michalovciach, Námestie osloboditeľov č. 1 a M. N. nar. XX.X.XXXX bývajúceho P. F. Z. Z. XX X E. B. N. v konaní o zvýšenie výživného o odvolaní matky proti rozsudku Okresného súdu Michalovce č.k. 15P 60/2015 z 21.9.2015 takto r o z h o d o l : Odvolacie konanie z a s t a v u j e. o d ô v o d n e n i e : Súd prvého stupňa rozsudkom č.k. 15P 60/2015 z 21.9.2015 zmenil rozsudok Okresného súdu v Michalovciach z 30.9.2014 č.k. 2P 69/2014-93 tak, že zvýšil výživné otca pre maloleté deti N. tak, že na mal. I. zo 60 € na 120 € mesačne, mal. W. zo 60 € na 100 € mesačne a mal. H. zo 60 € na 90 € mesačne počnúc dňom 1.2.2015, ktoré je povinný otec platiť matke maloletých detí vždy do 15. dňa v mesiaci vopred. Dlžné výživné za obdobie od 1.2.2015 do 30.9.2015 na mal. I. 480 €, mal. W. 320 € a mal. H. 240 € povolil otcovi splácať v 20 € mesačných splátkach na každé dieťa, splatných spolu s bežným výživným pod následkami straty výhody splátok s tým, že prvá splátka je splatná 15. dňom nasledujúceho mesiaca od právoplatnosti rozsudku. O trovách konania rozhodol tak, že žiaden z účastníkov nemá právo na ich náhradu. Proti tomuto rozsudku podala v zákonnej lehote odvolanie matka maloletých detí. Písomným podaním z 18.4.2016 matka podané odvolanie zobrala v celom rozsahu späť a žiadala, aby odvolací súd odvolacie konanie zastavil. Podľa § 207 ods. 2, 3 O.s.p., dokiaľ o odvolaní nebolo rozhodnuté, možno ho vziať späť. Ak niekto vzal odvolanie späť, nemôže ho podať znova. Ak sa odvolanie, o ktorom nebolo rozhodnuté, vzalo späť, odvolací súd odvolacie konanie zastaví. Podľa § 222 ods. 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Vzhľadom na to, že matka zobrala odvolanie v celom rozsahu späť, odvolací súd podľa § 207 ods. 3 O.s.p. odvolacie konanie zastavil. Poučenie: Proti tomuto uzneseniu odvolanie nie je prípustné.</w:t>
      </w:r>
    </w:p>
    <w:p/>
    <w:p>
      <w:r>
        <w:t>Zdroj: KAUZIS.SK – https://www.kauzis.sk/judikatura/r/ECLI:SK:KSKE:2016:7715201250.1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