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8CoE/82/2015 z 30. 8. 2016</w:t>
      </w:r>
    </w:p>
    <w:p>
      <w:r>
        <w:t>Uznesenie Krajského súdu Košice z 30. augusta 2016, sp. zn. 8CoE/82/2015, ECLI:SK:KSKE:2016:7803899385.2</w:t>
      </w:r>
    </w:p>
    <w:p>
      <w:r>
        <w:t>Súd: Krajský súd Košice</w:t>
      </w:r>
    </w:p>
    <w:p>
      <w:r>
        <w:t>Spisová značka: 8CoE/82/2015</w:t>
      </w:r>
    </w:p>
    <w:p>
      <w:r>
        <w:t>ECLI: ECLI:SK:KSKE:2016:7803899385.2</w:t>
      </w:r>
    </w:p>
    <w:p>
      <w:r>
        <w:t>Dátum vydania: 30. 8.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Košice Spisová značka: 8CoE/82/2015 Identifikačné číslo súdneho spisu: 7803899385 Dátum vydania rozhodnutia: 31. 08. 2016 Meno a priezvisko sudcu, VSÚ: JUDr. Ludvika Bodnárová ECLI: ECLI:SK:KSKE:2016:7803899385.2 Uznesenie Krajský súd v Košiciach v senáte zloženom z predsedníčky senátu JUDr. Ludviky Bodnárovej a členiek senátu JUDr. Diany Solčányovej a JUDr. Marianny Hraboveckej v exekučnej veci oprávneného V., s.r.o., so sídlom V. č. XX, O., H.: 35 807 598, zast. advokátom Mgr. Tomášom Kušnírom so sídlom Za kasárňou č. 1 Bratislava, proti povinnému H. S. r.č. XXXXXX/XXXX bytom X. nad I. č. XX, v konaní vedenom pred súdnym exekútorom JUDr. Ing. Karolom Mihalom so sídlom exekútorského úradu na Moyzesovej ul. č. 34 v Košiciach pod sp. zn. EX 1820/03-Sa/Tp, o vymoženie 448,12,- eur s prísl., o odvolaní oprávneného proti uzneseniu Okresného súdu Rožňava zo 14.3.2011 č.k. 9Er/204/2003-17 takto r o z h o d o l : P o t v r d z u j e uznesenie. Stranám nepriznáva právo na náhradu trov odvolacieho konania. o d ô v o d n e n i e : 1. Súd prvej inštancie napadnutým uznesením zamietol návrh povinnej na zastavenie exekúcie. 2. Proti tomuto uzneseniu podal v zákonnej lehote odvolanie oprávnený s návrhom, aby odvolací súd napadnuté rozhodnutie zrušil a vec vrátil súdu prvej inštancie na ďalšie konanie. 3. Podľa ust. § 387 ods. 1, 2 a 3 CSP odvolací súd rozhodnutie súdu prvej inštancie potvrdí ak je vo výroku vecne správne.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v odôvodnení musí zaoberať aj podstatnými vyjadreniami strán prednesenými v konaní na súde prvej inštancie, ak sa s nimi nevysporiadal v odôvodnení rozhodnutia súd prvej inštancie. Odvolací súd sa musí v odôvodnení vysporiadať s podstatnými tvrdeniami uvedenými v odvolaní. 4. Krajský súd ako súd odvolací (§ 34 zákona č. 160/2015 Z.z. Civilný sporový poriadok (ďalej len „CSP“) po zistení, že odvolanie podal oprávnený v zákonnej lehote, preskúmal uznesenie podľa § 379 a § 380 ods. 1 CSP, ako aj konanie mu predchádzajúce, a to bez nariadenia odvolacieho pojednávania a dospel k záveru že súd prvého stupňa riadne zistil skutkový stav, posúdil ho podľa správnych ustanovení Civilného sporového poriadku a Exekučného poriadku, v súlade s § 191 CSP vyhodnotil dôkazy, a to každý dôkaz jednotlivo a všetky dôkazy v ich vzájomnej súvislosti, pričom starostlivo prihliadal na všetko, čo vyšlo za konania najavo, vrátane toho, čo uviedli účastníci, v dôsledku čoho je odôvodnenie napadnutého uznesenia presvedčivé a s jeho závermi sa odvolací súd v celom rozsahu stotožňuje. Konajúci súd sa vysporiadal s námietkami povinnej uplatnenými v odvolaní, ktoré tvorili jeho obranu už v priebehu konania na súde prvej inštancie a povinná ani v priebehu odvolacieho konania neuviedla žiadne relevantné skutočnosti majúce za následok iné rozhodnutie vo veci. Z týchto dôvodov odvolací súd napadnuté uznesenie podľa ust. § 387 CSP potvrdil ako vecne správne. 5. Rozhodnutie bolo prijaté senátom odvolacieho súdu pomerom hlasov 3:0 (§ 393 ods. 2 posledná veta CSP).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V dovolaní sa podľa § 428 CSP popri všeobecných náležitostiach podania uvedie, proti ktorému rozhodnutiu smeruje, v akom rozsahu sa toto rozhodnutie napáda, z akých dôvodov sa rozhodnutie považuje za nesprávne (dovolacie dôvody) a čoho sa dovolateľ domáha (dovolací návrh). Dovolateľ musí byť v dovolacom konaní zastúpený advokátom (okrem prípadov uvedených v § 429 ods. 2 CSP). Dovolanie a iné podania dovolateľa musia byť spísané advokátom (§ 429 ods. 1 CSP).</w:t>
      </w:r>
    </w:p>
    <w:p/>
    <w:p>
      <w:r>
        <w:t>Zdroj: KAUZIS.SK – https://www.kauzis.sk/judikatura/r/ECLI:SK:KSKE:2016:7803899385.2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