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13CoE/345/2016 z 27. 10. 2016</w:t>
      </w:r>
    </w:p>
    <w:p>
      <w:r>
        <w:t>Uznesenie Krajského súdu Košice z 27. októbra 2016, sp. zn. 13CoE/345/2016, ECLI:SK:KSKE:2016:7815202808.1</w:t>
      </w:r>
    </w:p>
    <w:p>
      <w:r>
        <w:t>Súd: Krajský súd Košice</w:t>
      </w:r>
    </w:p>
    <w:p>
      <w:r>
        <w:t>Spisová značka: 13CoE/345/2016</w:t>
      </w:r>
    </w:p>
    <w:p>
      <w:r>
        <w:t>ECLI: ECLI:SK:KSKE:2016:7815202808.1</w:t>
      </w:r>
    </w:p>
    <w:p>
      <w:r>
        <w:t>Dátum vydania: 27.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13CoE/345/2016 Identifikačné číslo súdneho spisu: 7815202808 Dátum vydania rozhodnutia: 28. 10. 2016 Meno a priezvisko sudcu, VSÚ: JUDr. Imrich Volkai ECLI: ECLI:SK:KSKE:2016:7815202808.1 Uznesenie Krajský súd v Košiciach v senáte zloženom z predsedu senátu JUDr. Imricha Volkaia a členov senátu JUDr. Frederiky Zozuľákovej a JUDr. Agnesy Hricovej v exekučnej veci oprávneného E. G. Ž. P., a.s., T. X, M.Š., IČO: 31 690 904, proti povinnej U.C. T., nar. XX.XX.XXXX, G. Č.. XX, O. F. o vymoženie 19,13 Eur s príslušenstvom, v konaní o odvolaní oprávneného proti uzneseniu Okresného súdu Rožňava č. k. 4Er/233/2015-20 zo dňa 17.09.2015 takto r o z h o d o l : O d m i e t a odvolanie. o d ô v o d n e n i e : 1. Súd prvej inštancie napadnutým uznesením zamietol žiadosť súdneho exekútora o udelenie poverenia na vykonanie exekúcie. 2. Uznesenie bolo vydané vyšším súdnym úradníkom. 3. V zákonom stanovenej lehote podal proti uzneseniu súdu prvej inštancie oprávnený odvolanie. Uznesenie súdu považoval za nezákonné a nesprávne v celom rozsahu z dôvodov podľa § 205 ods. 2 písm. a), b), c), d), e), f) O. s. p.. Navrhol ho zrušiť a vrátiť vec súdu prvej inštancie na ďalšie konanie a v závere uviedol, že chýbajúce dôvody doplní po postupe súdu podľa § 209 ods. 1 O. s. p.. 4. Súd prvej inštancie uznesením sp. zn. 4Er 233/2015 - 25 z 01.03.2016 uložil oprávnenému, aby v lehote 15 dní odo dňa doručenia uvedeného uznesenia odstránil vady odvolania, doplnil chýbajúce náležitosti a to najmä uvedením dôvodov, v ktorých vidí nezákonnosť rozhodnutia alebo postupu súdu prvej inštancie a zároveň predložením podania v potrebnom počte rovnopisov. Súd prvej inštancie zároveň náležite poučil oprávneného o následkoch nedoplnenia odvolania. 5. Zákonom č. 160/2015 Z.z. Civilný sporový poriadok (ďalej len „CSP“) bol zrušený Občiansky súdny poriadok v znení platnom do 30.6.2016 (§ 473 CSP) a zároveň 1.7.2016 nadobudol účinnosť aj zákon č. 161/2015 Z.z. Civilný mimosporový poriadok (ďalej len „CMP“). 6. Krajský súd v Košiciach príslušný na rozhodnutie o odvolaní (§ 34 CSP), vzhľadom na včas podané odvolanie (§ 362 ods. 1 CSP), po zohľadnení požiadaviek CSP pre náležitosti odvolania podľa § 363 CSP dospel k záveru, že odvolanie oprávneného neobsahuje zákonom stanovené náležitosti, a preto odvolanie oprávneného odmietol podľa § 386 písm. d) CSP. 7. Podľa ust. § 9a Exekučného poriadku, ak to povaha veci nevylučuje, v konaní podľa tohto zákona sa primerane použijú ustanovenia Civilného sporového poriadku. 8. Podľa § 373 ods. 1 CSP ak odvolanie obsahuje odstrániteľné vady, súd prvej inštancie vyzve odvolateľa, aby chýbajúce náležitosti doplnil, a poučí ho o následkoch neodstránenia vád odvolania. Súd nevyzýva na doplnenie odvolacích dôvodov. 9. Podľa § 363 CSP v odvolaní sa popri všeobecných náležitostiach podania uvedie, proti ktorému rozhodnutiu smeruje, v akom rozsahu sa napáda, z akých dôvodov sa rozhodnutie považuje za nesprávne (odvolacie dôvody) a čoho sa odvolateľ domáha (odvolací návrh). 10. Podľa § 386 písm. d) CSP odvolací súd odmietne odvolanie ak nemá náležitosti podľa § 363, ak pre vady odvolania nemožno v odvolacom konaní pokračovať. 11. Z obsahu spisu vyplýva, že súd prvej inštancie uznesením zo dňa 01.03.2016, ktoré bolo oprávnenému účinne doručené dňa 15.03.2016 vyzval oprávneného na odstránenie vád podania v lehote 15 dní. Oprávnený však napriek výzve súdu chýbajúce náležitosti odvolania v súdom stanovenej lehote nedoplnil, preto odvolací súd odmietol odvolanie oprávneného podľa citovaného ust. § 386 písm. d) CSP. 12. Rozhodnutie bolo prijaté odvolacím senátom v pomere hlasov 3: 0 (ust. § 393 ods. 3 druhej vety CSP). Poučenie: Proti rozhodnutiu odvolacieho súdu je prípustné dovolanie, ak to zákon pripúšťa (ust. § 419 CSP) v lehote dvoch mesiacov od doručenia rozhodnutia odvolacieho súdu oprávnenému subjektu na súde, ktorý rozhodoval v prvej inštancii. Ak bolo vydané opravné uznesenie plynie lehota znovu od doručenia opravného uznesenia len v rozsahu vykonanej opravy (ust. § 427 ods. 1 CSP). Dovolateľ musí byť v dovolacom konaní zastúpený advokátom. Dovolanie a iné podania dovolateľa musia byť spísané advokátom. (ust. § 429 ods. 1 CSP)V dovolaní sa popri všeobecných náležitostiach podania uvedie, proti ktorému rozhodnutiu smeruje, v akom rozsahu sa toto rozhodnutie napáda, z akých dôvodov sa rozhodnutie považuje za nesprávne (dovolacie dôvody) a čoho sa dovolateľ domáha (dovolací návrh) (ust. § 428 CSP).</w:t>
      </w:r>
    </w:p>
    <w:p/>
    <w:p>
      <w:r>
        <w:t>Zdroj: KAUZIS.SK – https://www.kauzis.sk/judikatura/r/ECLI:SK:KSKE:2016:7815202808.1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