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7Tos/27/2016 z 19. 4. 2016</w:t>
      </w:r>
    </w:p>
    <w:p>
      <w:r>
        <w:t>Uznesenie Krajského súdu Košice z 19. apríla 2016, sp. zn. 7Tos/27/2016, ECLI:SK:KSKE:2016:7914010682.1</w:t>
      </w:r>
    </w:p>
    <w:p>
      <w:r>
        <w:t>Súd: Krajský súd Košice</w:t>
      </w:r>
    </w:p>
    <w:p>
      <w:r>
        <w:t>Spisová značka: 7Tos/27/2016</w:t>
      </w:r>
    </w:p>
    <w:p>
      <w:r>
        <w:t>ECLI: ECLI:SK:KSKE:2016:7914010682.1</w:t>
      </w:r>
    </w:p>
    <w:p>
      <w:r>
        <w:t>Dátum vydania: 19. 4. 2016</w:t>
      </w:r>
    </w:p>
    <w:p>
      <w:r>
        <w:t>Forma: Uznesenie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Krajský súd Košice Spisová značka: 7Tos/27/2016 Identifikačné číslo súdneho spisu: 7914010682 Dátum vydania rozhodnutia: 20. 04. 2016 Meno a priezvisko sudcu, VSÚ: JUDr. Ladislav Tomčovčík ECLI: ECLI:SK:KSKE:2016:7914010682.1 Uznesenie Krajský súd v Košiciach, v senáte zloženom z predsedu JUDr. Ladislava Tomčovčíka a sudcov JUDr. Miroslava Osifa a JUDr. Martina Michalanského, na neverejnom zasadnutí konanom dňa 20. apríla 2016, v trestnej veci proti obvinenému D. E., pre zločin týrania blízkej osoby a zverenej osoby podľa § 208 ods.1 písm.a/ Tr.zák., o sťažnosti okresného prokurátora proti uzneseniu Okresného súdu v Trebišove zo dňa 23.2.2016 sp.zn. 7 T 158/2014 takto r o z h o d o l : Podľa § 193 ods.1 písm.c/ Tr.por. z a m i e t a sťažnosť okresného prokurátora. o d ô v o d n e n i e : Citovaným uznesením okresný súd podľa § 79 ods.1, ods.2 Tr.zák. s poukazom na § 72 ods.1 písm.b/ Tr.por. prepustil obvineného z väzby na slobodu. Proti tomuto uzneseniu po jeho vyhlásení a poučení o opravnom prostriedku zahlásil sťažnosť okresný prokurátor, ktoré písomne dodatočne nezdôvodnil. Krajský súd na podklade podanej sťažnosti okresného prokurátora podľa § 192 ods.1 Tr. por. preskúmal správnosť výrokov napadnutého uznesenia, proti ktorým sťažovateľ podal sťažnosť, ako aj konanie predchádzajúce výrokom napadnutého uznesenia a po zvážení všetkých okolností významných pre rozhodnutie dospel k záveru, že sťažnosť okresného prokurátora nie je dôvodná. V predmetnej veci na verejnom zasadnutí konanom dňa 20. apríla 2016 krajský súd na základe podaného odvolania obžalovaného, ako aj okresného prokurátora proti rozsudku Okresného súdu Trebišov zo dňa 23.2.2016 sp.zn. 7 T 158/2014 obžalovaného D. E. v celom rozsahu oslobodil spod skutku obžaloby kvalifikovaného ako zločin týrania blízkej osoby a zverenej osoby podľa § 208 ods.1 písm.a/ Tr.zák. a zároveň zamietol podľa § 319 Tr.por. odvolanie okresného prokurátora, v dôsledku čoho bolo potrebné vzhľadom na právoplatnosť tohto rozhodnutia krajského súdu obžalovaného D. E., F.. XX.X.XXXX prepustiť z väzby ihneď na slobodu, v dôsledku čoho krajský súd sťažnosť prokurátora proti uzneseniu okresného súdu ako nedôvodnú zamietol. Ďalšie trvanie väzby by stratilo svoje zákonné opodstatnenie. Poučenie: Proti tomuto uzneseniu ďalší riadny opravný prostriedok nie je prípustný.</w:t>
      </w:r>
    </w:p>
    <w:p/>
    <w:p>
      <w:r>
        <w:t>Zdroj: KAUZIS.SK – https://www.kauzis.sk/judikatura/r/ECLI:SK:KSKE:2016:7914010682.1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