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6Sd/27/2016 z 22. 1. 2017</w:t>
      </w:r>
    </w:p>
    <w:p>
      <w:r>
        <w:t>Uznesenie Krajského súdu Košice z 22. januára 2017, sp. zn. 6Sd/27/2016, ECLI:SK:KSKE:2017:7016200428.2</w:t>
      </w:r>
    </w:p>
    <w:p>
      <w:r>
        <w:t>Súd: Krajský súd Košice</w:t>
      </w:r>
    </w:p>
    <w:p>
      <w:r>
        <w:t>Spisová značka: 6Sd/27/2016</w:t>
      </w:r>
    </w:p>
    <w:p>
      <w:r>
        <w:t>ECLI: ECLI:SK:KSKE:2017:7016200428.2</w:t>
      </w:r>
    </w:p>
    <w:p>
      <w:r>
        <w:t>Dátum vydania: 22.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6Sd/27/2016 Identifikačné číslo súdneho spisu: 7016200428 Dátum vydania rozhodnutia: 23. 01. 2017 Meno a priezvisko sudcu, VSÚ: JUDr. Dana Bystrianská ECLI: ECLI:SK:KSKE:2017:7016200428.2 Uznesenie Krajský súd v Košiciach v právnej veci navrhovateľky: V. C., N. A.Ľ. XXXX/X, XXX XX U., proti odporkyni: Sociálna poisťovňa, ústredie, so sídlom Ul. 29. augusta 8, 813 63 Bratislava, o invalidný dôchodok, takto r o z h o d o l : Konanie z a s t a v u j e. Žiaden z účastníkov n e m á právo na náhradu trov konania. o d ô v o d n e n i e : Navrhovateľka sa domáhala preskúmania rozhodnutia odporkyne zo dňa 8.12.2015, č. XXX XXX XXXX X. Súd zistil, že rozsudkom zo dňa 6.5.2016, č.k. 2Sd/25/2016-09 Krajský súd v Prešove potvrdil rozhodnutie odporkyne zo dňa 8.12.2015, č. XXX XXX XXXX X. Predmetné rozhodnutie nadobudlo právoplatnosť dňa 15.6.2016. Podľa § 159 ods. 3 OSP len čo sa o veci právoplatne rozhodlo, nemôže sa prejednávať znova. Podľa § 103 OSP kedykoľvek za konania prihliada súd na to, či sú splnené podmienky, za ktorých môže konať vo veci (podmienky konania). Podľa § 104 ods. 1 prvá veta OSP ak ide o taký nedostatok podmienky konania, ktorý nemožno odstrániť, súd konanie zastaví. Keďže o návrhu navrhovateľky už bolo právoplatne rozhodnuté v konaní vedenom na Krajskom súde v Prešove pod sp. zn. 2Sd/25/2016, nemôže sa vec prejednávať znova, preto súd konanie zastavil. Rozhodnutie o trovách konania sa opiera o ust. § 146 ods. 1 písm. c/ O.s.p. použitého v spojitosti s ust. § 246c O.s.p. a § 250l ods. 2 O.s.p.. Poučenie: Proti tomuto uzneseniu možno podať odvolanie do 15 dní odo dňa jeho doručenia na Najvyšší súd v Bratislave prostredníctvom Krajského súdu v Košiciach,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https://www.kauzis.sk/judikatura/r/ECLI:SK:KSKE:2017:7016200428.2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