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6Sd/48/2016 z 27. 6. 2017</w:t>
      </w:r>
    </w:p>
    <w:p>
      <w:r>
        <w:t>Uznesenie Krajského súdu Košice z 27. júna 2017, sp. zn. 6Sd/48/2016, ECLI:SK:KSKE:2017:7016200735.2</w:t>
      </w:r>
    </w:p>
    <w:p>
      <w:r>
        <w:t>Súd: Krajský súd Košice</w:t>
      </w:r>
    </w:p>
    <w:p>
      <w:r>
        <w:t>Spisová značka: 6Sd/48/2016</w:t>
      </w:r>
    </w:p>
    <w:p>
      <w:r>
        <w:t>ECLI: ECLI:SK:KSKE:2017:7016200735.2</w:t>
      </w:r>
    </w:p>
    <w:p>
      <w:r>
        <w:t>Dátum vydania: 27. 6.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6Sd/48/2016 Identifikačné číslo súdneho spisu: 7016200735 Dátum vydania rozhodnutia: 28. 06. 2017 Meno a priezvisko sudcu, VSÚ: JUDr. Dana Bystrianská ECLI: ECLI:SK:KSKE:2017:7016200735.2 Uznesenie Krajský súd v Košiciach sudkyňou JUDr. Danou Bystrianskou v právnej veci navrhovateľa: U. F., bytom Ž.A. X, L., proti odporcovi: Sociálna poisťovňa, ústredie, Ul. 29. augusta č.8, Bratislava, o návrhu na preskúmanie rozhodnutia odporcu č. XXX XXX XXXX X zo dňa 10.2.2016, takto r o z h o d o l : Súd konanie z a s t a v u j e . Žiadnemu z účastníkov náhradu trov konania nepriznáva. o d ô v o d n e n i e : Navrhovateľ podal odvolanie, proti „zamietnutiu jeho žiadosti o invalidite“ s odkazom na lekársky odborný posudok o jeho zdravotnom stave zo dňa 19. 1. 2016. Tento bol podkladom pre rozhodnutie odporcu zo dňa 10. 2. 2016, ktorým zamietol žiadosť navrhovateľa o invalidný dôchodok. Odporca v odôvodnení rozhodnutia zo dňa 10. 2. 2016, uviedol, že lekársky odborný posudok o jeho zdravotnom stave hodnotil pokles schopnosti navrhovateľa vykonávať zárobkovú činnosť navrhovateľa v porovnaní so zdravou fyzickou osobou o menej než 40 %, s odkazom na správu o jeho zdravotnom stave a odborný posudok lekársky posudok z 19.1.2016. Tieto u navrhovateľa stanovili pokles jeho schopností vykonávať zárobkovú činnosť na 20 % v porovnaní s inou zdravou fyzickou osobou. /§ 70 ods. 1 zák. č 461/2003 o sociálnom poistení/. Podľa navrhovateľa odporca nezohľadnil pridružené zdravotné postihnutia, ktoré mali zvýšiť mieru schopnosti vykonávať jeho zárobkovú činnosť, okrem skutočnosti, že bol na ORL Klinike v F. celkom 5x operovaný, došlo uňho aj k pooperačnej komplikácii a k poškodeniu tvárového nervu a tiež uňho pretrváva neustále slzenie pravého oka, sťažené videnie a ľavostranná nedoslýchavosť. Považoval posúdenie zdravotného stavu za nesprávne. Navrhovateľ v konaní predložil lekárske správy z univerzitnej nemocnice L. Pasteura, prepúšťacie správy z uvedenej nemocnice o hospitalizácii z 10.11.2016 a hospitalizácii trvalej od 4. do 9.5.2016 a žiadal o znovu posúdenie svojho zdravotného stavu. V priebehu odvolacieho konania podľa lekárskej správy a zápisnice o ústnom pojednávaní zo dňa 24.6.2016 ako aj odborného lekárskeho posudku odporca opätovne stanovil mieru poklesu schopnosti vykonávať zárobkovú činnosť u navrhovateľa na 20 %. V zápisnici o prejednaní zdravotného stavu a v lekárskom odbornom posudku zo dňa 6.4.2017 odporca stanovil 75 % mieru poklesu schopnosti navrhovateľa vykonávať zárobkovú činnosť v porovnaní so zdravou fyzickou osobou a dátum vzniku invalidity stanovil na 6. 4. 2017. V uvedenej lekárskej správe sa konštatuje, že vychádza z lekárskych vyšetrení a hospitalizácie navrhovateľa v Univerzitnej nemocnici L. Pasteura v F. od 10. do 16.11.2016. Ďalej z hospitalizácie na klinike ORL chirurgie hlavy a krku ÚNLP F. od 27.2. do 6.3.2017, z psychiatrického vyšetrenia spoločnosti AMINA MED s.r.o. Košice z 20.7.2016, 9.8.2016, 19.9.2016, 18.10.1016, 22.11. a 5.12.2016, ako aj kontrolného psychiatrického vyšetrenia z 25.1. a 9.3.2017. Konštatuje sa aj vyšetrenie na neurologickom oddelení zo dňa 22.6.2016. Celkový posudok konštatuje rozhodujúce zdravotné postihnutie porucha rovnováhy ťažkého stupňa so zaradením do kapitoly VII. oddiel B, položka 7, písm.C a 75 % mieru schopnosti vykonávať zárobkovú činnosť. Odporca vo vyjadrení zo dňa 7.6.2017 konštatoval, že napadnuté rozhodnutie zo dňa 10.2.2016 bolo zrušené v autoremedúre rozhodnutím z 15.5.2017. Týmto rozhodnutím bola stanovená miera poklesu schopnosti vykonávať zárobkovú činnosť u navrhovateľa na 75 % a priznaný invalidný dôchodok v sume 304,80 Eur. Odporca navrhol rozhodnutie napadnuté navrhovateľom potvrdiť v spojení s rozhodnutím z 15.5.2017 na základe tej skutočnosti, že zdravotný stav navrhovateľa bol ustálený a invalidným sa stal až 7.4.2014, pričom odporca vychádzal pri vzniku invalidity zo skutočnosti, že rozhodujúce podklady navrhovateľ predložil až po vydaní napadnutého rozhodnutia a to doklady o jeho liečbe v roku 2016 a 2017 a v skutočnosti bol navrhovateľ práceneschopným až do novembra 2016. Navrhovateľ na pojednávaní konštatoval, že je s rozhodnutiami odporcu zo dňa 15.5.2017, ktorým zrušil rozhodnutie z 10.2.2016 a rozhodol o jeho priznaní invalidného dôchodku spokojný a pokladá tieto rozhodnutia, ktorými mu bolo vyhovené odporcom v plnom rozsahu. Podľa § 250o O.s.p. správny orgán, teda odporca vydal o nároku navrhovateľa na invalidný dôchodok nové rozhodnutie, ktorým mu v celom rozsahu vyhovel a rozhodnutie, ktoré bolo navrhovateľom napadnuté zrušil. Preto súd uznesenie s poukazom na toto zákonné ustanovenie zastavil. O trovách konania rozhodol súd s poukazom na ust. § 250l ods. 2 v spojení s § 250k ods. 1 O.s.p.. Poučenie: Proti tomuto uzneseniu je možné podať odvolanie do 15 dní od jeho doručenia na Krajskom súde v Košiciach.</w:t>
      </w:r>
    </w:p>
    <w:p/>
    <w:p>
      <w:r>
        <w:t>Zdroj: KAUZIS.SK – https://www.kauzis.sk/judikatura/r/ECLI:SK:KSKE:2017:7016200735.2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