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8Sd/48/2016 z 31. 5. 2017</w:t>
      </w:r>
    </w:p>
    <w:p>
      <w:r>
        <w:t>Uznesenie Krajského súdu Košice z 31. mája 2017, sp. zn. 8Sd/48/2016, ECLI:SK:KSKE:2017:7016200736.2</w:t>
      </w:r>
    </w:p>
    <w:p>
      <w:r>
        <w:t>Súd: Krajský súd Košice</w:t>
      </w:r>
    </w:p>
    <w:p>
      <w:r>
        <w:t>Spisová značka: 8Sd/48/2016</w:t>
      </w:r>
    </w:p>
    <w:p>
      <w:r>
        <w:t>ECLI: ECLI:SK:KSKE:2017:7016200736.2</w:t>
      </w:r>
    </w:p>
    <w:p>
      <w:r>
        <w:t>Dátum vydania: 31. 5. 2017</w:t>
      </w:r>
    </w:p>
    <w:p>
      <w:r>
        <w:t>Forma: Uznesenie</w:t>
      </w:r>
    </w:p>
    <w:p>
      <w:r>
        <w:t>Oblasť práva: Správne právo</w:t>
      </w:r>
    </w:p>
    <w:p>
      <w:pPr>
        <w:pStyle w:val="Heading2"/>
      </w:pPr>
      <w:r>
        <w:t>Text rozhodnutia</w:t>
      </w:r>
    </w:p>
    <w:p>
      <w:r>
        <w:t>Súd: Krajský súd Košice Spisová značka: 8Sd/48/2016 Identifikačné číslo súdneho spisu: 7016200736 Dátum vydania rozhodnutia: 01. 06. 2017 Meno a priezvisko sudcu, VSÚ: JUDr. Marek Kotora ECLI: ECLI:SK:KSKE:2017:7016200736.2 Uznesenie Krajský súd v Košiciach, v právnej veci navrhovateľa: V. T., nar. XX.XX.XXXX, bytom T. N. Y. XXX, právne zastúpený JUDr. Tatiana Jánošiková, advokátka, so sídlom Rooseveltova 6, 040 01 Košice, proti odporkyni: Sociálna poisťovňa, ústredie, v konaní o invalidnom dôchodku, takto r o z h o d o l : I./ O d m i e t a opravný prostriedok navrhovateľa. II./ Účastníkom konania náhradu trov konania n e p r i z n á v a. o d ô v o d n e n i e : 1,/ Návrhom/opravným prostriedkom zo dňa 27.06.2016, doručeným súdu dňa 29.06.2016 (č.l. 1-2 spisu), sa navrhovateľ domáhal jednak preskúmania oznámenia odporkyne č. XXX XXX XXXX X zo dňa 17.05.2016, ako aj rozhodnutí odporkyne zo dňa 17.04.2014, 04.12.2014 a 03.12.2015 vydaných pod číslom XXX XXX XXXX X. Navrhol predmetné rozhodnutia zrušiť. Poukazoval nato, že Rozhodnutím odporkyne zo dňa 17.04.2014 mu bol priznaný invalidný dôchodok s mierou poklesu schopnosti vykonávať zárobkovú činnosť (ďalej „MPSV ZČ“) vo výške 45% od vzniku invalidity 27.01.2014. Sociálna poisťovňa, pobočka V. ho podnetom zo dňa 25.02.2016 vyzvala na kontrolnú lekársku prehliadku v lehote mesiac 3/2016, ktorá bola vykonaná dňa 05.05.12016 a voči ktorej podal námietky. Následne mu zaslala oznámenie pod č. XXXXXXXXXXX zo dňa 17.05.2016, s ktorým nesúhlasil. 2./ Rozhodnutím č. XXX XXX XXXX X zo dňa 17.04.2014 (č.l. 3 spisu) odporkyňa podľa § 70 ods. 1 a § 82 zákona č. 461/2003 Z.z. o sociálnom poistení v znení neskorších predpisov (ďalej „zákon o sociálnom poistení“, resp. „ZoSP“) priznala navrhovateľovi invalidný dôchodok v sume 153,60 EUR od 27.01.2014. 3./ Rozhodnutím č. XXX XXX XXXX X zo dňa 04.12.2014 (č.l. 11 spisu) odporkyňa podľa § 82 zákona o sociálnom poistení a § 1 opatrenia Ministerstva práce, sociálnych vecí a rodiny Slovenskej republiky č. 295/2014 Z.z., ktorým sa ustanovuje pevná suma zvýšenia dôchodkovej dávky a percento zvýšenia úrazovej renty v roku 2016 zvýšila navrhovateľovi invalidný dôchodok od 01.01.2015 na sumu 156,30 EUR mesačne. 4./ Rozhodnutím č. XXX XXX XXXX X zo dňa 03.12.2015 (č.l. 12 spisu) odporkyňa podľa § 82 zákona o sociálnom poistení a § 1 opatrenia Ministerstva práce, sociálnych vecí a rodiny Slovenskej republiky č. 283/2015 Z.z., ktorým sa ustanovuje pevná suma zvýšenia dôchodkovej dávky a percento zvýšenia úrazovej renty v roku 2016 zvýšila navrhovateľovi invalidný dôchodok od 01.01.2016 na sumu 157,30 EUR mesačne. 5./ Z oznámenia Sociálnej poisťovne zo dňa 17.05.2016 (č.l. 25 spisu), ktorého preskúmania sa navrhovateľ domáhal, súd zistil, že odporkyňa mu oznámila, že jeho pokles schopnosti vykonávať zárobkovú činnosť od 05.05.2016 je 45% a vzhľadom nato, že pri predchádzajúcom preskúmaní zdravotného stavu bol jeho pokles schopnosti vykonávať zárobkovú činnosť taktiež 45%, invalidný dôchodok sa naďalej vypláca v sume, v akej patril. 6./ Z výsluchu navrhovateľa dňa 10.05.2017 súd zistil, že rozhodnutie odporkyne č. XXX XXX XXXX X zo dňa 17.04.2014 mu bolo doručené dňa 15.05.2014, rozhodnutie odporkyne č. XXX XXX XXXX X zo dňa 04.12.2014 mu bolo doručené dňa 04.01.2015 a rozhodnutie odporkyne č. XXX XXX XXXX X zo dňa 03.12.2015 mu bolo doručené dňa 04.01.2016. 7./ V danej veci ide o konanie podľa Tretej hlavy piatej časti zákona č. 99/1963 Zb. Občiansky súdny poriadok (ďalej len „O.s.p.“) - (§ 250l a nasl. O.s.p. - Rozhodovanie o opravných prostriedkoch proti rozhodnutiam správnych orgánov). 8./ V zmysle ustanovenia § 250l ods. 2 O.s.p., pokiaľ v tretej hlave piatej časti O.s.p. nie je ustanovené inak, použijú sa pre konanie o opravných prostriedkoch proti rozhodnutiam správnych orgánov primerane ustanovenia druhej hlavy piatej časti O.s.p. s výnimkou § 250a O.s.p.. 9./ Podľa § 492 ods. 1 zákona č. 162/2015 Z.z. Správneho súdneho poriadku, účinného od 01.07.2017 (ďalej „Správny súdny poriadok“), Konania podľa tretej hlavy piatej časti Občianskeho súdneho poriadku začaté predo dňom nadobudnutia účinnosti tohto zákona sa dokončia podľa doterajších predpisov, t.j. Občianskeho súdneho poriadku. Preto súd dokončil predmetné konanie v zmysle ustanovení Občianskeho súdneho poriadku, nakoľko navrhovateľ podal opravný prostriedok voči napadnutému rozhodnutiu odporkyne podaním zo dňa 27.06.2016, ktoré bolo doručené na tunajší súd dňa 29.06.2016. 10./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11./ Podľa § 219 ods. 1 zákona o sociálnom poistení, Proti rozhodnutiu Sociálnej poisťovne, ústredia vydaného v zmysle § 179 ods. 1 písm. a) prvý bod až tretí bod možno podať opravný prostriedok, o ktorom rozhodnutie súd podľa osobitného predpisu. 12./ Osobitným predpisom v zmysle § 219 ods. 1 zákona o sociálnom poistení sa rozumie Občiansky súdny poriadok. 13./ Podľa § 179 ods. 1 písm. a) prvý bod až tretí bod zákona o sociálnom poistení (v znení účinnom do 30.06.2016), Do pôsobnosti ústredia patrí a) rozhodovať v prvom stupni 1. o dôchodkových dávkach, o zvyšovaní príplatku za štátnu službu k dôchodku podľa osobitného predpisu, o úrazovej rente a o pozostalostnej úrazovej rente, 2. o povinnosti poberateľa dávky vrátiť dôchodkovú dávku alebo jej časť, alebo úrazovú rentu, alebo pozostalostnú úrazovú rentu, alebo ich časť vyplatené neprávom alebo vo vyššej sume, ako patrili, 3. o povinnosti zamestnávateľa nahradiť neprávom vyplatené sumy na dávkach uvedených v písmene a) v prvom bode. 14./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15./ Pokiaľ sa týka rozhodnutí odporkyne zo dňa 17.04.2014 (doručené navrhovateľovi dňa 15.05.2014), 04.12.2014 (doručené navrhovateľovi dňa 04.01.2015) a 03.12.2015 (doručené navrhovateľovi dňa 04.01.2016) vydanými pod číslom XXX XXX XXXX X súd má zato, že tieto boli podané po lehote uvedenej v ustanovení § 250m ods. 2 O.s.p a teda opravný prostriedok smerujúci voči týmto rozhodnutiam bol zo strany navrhovateľa evidentne podaný oneskorene, t.j. po lehote tridsiatich dní od ich doručenia, nakoľko návrh vo veci zo dňa 27.06.2016, ktorým sa domáhal navrhovateľ súdneho preskúmania predmetných rozhodnutí, bol podaný na tunajší súd až dňa 29.06.2016. Preto súd opravný prostriedok navrhovateľa v časti, ktorým sa domáhal preskúmania rozhodnutí odporkyne zo dňa 17.04.2014, 04.12.2014 a 03.12.2015 vydanými pod číslom č. XXX XXX XXXX X odmietol ako oneskorene podaný v súlade s ustanovením § 250p Občianskeho súdneho poriadku. 16./ Pokiaľ sa týka tej časti návrhu zo dňa 27.06.2016, ktorým sa navrhovateľ domáhal preskúmania oznámenia odporkyne zo dňa 17.05.2016, v ktorom mu odporkyňa oznámila, že jeho pokles schopnosti vykonávať zárobkovú činnosť od 05.05.2016 je 45% a vzhľadom nato, že pri predchádzajúcom preskúmaní zdravotného stavu bol jeho pokles schopnosti vykonávať zárobkovú činnosť taktiež 45%, invalidný dôchodok sa naďalej vypláca v sume, v akej patril, súd uvádza: 17./ Z obsahu spisu, ani z návrhu navrhovateľa nevyplýva, že by si navrhovateľ uplatnil nárok na vyšší invalidný dôchodok novou žiadosťou. Jeho zdravotný stav bol 05.05.2016 posúdený v rámci riadnej kontrolnej lekárskej prehliadky s tým, že je naďalej invalidný s mierou poklesu schopnosti vykonávať zárobkovú činnosť 45%, a keďže k zmene miery poklesu jeho schopnosti vykonávať zárobkovú činnosť nedošlo, odporkyňa mu túto skutočnosť oznámila listom zo dňa 17.05.2016, ktorý nie je rozhodnutím podľa § 179 ods. 1 písm. a/ prvého až tretieho bodu zákona o sociálnom poistení (uznesenie NS SR sp. zn. 9So/11/2012 zo dňa 05. 06. 2012). 18./ Z dôvodu, že oznámenie odporkyne zo dňa 17.05.2016 nie je rozhodnutím v zmysle § 179 ods. 1 písm. a/ prvý až tretí bod zákona č. 461/2003 Z. z. o sociálnom poistení v znení neskorších predpisov, ktoré by mohlo byť predmetom preskúmania súdom, súd opravný prostriedok aj v tejto časti podľa § 250p Občianskeho súdneho poriadku odmietol. 19./ Účastníkom konania súd náhradu trov konania nepriznal podľa § 250k ods. 1 O.s.p. v spojení s ustanovením § 250l ods. 2 O.s.p., lebo odmietnutie opravného prostriedku je treba považovať za neúspech navrhovateľa v konaní a odporkyňa zo zákona nemá nárok na náhradu trov konania.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https://www.kauzis.sk/judikatura/r/ECLI:SK:KSKE:2017:7016200736.2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