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8S/55/2016 z 29. 11. 2017</w:t>
      </w:r>
    </w:p>
    <w:p>
      <w:r>
        <w:t>Rozsudok Krajského súdu Košice z 29. novembra 2017, sp. zn. 8S/55/2016, ECLI:SK:KSKE:2017:7016201058.2</w:t>
      </w:r>
    </w:p>
    <w:p>
      <w:r>
        <w:t>Súd: Krajský súd Košice</w:t>
      </w:r>
    </w:p>
    <w:p>
      <w:r>
        <w:t>Spisová značka: 8S/55/2016</w:t>
      </w:r>
    </w:p>
    <w:p>
      <w:r>
        <w:t>ECLI: ECLI:SK:KSKE:2017:7016201058.2</w:t>
      </w:r>
    </w:p>
    <w:p>
      <w:r>
        <w:t>Dátum vydania: 29. 11. 2017</w:t>
      </w:r>
    </w:p>
    <w:p>
      <w:r>
        <w:t>Forma: Rozsudok</w:t>
      </w:r>
    </w:p>
    <w:p>
      <w:r>
        <w:t>Oblasť práva: Správne právo</w:t>
      </w:r>
    </w:p>
    <w:p>
      <w:pPr>
        <w:pStyle w:val="Heading2"/>
      </w:pPr>
      <w:r>
        <w:t>Text rozhodnutia</w:t>
      </w:r>
    </w:p>
    <w:p>
      <w:r>
        <w:t>Súd: Krajský súd Košice Spisová značka: 8S/55/2016 Identifikačné číslo súdneho spisu: 7016201058 Dátum vydania rozhodnutia: 30. 11. 2017 Meno a priezvisko sudcu, VSÚ: JUDr. Jozef Kuruc ECLI: ECLI:SK:KSKE:2017:7016201058.2 ROZSUDOK V MENE SLOVENSKEJ REPUBLIKY Krajský súd v Košiciach v senáte zloženom z predsedu senátu JUDr. Jozefa Kuruca a členov senátu JUDr. Dany Bystrianskej a JUDr. Pavla Tkáča, v právnej veci žalobkyne: V. O., F.. O., D. XX.XX.XXXX, F. XX, XXX XX G., právne zastúpená: JUDr. Ľuba Berezňaninová, advokátka, Hlavná 45, 080 01 Prešov, proti žalovanému: Okresný úrad Košice, Odbor výstavby a bytovej politiky, Komenského 52, 041 26 Košice, o zrušenie podania Mesta Košice č. A/2016/13582-12/I/GAB z 21.7.2016, o zrušenie rozhodnutia žalovaného č. OÚ-KE-OVBP2-2016/033052 zo dňa 4.8.2016 a o uložení povinnosti žalovaného konať a rozhodnúť o odvolaní žalobkyne doručenom Mestu Košice zo dňa 6.7.2016 a zo dňa 19.7.2016, takto : r o z h o d o l : I. Žalobu o zrušenie podania Mesta Košice č. A/2016/13582-12/I/GAB z 21.7.2016 o d m i e t a. II. Žalobu o zrušenie rozhodnutia žalovaného č. OU-KE-OVBP2-2016/033052 zo dňa 4.8.2016 z a m i e t a . III. Žalobu o uloženie povinnosti žalovanému konať a rozhodnúť o odvolaní žalobkyne doručenom Mestu Košice 6.7.2016 z a s t a v u j e . IV. Žalobu o uloženie povinnosti žalovanému konať a rozhodnúť o odvolaní žalobkyne zo dňa 19.7.2016 z a s t a v u j e . V. Žalobkyni a žalovanému n e p r i z n á v a právo na náhradu trov konania vo vzťahu k výroku II.. VI. Žiaden z účastníkov konania nemá právo na náhradu trov konania vo vzťahu k výrokom I., III. a IV.. o d ô v o d n e n i e : 1. Správnou žalobou zo dňa 12.9.2016 podanou na poštovú prepravu toho istého dňa žalobkyňa žiadala zrušiť podanie Mesta Košice č. A/2016/13582-12/I/GAB z 21.7.2016, ktorým Mesto Košice predložilo žalovanému na rozhodnutie odvolanie žalobkyne zo dňa 19.7.2016 proti rozhodnutiu Mesta Košice č. A/2016/13582-08/I/GAB zo dňa 27.6.2016, ktorým stavebný úrad Mesta Košice povolil novostavbu rodinného domu na F. ul. v G. o zastavanej ploche XXX m2 na pozemkoch parc. č. XXXX a XXXX/X (reg. “Y.“) v kat. území N. stavebníkom V.Á. G. a R. G., obaja bytom S. U. XXX. 2. Žalobkyňa žiadala preskúmať a zrušiť rozhodnutie žalovaného označené ako Oznámenie o preskúmanie rozhodnutia č. OÚ-KE-OVBP2-2016/033052 zo dňa 4.8.2016, ktoré bolo žalobkyni doručené 10. 8. 2016 a ktorým žalovaný ako odvolací správny orgán posúdil jej odvolanie zo dňa 19.7.2016 proti rozhodnutiu stavebného úradu - Mesto Košice, č. A/2016/13582-08/I/GAB zo dňa 27.6.2016, ako oneskorené podané /po uplynutí lehoty na podanie odvolania/. 3. Napokon žalobkyňa žiadala, aby súd uložil žalovanému povinnosť rozhodnúť o odvolaní žalobkyne doručenom Mestu Košice dňa 6.7.2016 proti jeho rozhodnutiu č. A/2016/13582-08/I/GAB zo dňa 27.6.2016 a tiež, aby súd uložil žalovanému povinnosť rozhodnúť o odvolaní žalobkyne zo dňa 19.7.2016 (bod 1. odôvodnenia rozhodnutia). 4. Žalobkyňa v žalobe uviedla, že jej bolo dňa 4.7.2016 doručené stavebné povolenie Mesta Košice - Staré Mesto č.: A/2016/13582-08/I/GAB zo dňa 27.06.2016, ktorým bolo rozhodnuté o povolení stavby - „D. F. W., F. X.., G.“ na pozemkoch: parcely registra „Y." č. XXXX a XXXX/X v k.ú. N. pre stavebníkov V. G. a R. G., obaja bytom S. U. XXX, G. (ďalej len „stavebné povolenie"). Dňa 20.07.2016 žalobkyňa doručila príslušnému stavebnému úradu písomné podanie z 19.7.2016 označené ako „Odvolanie proti rozhodnutiu č.: A/216/13582-08/1/GAB zo dňa 27.06.2016", ktoré prevzala 4.7.2016. V uvedenej súvislosti doručila Mestu Košice list už dňa 6.7.2016, ktorým mu oznámila, že podala návrh na prerušenia a zastavenie stavby na Okresný súd Košice I. Žalovaný o jej podaní zo 6.7.2016 nekonal ako o odvolaní. Mesto Košice /prvostupňový správny orgán/ požiadala o prerušenia a zastavenie stavby už 1.7.2016. Preto svoje odvolanie zo dňa 19.7.2016 proti rozhodnutiu o stavebnom povolení označila za podané včas, v spojení s označeným podaním zo dňa 6.7.2016. Pretože žalovaný nerozhodol o jej odvolaní, a to napriek tomu, že sám cituje ustanovenie § 19 ods. 2 zákona č. 71/1967 Zb., /podľa ktorého sa každé podanie posudzuje podľa jeho obsahu a nie podľa jeho formálneho označenia/, žiadala správny súd, aby rozhodol o uložení povinnosti žalovanému v týchto veciach konať, keďže žalovaný nijako neodôvodnil, prečo podanie žalobkyne zo dňa 06.07.2016 neposúdil ako odvolanie s ohľadom na jej neskoršie podanie žalobkyne označené ako odvolanie z 19.07.2016. 5. Žalobkyňa tvrdila, že podaním zo dňa 19.07.2016, doručeným prvostupňovému stavebnému úradu dňa 20.07.2016, konkretizovala dôvody svojho nesúhlasu s napadnutým stavebným povolením, ktorý vyjadrila už podaním zo dňa 01.07.2016 a opakovane v podaní zo dňa 06.07.2016. Ak mal stavebný úrad pochybnosti o tom, čo žalobkyňa predmetnými návrhmi sleduje, mal ju bezodkladne vyzvať na opravu a doplnenie podania a určiť jej na ten účel primeranú lehotu. Pokiaľ tak stavebný úrad nepostupoval, porušil ustanovenia § 3 ods. 2 zákona a § 19 ods. 3 zákona č. 71/1967 Zb., a rovnako tým žalobkyni odňal základné ľudské právo na súdnu a inú právnu ochranu garantované v čl. 47 ods. 2 Ústavy SR, preto žiadala o zrušenie podania Mesta Košice č. A/2016/13582-12/I/GAB z 21.7.2016. 6. Z obsahu oznámenia Mesta Košice zo dňa 21.07.2016 podľa žalobkyne vyplýva, že nijakým spôsobom neupozornil žalobkyňu na to, že jej podanie zo dňa 06.07.2016 nemalo predpísané náležitosti, ani ju nepoučil o tom, ako a dokedy môže tieto nedostatky odstrániť. Predmetným oznámením Mesta Košice sa vysporiadal iba s podaním žalobkyne zo dňa 1.07.2016, ktoré bolo podané pred doručením prvostupňového rozhodnutia, ktoré však vecne neposudzoval. Tvrdila, že prvostupňový správny orgán si riadne nesplnil poučovaciu povinnosť k vadám jej odvolania a žalobkyni neoznámil, prečo podanie zo dňa 06.07.2016 nemôže posúdiť ako odvolanie. Žalobkyňa žiadala o uloženie povinnosti žalovanému konať a rozhodnúť o odvolaní žalobkyne doručenom Mestu Košice 6.7.2016 a o uloženie povinnosti žalovanému konať a rozhodnúť o odvolaní žalobkyne doručenom Mestu Košice zo dňa 19.7.2016. 7. Žalovaný podal vyjadrenie k obsahu žaloby na výzvu správneho súdu dňa 21.12.2016. Vo vyjadrení trval na správnosti svojho rozhodnutia č. OU-KE-OVBP2-2016/033052 zo dňa 04.08.2016 a konštatoval, že odvolaním napadnuté rozhodnutie č. A/2016/13582-08/I/GAB zo dňa 27.06.2016 bolo žalobkyni doručené do vlastných rúk, podľa § 24 správneho poriadku dňa 04.07.2016. Žalobkyňa bola riadne poučená o možnosti podať proti doručenému rozhodnutiu odvolanie v zákonnej 15-dňovej lehote, ktorá uplynula žalobkyni dňom 19.07.2016, márne. Odvolanie žalobkyne bolo podané správnemu orgánu prvého stupňa 20.07.2016 oneskorene. Rozhodnutie nadobudlo právoplatnosť a vykonateľnosť dňa 19.07.2016. Žalovaný poukázal a citoval ustanovenia § 51 ods. 1, § 53, 54 ods. 2 a § 59 ods. 1 zákona č. 71/1967 Zb. o správnom konaní (správny poriadok). 8. K tvrdeniam žalobkyne, že došlo k porušeniu ust. § 3 ods. 2, § 19 ods. 3 správneho poriadku a čl. 47 ods. 2 Ústavy SR, pretože ju stavebný úrad ako správny orgán neupozornil na skutočnosť, že jej podanie zo dňa 6.7.2016 nemá predpísané náležitosti a nepoučil o tom, ako a dokedy môže tieto nedostatky odstrániť žalovaný uviedol, že prvostupňový správny orgán oznámil žalobkyni 21.7.2016, že na jej skoršie podania zo dňa 01.07.2016 a 06.07.2016 neprihliadol ako na odvolanie a oznámil jej, že odvolanie doručené mu 20.7.2016 bolo podané oneskorene, v rozpore s § 54 ods. 2 správneho poriadku. Prvostupňový správny orgán následne podľa § 60 a nasl. zák. č. 71/1967 Zb. spis predložil žalovanému. Žalovaný poukázal aj na zmätočnosť v bode 1 žaloby, ktorá spočíva v nesprávnom označení správneho orgánu vydávajúceho písomnosť č. A/2016/13582-08/I/GAB zo dňa 27.06.2016, ktorým je stavebný úrad ako prvostupňový správny orgán, nie žalovaný. 9. Krajský súd v Košiciach ako súd správny, príslušný na konanie podľa § 6 ods. 2 písm. b/, § 9, § 13 ods.1 a § 23 zák č. 162/2015 Z. z Správny súdny poriadok /ďalej len SSP/ preskúmal administratívny spis žalovaného a dospel k záveru, že predmetom súdneho prieskumu môže byť iba rozhodnutie žalovaného č. OÚ-KE-OVBP2-2016/033052 zo dňa 4.8.2016. V tejto časti žalobu zamietol, ako uviedol vo výrokovej časti II. tohto rozsudku. Vo výrokovej časti bod I. žalobu odmietol podľa § 98 ods. 1 písm. g/ SSP v spojení s §§ 2, 6, 7 SSP. Konanie o uloženie povinnosti žalovanému rozhodnúť o odvolaní žalobkyne zo dňa 6.7.2016 a o uložení povinnosti žalovaného rozhodnúť o odvolaní žalobkyne zo dňa 19.7.2016, podľa § 99 písm. a/ SSP zastavil. 10. Podľa § 2 ods. 1 a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11. Podľa § 6 ods. 2 písm. b/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Správne súdy rozhodujú v konaniach okrem iného, v správnych žalobách vo veciach správneho trestania. 12. Podľa § 26 ods. 1 SSP správny súd poskytuje účastníkom konania poučenie o ich procesných právach a povinnostiach. Túto povinnosť nemá, ak je účastník konania zastúpený advokátom alebo ak má účastník konania, jeho zamestnanec alebo člen, ktorý za neho koná alebo ho zastupuje, vysokoškolské právnické vzdelanie druhého stupňa. 13. Podľa § 98 písm. g/ SSP správny súd uznesením odmietne žalobu, ak je neprípustná. 14. Podľa § 99 písm. a/ SSP Správny súd konanie uznesením zastaví, ak žalobca vzal žalobu späť skôr, ako správny súd vo veci rozhodol. 15. Podľa § 177 ods. 1 SSP správnou žalobou sa žalobca môže domáhať ochrany svojich subjektívnych práv proti rozhodnutiu orgánu verejnej správy alebo opatreniu orgánu verejnej správy. 16. Podľa § 180 ods. 1 SSP žalovaným je orgán verejnej správy, ktorý rozhodol o riadnom opravnom prostriedku, ak je žalobcom fyzická osoba alebo právnická osoba. Ak osobitný predpis nepripúšťa riadny opravný prostriedok, žalovaným je orgán verejnej správy, ktorý vydal rozhodnutie alebo opatrenie. 17. Podľa 52 ods. 1 zákona č. 71/1967 Zb. o správnom konaní (Správny poriadok) rozhodnutie, proti ktorému sa nemožno odvolať (podať rozklad), je právoplatné. Podľa § 53 Správneho poriadku proti rozhodnutiu správneho orgánu má účastník konania právo podať odvolanie, pokiaľ zákon neustanovuje inak alebo pokiaľ sa účastník konania odvolania písomne alebo ústne do zápisnice nevzdal. Podľa § 54 ods. 1, 2 Správneho poriadku odvolanie sa podáva na správnom orgáne, ktorý napadnuté rozhodnutie vydal. Odvolanie treba podať v lehote 15 dní odo dňa oznámenia rozhodnutia, ak inú lehotu neustanovuje osobitný zákon. 18. Podľa § 60 správneho poriadku odvolací orgán je povinný preskúmať i oneskorené odvolanie z toho hľadiska, či neodôvodňuje obnovu konania alebo zmenu alebo zrušenie rozhodnutia mimo odvolacieho konania. 19. Podľa § 65 ods. 1, 2, 3 správneho poriadku, rozhodnutie, ktoré je právoplatné, môže z vlastného alebo iného podnetu preskúmať správny orgán najbližšie vyššieho stupňa nadriadený správnemu orgánu, ktorý toto rozhodnutie vydal (§ 58), ak ide o rozhodnutie ústredného orgánu štátnej správy, jeho vedúci na základe návrhu ním ustanovenej osobitnej komisie (§ 61 ods. 2). Správny orgán príslušný na preskúmanie rozhodnutia ho zruší alebo zmení, ak bolo vydané v rozpore so zákonom, všeobecne záväzným právnym predpisom alebo všeobecne záväzným nariadením. Pri zrušení alebo zmene rozhodnutia dbá na to, aby práva nadobudnuté dobromyseľne boli čo najmenej dotknuté. Pri preskúmavaní rozhodnutia vychádza správny orgán z právneho stavu a skutkových okolností v čase vydania rozhodnutia. Nemôže preto zrušiť alebo zmeniť rozhodnutie, ak sa po jeho vydaní dodatočne zmenili rozhodujúce skutkové okolnosti, z ktorých pôvodné rozhodnutie vychádzalo. 20. Podľa § 242 ods. 1 SSP žalobca sa môže žalobou domáhať odstránenia nečinnosti orgánu verejnej správy v začatom administratívnom konaní. 21. Podľa § 244 ods. 1 SSP žalobcom je fyzická osoba alebo právnická osoba, ktorá ako účastník administratívneho konania namietajúci nečinnosť orgánu verejnej správy neúspešne vyčerpala sťažnosť podľa osobitného predpisu alebo podnet na prokuratúre. 22. Podľa § 245 SSP žalovaným je orgán verejnej správy, ktorý podľa žalobcu má povinnosť vydať rozhodnutie alebo opatrenie, vykonať úkon alebo začať z úradnej povinnosti administratívne konanie. 23. Podľa § 246 ods. 1, 2 SSP v žalobe sa musí okrem všeobecných náležitostí podania podľa § 57 uviesť a) označenie druhu žaloby, b) označenie žalovaného, c) označenie konania alebo veci, v ktorej sa žalobca domáha odstránenia nečinnosti, d) žalobné body, e) označenie dôkazov, ak sa ich žalobca dovoláva, f) žalobný návrh. K žalobe fyzickej osoby, právnickej osoby a zainteresovanej verejnosti musí byť pripojené oznámenie o výsledku prešetrenia sťažnosti podľa osobitného predpisu alebo vybavenie podnetu prokurátorom. 24. Podľa § 249 ak správny súd po preskúmaní nezistí nečinnosť žalovaného, uznesením žalobu zamietne. 25. Správny súd žalobu odmietol v časti o preskúmanie podania Mesta Košice č. A/2016/13582-12/I/ GAB zo dňa 21.7.2017, s poukazom na ust. § 98 písm. g/ SSP ako neprípustnú. 26. Žalobkyňa žiadala preskúmať toto podanie orgánu verejnej správy, ktoré je procesným úkonom prvostupňového správneho orgánu - Mesta Košice, podľa § 57 ods. 1 správneho poriadku. Žalobkyňa v podstate žiadala preskúmať list Mesta Košice zo dňa 21.7.2017, ktorým stavebný úrad oznámil žalobkyni, že predkladá jej odvolanie na rozhodnutie nadriadenému orgánu, ktorým je žalovaný - Okresný úrad, odbor opravných prostriedkov. Podanie Mesta Košice - jeho procesný postup, pokladá správny súd za nespôsobilý predmet súdneho prieskumu. 27. Správny súd nepreskúmava procesné úkony správneho orgánu, ktoré nie sú spôsobilým predmetom konania o správnej žalobe, lebo sa nimi nezasahuje do práv a oprávnených záujmov fyzickej osoby a právnickej osoby /§ 2 ods. 1 a 2 SSP/. Posudzované podanie prvostupňového správneho orgánu nie je rozhodnutím o právach a oprávnených záujmoch žalobkyne v zmysle § 2 ods. 1 SSP. Podanie je administratívnym postupom, ktorým prvostupňový správny orgán predložil odvolanie žalobkyne žalovanému ako nadriadenému orgánu. Naviac Mesto Košice ani nie je účastníkom súdneho konania, pretože žalobkyňa ho ako žalovaného ani neoznačila. 28. Správny súd žalobu o preskúmanie rozhodnutia žalovaného č. OÚ-KE-OVBP2-2016/033052 zo dňa 4.8.2016 zamietol. 29. Rozhodnutie žalovaného zo dňa 4.8.2016 považuje správny súd za spôsobilý predmet súdneho prieskumu (§ 2 ods. 1, 2 SSP). 30. Žalobkyňa podala odvolanie proti rozhodnutiu stavebného úradu - Mesto Košice, č. A/2016/13582-08/I/GAB zo dňa 27.6.2016 o povolení stavby v spojenom územnom a stavebnom konaní oneskorene po uplynutí lehoty na podanie odvolania. Žalobkyňa prevzala rozhodnutie Mesta Košice č. A/2016/13582-08/I/GAB zo dňa 27.6.2016 dňa 4.7.2016 a 15 dňová lehota na podanie odvolania jej uplynula 19.7.2016. Preto jej odvolanie podané a doručené 20.7.2016 prvostupňovému správnemu orgánu bolo podané oneskorene. 31. Pretože žalobkyňa podala odvolanie po uplynutí zákonnej lehoty, žalovaný nemohol vecne preskúmať rozhodnutie správneho orgánu prvého stupňa a bol povinný postupovať podľa § 60 správneho poriadku. 32. Pretože rozhodnutie žalovaného z 4.8.2016 je spôsobilé byť predmetom prieskumu správnym súdom, správny súd sa zaoberal jeho preskúmaním v rozsahu daným správnym orgánom, t.j. v otázke včasnosti žalobkyňou podaného odvolania z 19.7.2016. Oneskorené podanie odvolania nemôže ani správny súd považovať za riadne využitie opravných prostriedkov v zmysle § 7 písm. a/ SSP. Avšak s prihliadnutím na ust § 2 ods. 1, 2 a § 7 písm. a/ SSP/ konštatuje, že preskúmava právoplatné rozhodnutia za predpokladu, že žalobkyňou boli využité riadne opravné prostriedky, v danom prípade odvolanie proti rozhodnutiu správneho orgánu prvého stupňa o stavebnom povolení. Žalobu v uvedenej časti správny súd zamietol, lebo sa stotožnil so závermi žalovaného o otázke posúdenia včasnosti odvolania podaného žalobkyňou proti rozhodnutiu o stavebnom povolení. 33. Žalobkyňa žiadala uložiť žalovanému povinnosť konať a rozhodnúť o jej odvolaní (podaní) zo dňa 6.7.2016 a o odvolaní zo dňa 19.7.2016. Pred začatím súdneho pojednávania 30. 11. 2017 vzala žalobu v tejto časti správnej žaloby späť. 34. Správny súd preto zastavil konanie v časti žaloby o uložení povinnosti žalovanému rozhodnúť o podaní žalobkyne zo dňa 6.7.2016 a zo dňa 19.7.2016 (výrok č. III. IV. tohto rozsudku). 35. Správny súd rozhodol, vzhľadom na vyššie uvedené týmto rozsudkom o celom rozsahu správnej žaloby žalobkyne, doručenej správnemu súdu dňa 14. 9. 2016. 36. Podľa § 167 ods. 1 SSP a contrario správny súd nepriznal žalobkyni voči žalovanému právo na náhradu dôvodne vynaložených trov konania, lebo žalobkyňa nemala vo veci úspech vo vzťahu k výrokovej časti II. 37. Podľa § 170 písm. a/ a b/ SSP žiaden z účastníkov konania nemá právo na náhradu trov konania, ak žaloba bola odmietnutá a konanie bolo zastavené. 38. V súlade s vyššie citovaným zákonným ustanovením žiadny z účastníkov konania nemá právo na náhradu trov konania vo vzťahu k výrokovej časti I., pretože žaloba bola odmietnutá a vo vzťahu k výrokovej časti III. a IV., konanie bolo zastavené. 39. Rozsudok bol prijatý v senáte pomerom hlasov 3 : 0 (ust. § 139 ods. 4 SSP). Poučenie: Proti tomuto rozsudku možno podať kasačnú sťažnosť v lehote 1 mesiaca odo dňa jeho doručenia na Krajský súd v Košiciach, a to písomne v dvoch vyhotoveniach. Kasačná sťažnosť je prípustná proti každému právoplatnému rozhodnutiu krajského súdu, ak tento zákon neustanovuje inak. (§ 439 ods. 1 SSP). Kasačná sťažnosť nie je prípustná proti uzneseniu, (§ 439 ods. 2 SSP) a) ktorým sa upravuje vedenie konania, b) proti ktorému je prípustná sťažnosť, c) o priznaní alebo nepriznaní postavenia osoby zúčastnenej na konaní, d) o právomoci, príslušnosti, poriadkovej pokute podľa § 78, o odmene znalca, tlmočníka a prekladateľa, e) týkajúceho sa odkladného účinku žaloby, f) o predĺžení lehoty podľa § 250 ods. 2, g) ktorým sa prerušuje konanie z dôvodu podania prejudiciálnej otázky, h) o výške náhrady trov konania. Kasačná sťažnosť nie je prípustná, ak (§ 439 ods. 3 SSP) a) sa opiera o iné dôvody, ako sú uvedené v § 440, b) sa opiera o dôvody, ktoré sťažovateľ neuplatnil v konaní pred krajským súdom, v ktorom bolo vydané napadnuté rozhodnutie, hoci tak urobiť mohol, c) smeruje len proti dôvodom rozhodnutia krajského súdu.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(ďalej len "sťažnostné body"),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 440 SSP/.</w:t>
      </w:r>
    </w:p>
    <w:p/>
    <w:p>
      <w:r>
        <w:t>Zdroj: KAUZIS.SK – https://www.kauzis.sk/judikatura/r/ECLI:SK:KSKE:2017:7016201058.2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