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5Sa/32/2016 z 20. 11. 2017</w:t>
      </w:r>
    </w:p>
    <w:p>
      <w:r>
        <w:t>Uznesenie Krajského súdu Košice z 20. novembra 2017, sp. zn. 5Sa/32/2016, ECLI:SK:KSKE:2017:7016201130.2</w:t>
      </w:r>
    </w:p>
    <w:p>
      <w:r>
        <w:t>Súd: Krajský súd Košice</w:t>
      </w:r>
    </w:p>
    <w:p>
      <w:r>
        <w:t>Spisová značka: 5Sa/32/2016</w:t>
      </w:r>
    </w:p>
    <w:p>
      <w:r>
        <w:t>ECLI: ECLI:SK:KSKE:2017:7016201130.2</w:t>
      </w:r>
    </w:p>
    <w:p>
      <w:r>
        <w:t>Dátum vydania: 20. 11. 2017</w:t>
      </w:r>
    </w:p>
    <w:p>
      <w:r>
        <w:t>Forma: Uznesenie</w:t>
      </w:r>
    </w:p>
    <w:p>
      <w:pPr>
        <w:pStyle w:val="Heading2"/>
      </w:pPr>
      <w:r>
        <w:t>Text rozhodnutia</w:t>
      </w:r>
    </w:p>
    <w:p>
      <w:r>
        <w:t>Súd: Krajský súd Košice Spisová značka: 5Sa/32/2016 Identifikačné číslo súdneho spisu: 7016201130 Dátum vydania rozhodnutia: 21. 11. 2017 Meno a priezvisko sudcu, VSÚ: JUDr. Tamara Sklenárová ECLI: ECLI:SK:KSKE:2017:7016201130.2 Uznesenie Krajský súd v Košiciach, v právnej veci navrhovateľa: Q. M., nar.: XX. XX. XXXX, bytom Š. XX, E., proti odporkyni: Sociálna poisťovňa, ústredie Bratislava, Ul. 29. augusta 8, Bratislava, v konaní o invalidnom dôchodku, takto r o z h o d o l : I. Konanie z a s t a v u j e. II. Žiaden z účastníkov n e m á právo na náhradu trov konania. o d ô v o d n e n i e : Návrhom zo dňa 31. 05. 2016 sa navrhovateľ domáhal preskúmania zákonnosti rozhodnutia odporkyne č. XXX XXX XXXX X zo dňa 28. 04. 2016, ktorým mu bola podľa ustanovenia § 70 a § 71 zákona č. 461/2003 Z. z. o sociálnom poistení v znení neskorších predpisov zamietnutá žiadosť navrhovateľa o invalidný dôchodok. Tunajší súd z písomného vyjadrenia odporkyne zo dňa 21. 10. 2017 zistil, že táto rozhodnutím č. XXX XXX XXXX X - P. zo dňa 14. 09. 2016 podľa ustanovenia § 112 zákona č. 461/2003 Z. z. napadnuté rozhodnutie zrušila. Zároveň z neho vyplýva, že po preskúmaní námietok navrhovateľom vznesených v jeho opravnom prostriedku zo dňa 31. 05. 2016 vydala odporkyňa nové rozhodnutie č. XXX XXX XXXX X - P. zo dňa 14. 09. 2017, ktorým podľa ustanovenia § 70 ods. 1 zákona č. 461/2003 Z. z. o sociálnom poistení v znení neskorších predpisov zamietla žiadosť navrhovateľa o invalidný dôchodok z dôvodu, že navrhovateľ nezískal potrebný počet rokov obdobia dôchodkového poistenia na vznik nároku na invalidný dôchodok. Z administratívneho spisu odporkyne súd zistil, že navrhovateľ proti tomuto rozhodnutiu podal odvolanie zo dňa 22. 09. 2017, o ktorom doposiaľ nebolo odvolacím orgánom rozhodnuté. Podľa ustanovenia § 103 O. s. p. kedykoľvek za konania prihliada súd na to, či sú splnené podmienky, za ktorých môže konať vo veci (podmienky konania). Podľa ustanovenia § 104 ods. 1 O. s. p ak ide o taký nedostatok podmienky konania, ktorý nemožno odstrániť, súd konanie zastaví. Ak vec nespadá do právomoci súdov alebo ak má predchádzať iné konanie, súd postúpi vec po právoplatnosti uznesenia o zastavení konania. Podľa ustanovenia § 250l ods. 2 O. s. p. pokiaľ v tejto hlave nie je ustanovené inak, použije sa primerane ustanovenie druhej hlavy s výnimkou § 250a. Podľa ustanovenia § 246c prvej vety O. s. p. pre riešenie otázok, ktoré nie sú priamo upravené v tejto časti, sa použijú primerane ustanovenia prvej, tretej a štvrtej časti tohto zákona. Podľa ustanovenia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Vychádzajúc z uvedeného, súd zistil, že rozhodnutie odporkyne, ktoré bolo predmetom preskúmania zákonnosti súdom v tomto konaní, bolo správnym orgánom zrušené. V dôsledku toho už neexistovala jedna zo základných procesných podmienok konania o preskúmanie zákonnosti rozhodnutia správneho orgánu. Tento nedostatok procesnej podmienky konania je neodstrániteľný. Súd preto tento dôvod podradil pod ustanovenie § 250d ods. 3 O. s. p. s tým, že predmetom preskúmania súdom môže byť iba rozhodnutie existujúce v čase rozhodovania súdu. Vzhľadom na to, že v danom prípade, vychádzajúc z vyššie uvedených skutočností, sú splnené všetky podmienky uvedené v citovanom zákonnom ustanovení, považoval súd za potrebné rozhodnúť tak, ako je to uvedené vo výrokovej časti tohto uznesenia. Súd rozhodol o trovách konania podľa ustanovenia § 146 ods.1 písm. c) O. s. p. s použitím ustanovení § 246c a § 250l ods. 2 O. s. p., v zmysle ktorých žiaden z účastníkov nemá právo na náhradu trov konania podľa jeho výsledku, ak konanie bolo zastavené. Poučenie: Proti tomuto uzneseniu možno podať odvolanie do 15 dní odo dňa jeho doručenia na Krajský súd v Košiciach, a to písomne v dvoch vyhotoveniach. V odvolaní sa musí popri všeobecných náležitostiach (§ 42 ods. 3 O. s. p.) uviesť, proti ktorému rozhodnutiu odvolanie smeruje, v akom rozsahu sa rozhodnutie napáda, v čom sa rozhodnutie alebo postup súdu považuje za nesprávny a čoho sa odvolateľ domáha.</w:t>
      </w:r>
    </w:p>
    <w:p/>
    <w:p>
      <w:r>
        <w:t>Zdroj: KAUZIS.SK – https://www.kauzis.sk/judikatura/r/ECLI:SK:KSKE:2017:7016201130.2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