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1Sa/42/2016 z 6. 7. 2017</w:t>
      </w:r>
    </w:p>
    <w:p>
      <w:r>
        <w:t>Uznesenie Krajského súdu Košice z 6. júla 2017, sp. zn. 1Sa/42/2016, ECLI:SK:KSKE:2017:7016201303.2</w:t>
      </w:r>
    </w:p>
    <w:p>
      <w:r>
        <w:t>Súd: Krajský súd Košice</w:t>
      </w:r>
    </w:p>
    <w:p>
      <w:r>
        <w:t>Spisová značka: 1Sa/42/2016</w:t>
      </w:r>
    </w:p>
    <w:p>
      <w:r>
        <w:t>ECLI: ECLI:SK:KSKE:2017:7016201303.2</w:t>
      </w:r>
    </w:p>
    <w:p>
      <w:r>
        <w:t>Dátum vydania: 6. 7. 2017</w:t>
      </w:r>
    </w:p>
    <w:p>
      <w:r>
        <w:t>Forma: Uznesenie</w:t>
      </w:r>
    </w:p>
    <w:p>
      <w:pPr>
        <w:pStyle w:val="Heading2"/>
      </w:pPr>
      <w:r>
        <w:t>Text rozhodnutia</w:t>
      </w:r>
    </w:p>
    <w:p>
      <w:r>
        <w:t>Súd: Krajský súd Košice Spisová značka: 1Sa/42/2016 Identifikačné číslo súdneho spisu: 7016201303 Dátum vydania rozhodnutia: 07. 07. 2017 Meno a priezvisko sudcu, VSÚ: JUDr. Milan Konček ECLI: ECLI:SK:KSKE:2017:7016201303.2 Uznesenie Krajský súd v Košiciach ako správny súd (ďalej len „súd") v právnej veci žalobcu: U.. B. O., O. J. XX, D., proti žalovanému: Ústredie práce, sociálnych vecí a rodiny, Špitálska 8, Bratislava, v konaní o správnej žalobe žalobcu v sociálnych veciach proti rozhodnutiu žalovaného zo dňa 19.09.2016 č. UPS/US1/ SSVOPHNSSD/SOC/2016/10014-0002 Sz, takto r o z h o d o l : I. Z a s t a v u j e konanie. II. Žiaden z účastníkov nemá právo na náhradu trov konania. o d ô v o d n e n i e : 1. Žalobca sa žalobou zo dňa 03.12.2016 domáhal preskúmania rozhodnutia žalovaného uvedeného v záhlaví tohto uznesenia, ktorým žalovaný zamietol odvolanie žalobcu a potvrdil rozhodnutie Úradu práce, sociálnych vecí a rodiny Košice č. D.Š. D. U.,U.-XXXX zo dňa 07.07.2016, ktorým tento žalobcovi zastavil poskytovanie pomoci v hmotnej núdzi v sume 117,40 eur mesačne od 01.06.2016. 2. Žalobca na pojednávaní súdu dňa 07.07.2017 po vypočutí účastníkov konania súdom zahlásil ústne do zápisnice súdu, že svoju žalobu zo dňa 03.12.2016, doručenú Krajskému súdu v Košiciach dňa 05.12.2016, berie späť a žiada konanie zastaviť. 3. Podľa ust. § 63 zákona č. 162/2015 Z.z.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Správny súd konanie uznesením zastaví, ak žalobca vzal žalobu späť skôr, ako správny súd vo veci rozhodol (§ 99 písm. a) SSP). 5. Pretože žalobca vzal žalobu späť skôr, ako súd vo veci rozhodol, súd konanie o žalobe žalobcu vedenej pod sp.zn. 1Sa/42/2016 v súlade s ust. § 99 písm. a) SSP zastavil. 6. Súd o trovách konania rozhodol v súlade s ust. § 170 písm. b) SSP, v zmysle ktorého žiaden z účastníkov konania nemá právo na náhradu trov konania, ak konanie bolo zastavené. Poučenie: Proti tomuto rozhodnutiu je prípustná kasačná sťažnosť, ktorá musí byť podaná na Krajskom súde v Košiciach v lehote 1 mesiaca od doručenia rozhodnutia krajského súdu. Zmeškanie lehoty nemožno odpustiť. V kasačnej sťažnosti sa uvedú všeobecné náležitostí podania podľa § 57 Správneho súdneho poriadku (ďalej len „SSP“),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konanie o správnej žalobe podľa § 6 ods. 2 písm. c) a d) alebo ak je žalovaným Centrum právnej pomoci.</w:t>
      </w:r>
    </w:p>
    <w:p/>
    <w:p>
      <w:r>
        <w:t>Zdroj: KAUZIS.SK – https://www.kauzis.sk/judikatura/r/ECLI:SK:KSKE:2017:7016201303.2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