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6S/131/2016 z 9. 10. 2017</w:t>
      </w:r>
    </w:p>
    <w:p>
      <w:r>
        <w:t>Uznesenie Krajského súdu Košice z 9. októbra 2017, sp. zn. 6S/131/2016, ECLI:SK:KSKE:2017:7016201352.2</w:t>
      </w:r>
    </w:p>
    <w:p>
      <w:r>
        <w:t>Súd: Krajský súd Košice</w:t>
      </w:r>
    </w:p>
    <w:p>
      <w:r>
        <w:t>Spisová značka: 6S/131/2016</w:t>
      </w:r>
    </w:p>
    <w:p>
      <w:r>
        <w:t>ECLI: ECLI:SK:KSKE:2017:7016201352.2</w:t>
      </w:r>
    </w:p>
    <w:p>
      <w:r>
        <w:t>Dátum vydania: 9.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6S/131/2016 Identifikačné číslo súdneho spisu: 7016201352 Dátum vydania rozhodnutia: 10. 10. 2017 Meno a priezvisko sudcu, VSÚ: JUDr. Valéria Mihalčínová ECLI: ECLI:SK:KSKE:2017:7016201352.2 Uznesenie Krajský súd v Košiciach v právnej veci žalobcu: mal. F. B., nar. XX.XX.XXXX, bytom XXX XXQ. XX, zastúpený zákonným zástupcom - otec: Ing. X. B., XXX XX Q. XX, proti žalovanému: Centrum právnej pomoci, Kancelária Prešov, Slovenská 40, 080 01 Prešov, o preskúmanie rozhodnutia č. 2N 8288/16- KaPO, R. z.: 69545/2016 zo dňa 24.10.2016, takto r o z h o d o l : P o s t u p u j e vec Krajskému súdu v Prešove. o d ô v o d n e n i e : Žalobou zo dňa 19.12.2016, doručenou tunajšiemu súdu dňa 27.12.2016, sa žalobca domáha preskúmania rozhodnutia žalovaného č. 2N8288/16-KaPO, R. z.: 69545/2016 zo dňa 24.10.2016. Podľa ust. § 9 ods. 1 SSP Konanie sa uskutočňuje na tom správnom súde, ktorý je vecne, miestne a kauzálne príslušný. Príslušnosť sa určuje podľa okolností existujúcich v čase začatia konania a trvá až do jeho skončenia. Podľa ust.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ust. § 18 ods. 2 SSP ak správny súd zistí, že nie je vecne, miestne alebo kauzálne príslušný, postúpi vec uznesením príslušnému správnemu súdu. Žalobca má trvalý pobyt v obvode Krajského súdu v Prešove, t. j. na adrese XXX XX Q. XX, teda mieste príslušným súdom v predmetnom konaní je Krajský súd v Prešove. Z vyššie uvedených dôvodov, nakoľko súd zistil, že tunajší súd nie je miestne príslušný na konanie, bude vec po právoplatnosti tohto uznesenia, postúpená miestne príslušnému Krajskému súdu v Prešove. Poučenie: Proti tomuto uzneseniu kasačná sťažnosť n i e j e prípustná (§ 439 ods. 2 písm. d/ SSP).</w:t>
      </w:r>
    </w:p>
    <w:p/>
    <w:p>
      <w:r>
        <w:t>Zdroj: KAUZIS.SK – https://www.kauzis.sk/judikatura/r/ECLI:SK:KSKE:2017:7016201352.2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