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17CoE/646/2016 z 27. 2. 2017</w:t>
      </w:r>
    </w:p>
    <w:p>
      <w:r>
        <w:t>Uznesenie Krajského súdu Košice z 27. februára 2017, sp. zn. 17CoE/646/2016, ECLI:SK:KSKE:2017:7610205167.1</w:t>
      </w:r>
    </w:p>
    <w:p>
      <w:r>
        <w:t>Súd: Krajský súd Košice</w:t>
      </w:r>
    </w:p>
    <w:p>
      <w:r>
        <w:t>Spisová značka: 17CoE/646/2016</w:t>
      </w:r>
    </w:p>
    <w:p>
      <w:r>
        <w:t>ECLI: ECLI:SK:KSKE:2017:7610205167.1</w:t>
      </w:r>
    </w:p>
    <w:p>
      <w:r>
        <w:t>Dátum vydania: 27. 2. 2017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Košice Spisová značka: 17CoE/646/2016 Identifikačné číslo súdneho spisu: 7610205167 Dátum vydania rozhodnutia: 28. 02. 2017 Meno a priezvisko sudcu, VSÚ: JUDr. Pavol Naď ECLI: ECLI:SK:KSKE:2017:7610205167.1 Uznesenie Krajský súd v Košiciach v senáte zloženom z predsedu senátu JUDr. Pavla Naďa a členov senátu JUDr. Dany Bystrianskej a JUDr. Mareka Kotoru v exekučnej veci oprávneného: INKASO Pohľadávok, spol. s r.o., Hronského 2712, 093 01 Vranov nad Topľou IČO: 36 039 039, proti povinnému: F. P., J.. XX.XX.XXXX, G. J. Y.Q. XXXX/XX, XXX XX X., o vymoženie 82,98 Eur s prísl., o odvolaní oprávneného proti uzneseniu Okresného súdu Spišská Nová Ves č. k. 1 Er 239/2010 - 21 z 20. júna 2016, takto r o z h o d o l : P o t v r d z u j e uznesenie. Stranám nárok na náhradu trov odvolacieho konania nepriznáva. o d ô v o d n e n i e : 1. Okresný súd Spišská Nová Ves (ďalej len „okresný súd“) uznesením sp. zn. 1 Er 239/2010 - 21 z 20. júna 2016 (ďalej len „uznesenie“) exekúciu zastavil. Toto uznesenie právne odôvodnil s poukazom na citáciu ust. § 39 ods. 4, § 57 ods. 1 písm. m), § 243f ods. 1, 4, 6 zákona č. 233/1995 Z. z. o súdnych exekútoroch a exekučnej činnosti (Exekučný poriadok) v znení neskorších predpisov (ďalej len „EP“). 2. Uviedol, že na návrh oprávneného a žiadosť súdneho exekútora vydal dňa 14. apríla 2010 poverenie na výkon exekúcie pre vymoženie istiny 82,98 Eur a trov exekúcie. 3. Dňa 25.1.2016 súdny exekútor predložil súdu v súlade s ustanovením § 39 ods. 4 Exekučného poriadku doplnenie návrhu na vykonanie exekúcie. 4. Oprávnený v doplnení návrhu uviedol, že v konaní sa nejedná o vymáhanie nároku, ktorý by vznikol v súvislosti so spotrebiteľskou zmluvou. Táto vec bola príslušným krajským súdom, ktorý vydal exekučný titul prejednávaná ako obchodnoprávna. Ako dôkaz, z ktorého vyplývajú ním opísané skutočnosti označil súdny spis, ktorý vedie Krajský súd v Prešove pod č. k. 2 Zm 352/99. Uvedené dôkazy týkajúce sa vlastného vzťahu s povinným nevie predložiť z dôvodu, že jeho právny predchodca spoločnosť TRANSINVEST, a.s. medzičasom zanikla a vzhľadom na právny stav platný do 22.12.2015 nebol povinný v zmysle žiadneho právneho predpisu platného v SR preukazovať vlastný vzťah s povinným. Vzhľadom na abstraktný charakter zmenky vyplývajúci z právneho stavu platného v čase podávania návrhu na vykonanie exekúcie nie je možné od neho v súčasnosti žiadať doplnenie návrhu na vykonanie exekúcie pod sankciou zastavenia exekučného konania. 5. Predmetom tohto konania je vymoženie pohľadávky oprávneného priznanej exekučným titulom, ktorým je Zmenkový platobný rozkaz č. 2 Zm 359/99 - 6 z 12. januára 2000. Týmto súd uložil odporcovi, aby do 3 dní od doručenia zaplatil navrhovateľovi zmenkovú sumu 2.500,- Sk so 6 % úrokom od 09.03.1997 do zaplatenia, zmenkovú odmenu vo výške 1/3 percenta zmenkovej sumy a trovy konania vo výške 1.300,- Sk na účet právnej zástupkyne navrhovateľa. 6. Z vyššie citovaných ustanovení § 39 ods. 4 a § 243f ods. 1 zák. č. 233/1995 Z. z. o súdnych exekútoroch a exekučnej činnosti vyplýva, že v exekučných konaniach vykonávaných na poklade, ktorým sa priznal nárok zo zmenky proti povinnému, ktorý je fyzickou osobou rozhodujúce skutočnosti týkajúce sa vlastného vzťahu s povinným opíše oprávnený. Skutočnosti podľa prvej vety je povinný opísať aj oprávnený, ktorý svoje právo preukazuje nepretržitým radom indosamentov. V tejto súvislosti súd poukazuje na to, že v exekučnom titule je ako navrhovateľ označený oprávnený, a nie jeho právny predchodca spoločnosť TRANSINVEST, a.s., ktorá medzičasom zanikla. K návrhu na vykonanie exekúcie je oprávnený povinný pripojiť dôkazy, ktoré skutočnosti týkajúce sa vlastného vzťahu s povinným osvedčujú. Oprávnený súdu predmetné rozhodujúce skutočnosti nepopísal iba odkázal na konanie v ktorom bol vydaný exekučný titul. Taktiež nepredložil dôkazy na osvedčenie týchto skutočnosti. Keďže v konaní nebol preukázaný opak v zmysle § 243f ods. 4 zák. č. 233/1995 Z. z. platí, že sú tu dôvody na zastavenie exekúcie podľa § 57 ods. 1 písm. m/ Exekučného poriadku. Súd preto exekúciu v súlade s týmto ustanovením zastavil. 7. Proti tomuto uzneseniu v zákonnej lehote podal odvolanie oprávnený, ktoré odôvodnil ust. § 205 ods. 2 písm. a), c), f) O.s.p. 8. V písomných dôvodoch svojho odvolania poukázal na to, že nesúhlasí s právnym posúdením veci zo strany súdu prvej inštancie, jeho rozhodnutie považuje za nezákonné a toto rozhodnutie súdu o zastavení exekúcie nie je podľa oprávneného konformné s ústavou. 9. Oprávnený v doplnení návrhu na vykonanie exekúcie uviedol, že preukazuje svoje právo nepretržitým radom indosamentov, resp. zmluvou o postúpení pohľadávok, ktoré sú obsahom exekučného spisu, pričom vlastný vzťah s povinným vyplýva zo zmluvy uzavretej medzi povinným a spoločnosťou Transinvest, a.s., že sa jednalo o obchodnoprávny vzťah, čo potvrdzuje to, že vec bola na príslušnom krajskom súde, ktorý vydal exekučný titul prejednávaná ako obchodnoprávna, že v čase základného súdneho konania neplatila v Slovenskej republike právna úprava, ktorá by umožňovala, resp. ukladala súdom posudzovať právny vzťah povinného a spoločnosti Transinvest, a.s. ako právny vzťah zo spotrebiteľskej zmluvy a preto opätovný prieskum právoplatného a vykonateľného rozhodnutia neprichádza v tomto exekučnom konaní do úvahy. Oprávnený označil v doplnení jeho návrhu na vykonanie exekúcie za dôkaz súdny spis, v ktorom sa prejednávala vec v základnom konaní a uviedol, že dôkazy týkajúce sa vlastného vzťahu s povinným nevie exekučnému súdu priložiť z dôvodu, že spoločnosť Transivest, a.s. medzičasom zanikla a oprávnený vzhľadom na abstraktný charakter zmenky a právny stav platný do 22.12.2015 (a vzťah s povinným a preto ani nemal povinnosť za situácie, že mal právoplatne judikovanú pohľadávku, o ktorej už aj bola vedená exekúcia, zabezpečiť si a zároveň aj opatrovať podklady pre prípadné budúce preukazovanie vlastného vzťahu s jeho dlžníkom - povinným. 10. Za daného právneho stavu mal podľa oprávneného exekučný súd vyhodnotiť doplnenie návrhu na vykonanie exekúcie podaného oprávneným ako dostačujúce a rozhodnúť o pokračovaní v exekúcii a to vzhľadom na skutočnosť, že neexistoval dôvod na zastavenie exekúcie podľa § 57 ods. 1 písm. m) Exekučného poriadku, pretože v konaní nemohlo vyjsť najavo, že vymáhaný nárok vznikol v súvislosti so spotrebiteľskou zmluvou, pretože v čase základného konania ani neplatila právna úprava spotrebiteľských zmlúv. Na potvrdenie uvedených skutočností si mal exekučný súd prípadne zabezpečiť oprávneným označené podklady - spis základného konania. 11. Zároveň exekučný súd nemal pri svojom rozhodovaní z dôvodu uplatnenia ústavnej zásady zákazu retroaktivity prihliadnuť na právnu domnienku stanovenú v § 243f ods. 4 Exekučného poriadku, ktorá je podľa oprávneného pre neho objektívne nesplniteľná, no nie z dôvodu na jeho strane, ale z dôvodu, že právna úprava od oprávneného do 22.12.2015 nevyžadovala preukazovať vlastný vzťah s oprávneným. Exekučný súd mal pri svojom rozhodovaní o doplnenom návrhu oprávneného uplatniť výklad ním citovaných ustanovení Exekučného poriadku v súlade so zásadou právnej istoty a zákazom retroaktivity, ktorá platí v Slovenskej republike ako právnom štáte s tým, že je neprípustný akýkoľvek zásah do práv konkrétnych subjektov, ktoré vznikli na základe skoršej právnej úpravy, t.j. mal vyhodnotiť postavenie oprávneného ako postavenie takého subjektu, ktorý nezavinil nemožnosť splnenia podmienky - doplnenia návrhu na vykonanie exekúcie, so splnením ktorej v súčasnosti Exekučný poriadok spája možnosť rozhodnúť o pokračovaní v exekúcii. 12. Exekučný súd nemohol a nemal podľa oprávneného zastaviť exekúciu na len základe toho, že právny predpis vyžaduje od oprávneného niečo čo je pre oprávneného objektívne nesplniteľné z dôvodu, že predchádzajúca právna úprava, podľa ktorej oprávnený nadobudol legitímne právo na domáhanie sa núteného výkonu rozhodnutia, sa na základe rozhodnutia zákonodarcu zmenila, pričom je nepochybné, že oprávnený nemohol rozumne predpokladať, že k výkonu jeho súdom priznaného práva sa bude od neho v budúcnosti (aj po uplynutí mnohých rokov od skončenia základného konania) požadovať splnenie ďalších predtým nevyžadovaných podmienok. 13. V čase vystavenia zmenky v Slovenskej republike neexistovala právna úprava definujúca inštitút spotrebiteľských zmlúv, nakoľko piata hlava s názvom Spotrebiteľské zmluvy bola do Zákona č. 40/1964 Zb. - Občianskeho zákonníka zavedená s účinnosťou od 1.4.2004, ďalej Zákona č. 258/2001 Z.z. o spotrebiteľských úveroch bol prijatý dňa 14.6.2001. V čase vystavenia zmenky bol síce platný Zákon č. 634/1992 Zb. o ochrane spotrebiteľa, ale ten v znení účinnom v čase vystavenia zmenky nepoznal inštitút spotrebiteľskej zmluvy, pričom tento inštitút v ňom bol zakotvený až v znení účinnom od 1.4.2006. V danom čase nebola povinnosť majiteľa zmenky pri uplatnení práva vyplývajúceho zo zmenky na súde opisovať vlastný vzťah so žalovaným, ani nepreukazovať vznik právneho vzťahu medzi účastníkmi a to vzhľadom na abstraktnú povahu zmenky. 14. Oprávnený s poukazom na vyššie uvedenú argumentáciu domáha zmeny odvolaním napadnutého rozhodnutia, žiada odvolací súd, aby prehodnotil právne závery súdu prvej inštancie, prípadne doplnil dokazovanie o navrhovaný dôkaz - spis základného súdneho konania a zároveň aj posúdil súladnosť prechodných ustanovení § 243f Exekučného poriadku s ústavou, pričom pokiaľ dôjde k záveru, že tieto ustanovenia sú v rozpore s ústavou nech postúpi návrh ústavnému súdu na zaujatie stanoviska a toto odvolacie konanie do toho času preruší. 15. Povinná sa k odvolaniu oprávneného nevyjadrila. 16. Krajský súd v Košiciach ako odvolací súd prejednal odvolanie oprávneného, ktoré bolo podané v zákonnej lehote, oprávnenou osobou, proti rozhodnutiu, proti ktorému je odvolanie prípustné, bez nariadenia pojednávania, pretože nejde o odvolanie proti rozhodnutiu, na prejednanie ktorého je potrebné nariadiť odvolacie pojednávanie podľa § 385 ods. 1 Civilného sporového poriadku (ďalej len „C.s.p.“), spor prejednal podľa § 379 - § 385 C.s.p. a dospel k záveru, že odvolanie nie je dôvodné. 17. Toto odvolacie konanie začalo podaním odvolania dňa 08.07.2016 teda za účinnosti zákona č. 160/2015 Z. z. Civilný sporový poriadok. 18. Podľa § 470 ods. 1 C.s.p., ak nie je ustanovené inak, platí Civilný sporový poriadok aj na konania začaté predo dňom jeho účinnosti, teda pred 1.7.2016. 19. Podľa § 470 ods. 2 prvá veta C.s.p., právne účinky úkonov, ktoré v konaní nastali pred dňom nadobudnutia účinnosti Civilného sporového poriadku zostávajú zachované. 20. Odvolací súd sa podľa § 387 ods. 2 C.s.p. stotožňuje s odôvodnením rozhodnutia súdu prvej inštancie a na doplnenie správnosti napadnutého rozhodnutia a k odvolaniu oprávneného uvádza, že súd prvej inštancie v danej veci postupoval podľa zákonného ustanovenia § 243f ods. 6 Exekučného poriadku. Keďže oprávnený doplnil návrh na vykonanie exekúcie v zákonom stanovenej lehote, avšak nesplnil povinnosť preukázania vlastného vzťahu s povinným, odkazuje na skutočnosť, že jeho právny predchodca medzičasom zanikol. V posudzovanej veci teda oprávnený nepreukázal, že nie je daný dôvod na zastavenie exekúcie podľa § 57 ods. 1 písm. m) Exekučného poriadku (s poukazom na ust. § 243f) ods. 4 Exekučného poriadku), preto súd vychádzal z prezumpcie dôvodu na zastavenie exekúcie (§ 243f) ods. 6 Exekučného poriadku) a správne exekúciu podľa § 57 ods. 1 písm. m) Exekučného poriadku zastavil. 21. Odvolací súd k odvolaniu oprávneného dodáva, že zo zmlúv o postupovaní pohľadávok nachádzajúcich sa v spisovom materiáli vyplýva, že v každom prípade postupník preberal od postupcu kompletnú dokumentáciu týkajúcu sa predmetnej pohľadávky a preto z týchto listinných dôkazov oprávnený mal možnosť podľa ust. § 39 ods. 4 Exekučného poriadku opísať rozhodujúce skutočnosti týkajúce sa vlastného vzťahu s povinným. 22. Podľa záverov odvolacieho súdu nejde o retroaktivitu, ako na to poukázal odvolateľ, pretože citované zákonné ustanovenie § 39 ods. 4 Exekučného poriadku stanovilo oprávnenému povinnosť do budúcna, t.j. v lehote jedného mesiaca opísať rozhodujúce skutočnosti, týkajúce sa vlastného vzťahu s povinným, čo pri existencii kompletnej dokumentácii nebol právny problém. 23. Vzhľadom na to, že oprávnený si zákonnú povinnosť vyplývajúcu z vyššie citovaného zákonného ustanovenia Exekučného poriadku nesplnil, odvolací súd považoval odvolacie námietky oprávneného za nedôvodné, ktoré nemohli spochybniť vecnú stránku uznesenia súdu prvej inštancie vo výroku o zastavení exekúcie na základe čoho odvolací súd uznesenie v napadnutom výroku ako vecne správne podľa ust. § 387 ods. 1, 2 C.s.p. potvrdil. 24. O náhrade trov odvolacieho konania, odvolací súd podľa § 262 CSP v spojení s § 255 CSP rozhodol tak, že žiadna zo strán konania nemá nárok na ich náhradu, pretože oprávnený nebol v konaní úspešný a povinnému žiadne trovy konania nevznikli. 25. Toto rozhodnutie prijal senát Krajského súdu v Košiciach pomerom hlasov 3:0 (§ 393 ods. 2 posledná veta C.s.p.). Poučenie: Proti tomuto uzneseniu odvolanie nie je prípustné.</w:t>
      </w:r>
    </w:p>
    <w:p/>
    <w:p>
      <w:r>
        <w:t>Zdroj: KAUZIS.SK – https://www.kauzis.sk/judikatura/r/ECLI:SK:KSKE:2017:7610205167.1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