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16CoE/230/2017 z 19. 9. 2017</w:t>
      </w:r>
    </w:p>
    <w:p>
      <w:r>
        <w:t>Uznesenie Krajského súdu Košice z 19. septembra 2017, sp. zn. 16CoE/230/2017, ECLI:SK:KSKE:2017:7617201284.1</w:t>
      </w:r>
    </w:p>
    <w:p>
      <w:r>
        <w:t>Súd: Krajský súd Košice</w:t>
      </w:r>
    </w:p>
    <w:p>
      <w:r>
        <w:t>Spisová značka: 16CoE/230/2017</w:t>
      </w:r>
    </w:p>
    <w:p>
      <w:r>
        <w:t>ECLI: ECLI:SK:KSKE:2017:7617201284.1</w:t>
      </w:r>
    </w:p>
    <w:p>
      <w:r>
        <w:t>Dátum vydania: 19. 9. 2017</w:t>
      </w:r>
    </w:p>
    <w:p>
      <w:r>
        <w:t>Forma: Uznesenie</w:t>
      </w:r>
    </w:p>
    <w:p>
      <w:r>
        <w:t>Oblasť práva: Rodinné právo</w:t>
      </w:r>
    </w:p>
    <w:p>
      <w:pPr>
        <w:pStyle w:val="Heading2"/>
      </w:pPr>
      <w:r>
        <w:t>Text rozhodnutia</w:t>
      </w:r>
    </w:p>
    <w:p>
      <w:r>
        <w:t>Súd: Krajský súd Košice Spisová značka: 16CoE/230/2017 Identifikačné číslo súdneho spisu: 7617201284 Dátum vydania rozhodnutia: 20. 09. 2017 Meno a priezvisko sudcu, VSÚ: JUDr. Juraj Tymko ECLI: ECLI:SK:KSKE:2017:7617201284.1 Uznesenie Krajský súd v Košiciach v senáte zloženom z predsedu senátu JUDr. Juraja Tymka a členov senátu JUDr. Tamary Sklenárovej a JUDr. Pavla Tkáča, v exekučnej veci oprávneného EOS KSI Slovensko, s.r.o., Pajštúnska 5, Bratislava IČO: 35 724 803, právne zastúpeného TOMÁŠ KUŠNÍR, s.r.o., Údernícka 5, Bratislava IČO: 36 613 843, proti povinnej D. H., nar. XX.XX.XXXX, bytom J.J. Q., C. XXX/XX, pre vymoženie istiny 2.229,50 eur s príslušenstvom, o odvolaní oprávneného proti uzneseniu Okresného súdu Spišská Nová Ves, č. k. 8Er/67/2017-30 zo dňa 27.03.2017, takto r o z h o d o l : I. P o t v r d z u j e uznesenie súdu prvej inštancie. II. Náhradu trov odvolacieho konania stranám n e p r i z n á v a . o d ô v o d n e n i e : 1. Súd prvej inštancie napadnutým uznesením žiadosť o udelenie poverenia na vykonanie exekúcie zamietol. 2. V odôvodnení napadnutého uznesenia uviedol, že dňa 26.01.2017 doručil súdny exekútor súdu prvej inštancie žiadosť o udelenie poverenia na vykonanie exekúcie. Súd prvej inštancie citoval § 44 ods. 2, § 41 ods. 1, 2 zákona č. 233/1995 Z. z. o súdnych exekútoroch a exekučnej činnosti (Exekučný poriadok) a o zmene a doplnení ďalších zákonov v znení neskorších predpisov, § 52 ods. 1 až 3, § 53 ods. 1, 4, 5, § 54 ods. 1, 2 zákona č. 40/1964 Zb. Občianskeho zákonníka a konštatoval, že spolu so žiadosťou o udelenie poverenia bol súdu predložený exekučný titul - rozsudok Stáleho rozhodcovského súdu zriadeného pri Asociácii pre arbitráž so sídlom Vansovej 2, Bratislava č. SRSAspA 09221/16 zo dňa 17.06.2016, ktorý nadobudol právoplatnosť dňa 21.11.2016 a vykonateľnosť dňa 24.11.2016. Týmto rozhodcovským rozsudkom bola povinná zaviazaná uhradiť oprávnenému sumu 2 229,50 eur s úrokom z omeškania vo výške 8,15 % ročne zo sumy 1 810,87 eur od 21.07.2014 do zaplatenia, trovy konania 133,78 eur a trovy právneho zastúpenia 239,70 eur. Rozhodcovský rozsudok bol podľa jeho odôvodnenia vydaný na základe Zmluvy o úvere č. XXXXXXXXX zo dňa 17.06.2005 uzavretej medzi právnym predchodcom oprávneného a povinnou. Právomoc rozhodcu na rozhodovanie sporu, podľa odôvodnenia rozhodcovského rozsudku, bola daná rozhodcovskou doložkou, ktorá je súčasťou dohody o uzavretí splátkového kalendára a uznaní záväzku. Oprávnený súdu predložil Zmluvu o kontokorentnom úvere zo dňa 17.06.2005, ktorou bol dlžníkovi Róbertovi Pechovi poskytnutý úver vo výške 50.000,- Sk s konečnou splatnosťou úveru 16.06.2006. Taktiež súdu predložil Dohodu o uzavretí splátkového kalendára a uznaní záväzku. Táto bola uzavretá s povinnou ako osobou pristupujúcou k záväzku v zmysle § 533 a nasl. Občianskeho zákonníka. Dohoda v bode 4 upravuje rozhodcovskú doložku. Podľa doložky zmluvné strany sa dohodli, že všetky medzi nimi vzniknuté spory z právnych vzťahov na základe tejto Dohody alebo s ňou súvisiacich, vrátane sporov o jej platnosť, výklad alebo zrušenie budú riešené: a/ pred Stálym rozhodcovským súdom spoločnosti Slovenská rozhodcovská, a.s.,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b/ pred Rozhodcovským súdom zriadeným pri Slovenskej hospodárskej komore, s.r.o., Kmeťova 13, Košice jediným rozhodcom alebo c/ príslušným súdom Slovenskej republiky, ak žalujúca strana podá žalobu na súde podľa príslušného právneho predpisu (zákon č. 99/1967 Zb. Občiansky súdny poriadok). Súd pred vydaním poverenia na vykonanie exekúcie je v zmysle ustanovenia § 44 Exekučného poriadku povinný preskúmať okrem návrhu na vykonanie exekúcie, žiadosti o vydanie poverenia aj predložený exekučný titul. Exekučný titul v danej veci bol vydaný na základe Zmluvy o kontokorentnom úvere, ktorá je spotrebiteľskou zmluvou a Dohody o uzavretí splátkového kalendára a uznaní záväzku. Súčasťou tejto dohody je aj rozhodcovská doložka. Túto rozhodcovskú doložku súd považoval za neprijateľnú zmluvnú podmienku. Rozhodcovská doložka je súčasťou formulárovej Dohody o uzavretí splátkového kalendára a uznaní záväzku. Túto spotrebiteľ nemohol ovplyvniť. Osobitne si ju nevyjednal, a teda nemal možnosť ovplyvniť znenie rozhodcovskej doložky vzhľadom na jej splynutie s ostatnými náležitosťami dohody. Mohol len dohodu o úhrade pohľadávky v splátkach ako celok odmietnuť alebo podrobiť sa všetkým podmienkam. Už vzhľadom k tomu súd považoval rozhodcovskú doložku za neprijateľnú, pretože nebola spotrebiteľom osobitne vyjednaná. Okrem toho rozhodcovská doložka núti spotrebiteľa v prípade sporu podrobiť sa výlučne rozhodcovskému konaniu, čím mu odoberá možnosť brániť svoje práva pred všeobecným súdom. Rovnako o neprijateľnú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Tým táto rozhodcovská doložka spôsobuje značnú nerovnováhu v právach a povinnostiach zmluvných strán v neprospech spotrebiteľa. Spotrebiteľ sa podpisom takejto doložky vopred vzdáva svojich práv. Poukazujúc na uvedené je rozhodcovská doložka neprijateľnou zmluvnou podmienkou v zmysle citovaných ustanovení Občianskeho zákonníka a teda je neplatná. Taktiež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Rozhodcovská doložka je súčasťou všeobecných obchodných podmienok oprávneného, ktoré nie sú oprávneným ani povinným podpísané. Rozhodcovská zmluva teda nebola uzavretá v písomnej forme, a preto je neplatná. Ak v určitej veci nedošlo k uzavretiu rozhodcovskej zmluvy, nemohol spor prejednať rozhodcovský súd a v takom prípade ani nemohol vydať rozhodcovský rozsudok. Vzhľadom na neplatnosť rozhodcovskej doložky, na základe ktorej sa uskutočnilo rozhodcovské konanie, rozhodcovský rozsudok vydaný v tomto konaní nie je spôsobilým exekučným titulom na vykonanie exekúcie a preto súd žiadosť o vydanie poverenia zamietol. 3. Proti tomuto uzneseniu podal v zákonnej lehote odvolanie oprávnený a žiadal, aby odvolací súd napadnuté uznesenie zrušil a vec vrátil na ďalšie konanie. Oprávnený mal za to, že ak by niektoré z ustanovení rozhodcovskej doložky zakladalo výlučne právomoc rozhodovať spor iba v rozhodcovskom konaní, navrhovaná úprava považuje takéto ustanovenie za neprijateľné, čo však nemá za dôsledok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Oprávnený sa podrobil všetkým legislatívnym zmenám pri uzatváraní rozhodcovskej zmluvy a s povinnou postupoval prísne podľa právnymi predpismi vymedzených pravidiel, ako aj v súlade s rozhodovacou činnosťou exekučných súdov. Povinná rozhodcovskú doložku podpísala sama a dobrovoľne, pričom pri rozhodcovskej doložke mala zaškrtávacie políčka spolu s miestom na podpis. To znamená, že povinná mala možnosť rozhodcovskú doložku prijať alebo neprijať. Neprijatím rozhodcovskej doložky by zároveň neodmietla žiadne iné zmluvné ustanovenia dohody o uzavretí splátkového kalendára a uznaní záväzku, keďže predmetná dohoda mala na ostatné ustanovenia ďalší priestor na podpis. 4. Vzhľadom na skutočnosť, že dňa 01. júla 2016 nadobudol účinnosť zákon č. 160/2015 Z. z. Civilný sporový poriadok (ďalej len „CSP“), ktorý dňom svojej účinnosti v zmysle § 473 CSP zrušil zák. č. 99/1963 Zb. Občiansky súdny poriadok v znení neskorších predpisov bol Krajský súd v Košiciach ako súd odvolací v zmysle § 34 CSP povinný pri rozhodovaní o odvolaní aplikovať CSP ako nový procesný predpis. 5. Krajský súd v Košiciach príslušný na rozhodnutie o odvolaní (§ 34 CSP), vzhľadom na včas podané odvolanie (§ 362 ods. 1 CSP), preskúmal napadnuté rozhodnutie, ako aj konanie mu predchádzajúce v zmysle zásad vyplývajúcich z ust. § 378 - 384 CSP, bez nariadenia pojednávania (§ 385 CSP) a dospel k záveru, že napadnuté uznesenie je vo výroku vecne správne, a preto ho podľa § 387 ods. 1 CSP potvrdil. 6. V posudzovanom prípade je exekučným titulom rozhodcovský rozsudok Stáleho rozhodcovského súdu zriadeného pri Asociácii pre arbitráž so sídlom Vansovej 2, Bratislava č. SRSAspA 09221/16 zo dňa 17.06.2016, ktorý nadobudol právoplatnosť dňa 21.11.2016 a vykonateľnosť dňa 24.11.2016. Právomoc rozhodcovského súdu vo veci konať a vydať predmetný rozsudok zakladala rozhodcovská doložka uvedená v bode 4 Dohody o uzavretí splátkového kalendára a uznaní záväzku zo dňa 10.07.2012. 7. Podľa § 41 ods. 1 zákona č. 233/1995 Z. z. o súdnych exekútoroch a exekučnej činnosti (Exekučného poriadku), exekučným titulom je vykonateľné rozhodnutie súdu, ak priznáva právo, zaväzuje k povinnosti alebo postihuje majetok. Podľa odseku 2 písm. d/ tohto ustanovenia podľa tohto zákona možno vykonať exekúciu aj na podklade vykonateľných rozhodnutí rozhodcovských komisií a zmierov nimi schválených.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8. Exekučný poriadok v ustanovení § 44 ods. 2 zvýraznil zodpovednosť exekučného súdu za vydanie poverenia na vykonanie exekúcie. Z uvedeného ustanovenia vyplýva, že súd preskúma žiadosť o udelenie poverenia na vykonanie exekúcie, návrh na vykonanie exekúcie a exekučný titul. Ak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9.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Podľa uznesenia Najvyššieho súdu Slovenskej republiky sp. zn. 6Cdo/1/2012 zo dňa 21.03.2012 „skúmaním platnosti rozhodcovskej doložky (dohodnutej v spotrebiteľskej veci, t.j. vo veci vyplývajúcej zo spotrebiteľského právneho vzťahu, ktorým je právny vzťah založený právnou skutočnosťou - spotrebiteľskou zmluvou) súdy v exekučnom konaní nepreskúmavali vecnú správnosť rozhodcovského rozsudku, ale len realizovali svoje oprávnenie vyplývajúce zo zákona, a to z ustanovenia § 44 ods. 2 Exekučného poriadku,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10. Súd pri preskúmavaní exekučného titulu neprekročil rámec svojej preskúmavacej činnosti zverenej mu Exekučným poriadkom. 11. Oprávnený namietal posúdenie rozhodcovskej doložky, ktorá zakladala právomoc rozhodcovského súdu v predmetnej veci konať a vydať rozhodcovský rozsudok, ako neplatnej. 12. Rozhodcovská doložka je súčasťou Dohody o uzavretí splátkového kalendára a uznaní záväzku zo dňa 10.07.2012. Podľa bodu 4 Dohody, sa strany dohodli, že všetky medzi nimi vzniknuté spory z právnych vzťahov na základe tejto Dohody alebo s ňou súvisiacich, vrátane sporov o jej platnosť, výklad alebo zrušenie budú riešené: a/ pred Stálym rozhodcovským súdom spoločnosti Slovenská rozhodcovská, a.s., so sídlom Karloveské rameno 8, Bratislava, ak žalujúca zmluvná strana podá žalobu na rozhodcovskom súde, rozhodcovské konanie bude vedené podľa vnútorných predpisov rozhodcovského súdu, a to jedným rozhodcom ustanoveným podľa vnútorných predpisov rozhodcovského súdu, alebo b/ pred Rozhodcovským súdom zriadeným pri Slovenskej hospodárskej komore, s.r.o., Kmeťova 13, Košice jediným rozhodcom alebo c/ príslušným súdom Slovenskej republiky, ak žalujúca strana podá žalobu na súde podľa príslušného právneho predpisu. 13.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ustanovenia § 53 ods. 5 Občianskeho zákonníka je takáto neprijateľná podmienka absolútne neplatná. 14. Odvolací súd sa stotožňuje s posúdením rozhodcovskej doložky ako neprijateľnej podmienky. Spôsob, akým bola rozhodcovská doložka v prejednávanom prípade koncipovaná a povinnej predložená spolu s ostatnými podmienkami, nesvedčí o individuálnom dojednaní rozhodcovskej doložky, ale skôr o zámernom predkladaní zmluvných podmienok (ide o zmluvu o úvere a rozhodcovskú zmluvu, obe podpísané v jeden deň), ktorým oprávnený sledoval vylúčenie tohto dojednania spod režimu súdnej kontroly. Oprávnený nepreukázal osobitné vyjednanie rozhodcovskej doložky, resp., že by si povinná osobitne vymienila jej dojednanie. Naopak, rozhodcovská doložka je formulárová zmluva, ktorú povinná nemohla nijako ovplyvniť, mohla ju len ako celok odmietnuť alebo podpísať. 15. Napriek formálnemu zneniu rozhodcovskej doložky teda reálne dochádza k narušeniu rovnováhy medzi zmluvnými stranami, a to v neprospech spotrebiteľa (dlžníka). Spotrebiteľ sa podpisom dohody,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16. Vzhľadom na všetky vyššie uvedené skutočnosti má odvolací súd za preukázané, že rozhodcovská doložka predstavuje neprijateľnú podmienku, ktorá spôsobuje značnú nerovnováhu v právach a povinnostiach v neprospech spotrebiteľa. Táto neprijateľná podmienka je v zmysle § 53 ods. 5 absolútne neplatná. Keďže rozhodcovská doložka nebola platne dohodnutá, rozhodcovské konanie sa uskutočnilo bez riadneho zmocnenia zo strany zmluvných strán. Rozhodcovský rozsudok vydaný v tomto konaní preto nemôže byť spôsobilým exekučným titulom na vykonanie exekúcie. 17. Na zdôraznenie správnosti napadnutého rozhodnutia odvolací súd dopĺňa, že neplatná rozhodcovská doložka nemôže založiť právomoc rozhodcovského súdu na konanie a takto (bez právomoci rozhodcovského súdu) vydaný rozhodcovský rozsudok, t.j. vydaný na základe neprijateľnej zmluvnej podmienky, nemôže byť exekučným titulom, lebo ide o nulitný právny akt. Takto neboli splnené podmienky pre udelenie poverenia na vykonanie exekúcie. 18. Zo všetkých vyššie uvedených dôvodov odvolací súd napadnuté uznesenie ako vecne správne podľa § 387 ods. 1 CSP potvrdil. 19. O náhrade trov odvolacieho konania, odvolací súd podľa § 262 CSP v spojení s § 255 CSP rozhodol tak, že stranám náhradu trov odvolacieho konania nepriznal, pretože oprávnený nebol v konaní úspešný a povinnej žiadne trovy konania nevznikli. 20. Rozhodnutie bolo prijaté senátom odvolacieho súdu pomerom hlasov 3 : 0 (§ 3 ods. 9 zákona č. 757/2004 Z. z. o súdoch v znení novely uskutočnenej zákonom č. 33/2011 Z. z. účinnej od 01.05.2011).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https://www.kauzis.sk/judikatura/r/ECLI:SK:KSKE:2017:7617201284.1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