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5Sa/25/2017 z 16. 4. 2018</w:t>
      </w:r>
    </w:p>
    <w:p>
      <w:r>
        <w:t>Rozsudok Krajského súdu Košice z 16. apríla 2018, sp. zn. 5Sa/25/2017, ECLI:SK:KSKE:2018:7017200799.2</w:t>
      </w:r>
    </w:p>
    <w:p>
      <w:r>
        <w:t>Súd: Krajský súd Košice</w:t>
      </w:r>
    </w:p>
    <w:p>
      <w:r>
        <w:t>Spisová značka: 5Sa/25/2017</w:t>
      </w:r>
    </w:p>
    <w:p>
      <w:r>
        <w:t>ECLI: ECLI:SK:KSKE:2018:7017200799.2</w:t>
      </w:r>
    </w:p>
    <w:p>
      <w:r>
        <w:t>Dátum vydania: 16. 4. 2018</w:t>
      </w:r>
    </w:p>
    <w:p>
      <w:r>
        <w:t>Forma: Rozsudok</w:t>
      </w:r>
    </w:p>
    <w:p>
      <w:r>
        <w:t>Oblasť práva: Správne právo</w:t>
      </w:r>
    </w:p>
    <w:p>
      <w:pPr>
        <w:pStyle w:val="Heading2"/>
      </w:pPr>
      <w:r>
        <w:t>Text rozhodnutia</w:t>
      </w:r>
    </w:p>
    <w:p>
      <w:r>
        <w:t>Súd: Krajský súd Košice Spisová značka: 5Sa/25/2017 Identifikačné číslo súdneho spisu: 7017200799 Dátum vydania rozhodnutia: 17. 04. 2018 Meno a priezvisko sudcu, VSÚ: JUDr. Tamara Sklenárová ECLI: ECLI:SK:KSKE:2018:7017200799.2 ROZSUDOK V MENE SLOVENSKEJ REPUBLIKY Krajský súd v Košiciach sudkyňou JUDr. Tamarou Sklenárovou, v právnej veci žalobkyne: Q. Q., bytom D. XX/X, K., XXX XX D., proti žalovanej: Sociálna poisťovňa, ústredie, Ul. 29. augusta 8, 816 63 Bratislava, v konaní o preskúmanie zákonnosti rozhodnutia žalovanej č. XXX XXX XXXX X zo dňa 20. 06. 2017, takto r o z h o d o l : Žalobu z a m i e t a. Účastníkom právo na náhradu trov konania n e p r i z n á v a . o d ô v o d n e n i e : 1. Rozhodnutím zo dňa 20. 06. 2017 č. XXX XXX XXXX X generálny riaditeľ Sociálnej poisťovne podľa § 218 ods. 2 zákona č. 461/2003 Z. z. o sociálnom poistení, odvolanie žalobkyne zamietol v celom rozsahu a potvrdil rozhodnutie Sociálnej poisťovne, ústredie č. XXX XXX XXXX X zo dňa 27. 03. 2017, ktorým bola podľa § 70 a § 71 zákona č. 461/2003 Z. z. o sociálnom poistení v znení neskorších predpisov zamietnutá jej žiadosť o invalidný dôchodok zo dňa 06. 03. 2017 z dôvodu, že táto podľa posudku posudkového lekára sociálneho poistenia Sociálnej poisťovne, pobočky Trebišov zo dňa 06. 03. 2017, nie je invalidná podľa ustanovenia § 71 ods. 1 zákona č. 461/2003 Z. z., lebo pre dlhodobo nepriaznivý zdravotný stav nemá pokles schopnosti vykonávať zárobkovú činnosť o viac ako 40 % v porovnaní so zdravou fyzickou osobou. Miera jej poklesu schopnosti vykonávať zárobkovú činnosť bola u nej posudkovým lekárom sociálneho poistenia určená v rozsahu 30 % v porovnaní so zdravou fyzickou osobou. 2. Z odôvodnenia napadnutého rozhodnutia vyplýva, že na základe žalobkyňou podaného odvolania bol jej zdravotný stav opätovne posúdený posudkovým lekárom sociálneho poistenia, Sociálnej poisťovne, pobočka Trebišov dňa 25. 04. 2017, ktorý zotrval na svojich predchádzajúcich záveroch a následne aj posudkovým lekárom sociálneho poistenia, Sociálnej poisťovne, ústredie, pracovisko Košice dňa 08. 06. 2017, ktorý konštatoval, že žalobkyňa je sledovaná a liečená v rôznych odborných ambulanciách. Neurológom bola opakovane liečená pre bolesti chrbtice, naposledy preliečená na neurologickom oddelení v marci 2017. V objektívnom neurologickom náleze je prítomna funkčná porucha chrbtice, bez známok koreňového poškodenia. Sledovaná je aj pre menšiu cystu v zadnej jame mozgu - CT vyšetrením bol verifkovaný stacionárny nález, bez potreby operačnej liečby, funkčný objektívny neurologický nález je v norme, bez patológie. ORL ambulanciou je sledovaná pre ťažkú nedoslýchavosť. Pravidelne navštevuje aj diabetologickú ambulanciu pre cukrovku dobre kompenzovanú perorálnou liečbou, bez dokázaných komplikácií diabetu odbornými vyšetreniami. Psychologickým vyšetrením bol dokumentovaný ľahký organický psychosyndróm, sporadicky bola vyšetrená aj psychiatrickou ambulanciou pre neurotickú úzkostnú poruchu u simplexnej osobnosti. Internou a kardiologickou ambulanciou je sledovaná pre vysoký tlak krvi, pri liečbe tlak krvi v norme, bez orgánových komplikácií. Pre udávané bolesti kĺbov bola vyšetrená aj reumatológom, ktorý po kompletnom vyšetrení vylúčil zápalové - reumatologické ochorenie. Uvedené ochorenia sú posudkovo nevýznamné, liečbou dobre kompenzované, nespôsobujú pokles pracovnej schopnosti u menovanej. Za rozhodujúce zdravotné postihnutie bol stanovený aj naďalej ľahký organický psychosyndróm so zaradením do kapitoly VI, od. A, pol. 1, písm. a) s mierou poklesu schopnosti vykonávať zárobkovú činnosť 30 %. 3. Žalovaná poukázala na to, že po opätovnom posúdení zdravotného stavu žalobkyne podľa predložených lekárskych správ a diagnostických záverov odborných lekárov, ako aj vlastným vyšetrením posudkovými lekármi bol vyhodnotený jej zdravotný stav a celková miera poklesu schopnosti vykonávať zárobkovú činnosť a po vyhodnotení všetkých dôkazov a preskúmaní celej dokumentácie, keďže žalobkyňa v odvolacom konaní nepredložila dôkazy, ktorými by spochybnila správnosť posúdenia jej zdravotného stavu a následného rozhodnutia o jej žiadosti o invalidný dôchodok, dospela k záveru, že jej odvolanie nie je dôvodné. 4. Žalobkyňa sa včas podanou žalobou zo dňa 18. 08. 2017, doručenou krajskému súdu dňa 24. 08. 2017, domáhala preskúmania zákonnosti citovaného rozhodnutia. Poukázala na to, že záver posudkového lekára nebol verifikovaný názorom znalca z odboru neurológie, ktorého ustanovenia sa domáhala. Uviedla, že má trvalé problémy s bolesťami hlavy, ako aj niekoľkými CT vyšetreniami potvrdenú cystu v mozgu. Preto navrhla, aby súd zrušil rozhodnutie žalovanej a vec jej vrátila na ďalšie konanie. 5. Žalovaná v písomnom vyjadrení zo dňa 13. 09. 2017 k žalobe citujúc ustanovenia § 71 ods. 1, 2 a 6 zákona o sociálnom poistení uviedla, že po opätovnom posúdení zdravotného stavu žalobkyne posudkovými lekármi sociálneho poistenia jednotlivých organizačných zložiek Sociálnej poisťovne bolo lekárskymi správami preukázané, že nimi určenému rozhodujúcemu zdravotnému postihnutiu žalobkyne zodpovedá miera poklesu schopnosti vykonávať zárobkovú činnosť 30 % z rozpätia 20 - 30 %. Za iné zdravotné postihnutia jej zvýšenie miery poklesu schopnosti vykonávať zárobkovú činnosť nepatrí. Konštatovala, že v odvolacom konaní bol skutkový stav žalobkyne objektívne zistený, neboli zistené diskrepancie medzi závermi odborných vyšetrení a posúdením posudkových lekárov sociálneho poistenia. Po opakovanom posúdení zdravotného stavu žalobkyne posudkoví lekári sociálneho poistenia nezistili takú zmenu v zdravotnom stave, ktorá by odôvodňovala zmenu pôvodného posudku. Subjektívne ťažkosti boli vysvetlené dokázanými diagnózami. Žalobkyňou k správnej žalobe pripojené odborné lekárske nálezy tak, ako boli špecifikované vo vyjadrení, už boli zohľadnené posudkovým lekárom sociálneho poistenia žalovanej. K odborným lekárskym nálezom, ktoré žalobkyňa predložila až po vydaní rozhodnutia žalovaná uviedla, že zhoršenie zdravotného stavu môže žalobkyňa riešiť opakovaným podaním žiadosti o invalidný dôchodok, keďže v čase posudzovania jej zdravotného stavu posudkový lekár zhodnotil zdravotný stav žalobkyne na základe vtedy dostupných lekárskych nálezov. Žalobkyňa ku dňu rozhodovania nesplnila jednu so zákonom stanovených podmienok vzniku nároku na invalidný dôchodok, t. j. podmienku invalidity a v odvolacom konaní nepredložila dôkazy, ktorými by preukázala nesprávnosť postupu žalovanej a následného rozhodnutia o jej nároku na invalidný dôchodok. Vzhľadom na uvedené skutkové a právne dôvody žalovaná uplatnený nárok v celom rozsahu neuznáva a žiada, aby správny súd podľa ustanovenia § 190 zákona č. 162/2015 Z. z. Správny súdny poriadok žalobu ako nedôvodnú zamietol. 6. V replike zo dňa 03. 10. 2017 žalobkyňa uviedla, že žalovaná nemala pri posudzovaní jej zdravotného stavu k dispozícii všetky lekárske nálezy, nakoľko táto predložila niektoré lekárske nálezy až po vydaní rozhodnutia. Ďalej uviedla, že žalovaná opakovane nevzala do úvahy jej žiadosť o vykonanie posúdenia jej zdravotného stavu znalcom v odbore neurológia. Vzhľadom na uvedené požiadala o vyhotovenie komplexného znaleckého posudku o jej zdravotnom stave. V prílohe zároveň predložila aktuálny lekársky nález - kardiologické prehodnotenie zo dňa 12. 09. 2017, ako aj prepúšťaciu správu z neurologického oddelenia zo dňa 01. 10. 2017. 7. Správny súd v konaní podľa ustanovenia § 177 a nasl. zákona č. 162/2015 Z. z. Správneho súdneho poriadku (ďalej len "SSP") preskúmal žalobou napadnuté rozhodnutie žalovanej podľa ustanovení § 199 a nasl. SSP a po oboznámení sa s obsahom administratívneho spisu žalovanej dospel k záveru, že žaloba žalobkyne zo dňa 18. 08. 2017 nie je dôvodná. 8. Z administratívneho spisu žalovanej správny súd zistil, že žalobkyňa žiadosťou, spísanou dňa 06. 03. 2017, požiadala Sociálnu poisťovňu o priznanie invalidného dôchodku, ktorý žiadala priznať od 18. 04. 2016. 9. Podľa posudku posudkového lekára sociálneho poistenia Sociálnej poisťovne, pobočky v Trebišove zo dňa 06. 03. 2017, žalobkyňa nie je invalidná podľa ustanovenia § 71 ods. 1 citovaného zákona, lebo pre dlhodobo nepriaznivý zdravotný stav nemá pokles schopnosti vykonávať zárobkovú činnosť o viac ako 40 % v porovnaní so zdravou fyzickou osobou. U žalobkyne boli zistené vertiginózne (ošiaľové) syndrómy pri chorobách zatriedených inde, mozgová cysta, anxiózne depresívna porucha, diabetes mellitus nezávislý na inzulíne, obojstranná percepčná strata sluchu a arteriálna hypertenzia. Za rozhodujúce zdravotné postihnutie u žalobkyne posudkový lekár považoval poruchy osobnosti, poruchy správania a poruchy intelektu vyvolané ochorením poškodením alebo dysfunkciou mozgu, začlenené do kapitoly VI, odd. A, pol. 1a prílohy č. 4 zákona č. 461/2003 Z. z. o sociálnom poistení a zodpovedá mu miera poklesu vykonávať zárobkovú činnosť v rozsahu 30 %. Zo záveru tohto posudku vyplýva, že ide o 49 ročnú posudzovanú, ktorá absolvovala v marci 2015 neurologické vyšetrenie pre bolesti hlavy a závrate bez ťahu do strán, objektívne bez lateralizácie a fokality, bez cerebelárnych prejavov. CT vyšetrením bola dokumentovaná menšia subarachnoidálna cysta okcipitálne vľavo. Neurochirurgom nebolo indikované operačné riešenie, doporučená bola observácia. Kontrolné CT vyšetrenie mozgu v januári 2016 bolo bez zmien, cystu klinicky nemá. Pri kontrolných neurologických vyšetreniach bol objektívny nález bez lateralizácie a fokality, bez cereberálnych prejavov, postoj bez titubácii, chôdza v norme, šľachovookosticové reflexy výbavné, symetrické, dynamika celej chrbtice zachovaná, bez spazmov. Dňa 10. 03. 2016 absolvovala psychologické vyšetrenie, ktoré popisuje zníženie mnestické funkcie vzhľadom k intelektu, kognitívne schopnosti v hraničnom pásme, znaky organického poškodenia, reč zrozumiteľná, rozpráva spontánne, tempo primerané. Od októbra 2016 je liečená na psychiatrickej ambulancii pre anxiózne depresívnu poruchu u simplexnej osobnosti. Vzhľadom na popisovaný psychický stav, klinicky nemú subarachnoidálnu cystu s normálnym neurologickým nálezom, toto ochorenie podmieňuje 30 % mieru poklesu schopnosti vykonávať zárobkovú činnosť. Posudkovo nie sú významné ani tieto ochorenia: arteriálna hypertenzia pretože je dobre korigovaná a nie sú prítomné orgánové zmeny. Diabetes melitus korigovaný perorálnymi antidiabetikami, pretože nie sú prítomné komplikácie. Obojstranná percepčná strata sluchu, pretože celková strata sluchu je 55,7 % podľa Fowlera. Reumatologické vyšetrenie vo februári 2017 vylúčilo zápalové reumatologické ochorenie. Ortopedické vyšetrenie z augusta 2016 dokumentuje fyziologickú hybnosť bedrových kĺbov. 10. Vychádzajúc z uvedeného správny orgán prvého stupňa vydal dňa 27. 03. 2017 pod č. XXX XXX XXXX X rozhodnutie, ktorým bola podľa § 70 a § 71 zákona č. 461/2003 Z. z. o sociálnom poistení v znení neskorších predpisov zamietnutá žiadosť žalobkyne o invalidný dôchodok zo dňa 06. 03. 2017. 11. Proti tomuto rozhodnutiu podala žalobkyňa včas odvolanie, datované dňom 10. 04. 2017, ktorého dôvody v podstate korešpondujú s dôvodmi podanej žaloby. V ňom žiadala o prehodnotenie zdravotného stavu so zohľadnením časovo aktuálnych odborných lekárskych nálezov, ktoré pripojila, a ktoré podľa jej názoru dokumentujú zhoršenie jej zdravotného stavu. 12. Na základe podaného odvolania bol zdravotný stav žalobkyne prehodnotený posudkovým lekárom sociálneho poistenia žalovanej, pracovisko Košice, ktorý vo svojom posudku zo dňa 08. 06. 2017, vypracovanom pre účely odvolacieho konania charakterizoval jej zdravotný stav diagnostickým záverom: poruchy osobnosti, poruchy spávania, poruchy intelektu vyvolané ochorením, poškodením alebo dysfunkciou mozgu, vertiginózne (ošiaľové) syndrómy pri chorobách zatriedených inde, mozgová cysta, anxiózne depresívna porucha, diabetes mellitus nezávislý na inzulíne, obojstranná percepčná strata sluchu, arteriálna hypertenzia, ku ktorému dospel po zhodnotení aktuálneho zdravotného stavu žalobkyne na základe ňou absolvovaných odborných lekárskych vyšetrení a vlastného lekárskeho vyšetrenia posudkovým lekárom. Za rozhodujúce zdravotné postihnutie u žalobkyne aj tento posudkový lekár považoval choroby nervového systému, pričom toto postihnutie je začlenené v kapitole VI, odd. A, pol. 1, písm. a) prílohy č. 4 zákona č. 461/2003 Z. z. o sociálnom poistení a zodpovedá mu miera poklesu vykonávať zárobkovú činnosť v rozsahu 30 %. Zo záveru tohto posudku vyplýva, že posudzovaná je so základným vzdelaním, aktuálne nezamestnaná, sledovaná a liečená na rôznych odborných ambulanciách. Neurológom bola opakovane liečená pre bolesti chrbtice, naposledy preliečená na neurologickom oddelení v marci 2017. V objektívnom neurologickom náleze je prítomna funkčná porucha chrbtice, bez známok koreňového poškodenia. Sledovaná je aj pre menšiu cystu v zadnej jame mozgu - CT vyšetrením bol verifikovaný stacionárny nález, bez potreby operačnej liečby, funkčný objektívny neurologický nález je v norme, bez patológie. ORL ambulanciou je sledovaná pre ťažkú nedoslýchavosť. Pravidelne navštevuje aj diabetologickú ambulanciu pre cukrovku dobre kompenzovanú perorálnou liečbou, bez dokázaných komplikácií diabetu odbornými vyšetreniami. Psychologickým vyšetrením bol dokumentovaný ľahký organický psychosyndróm, sporadicky bola vyšetrená aj psychiatrickou ambulanciou pre neurotickú úzkostnú poruchu u simplexnej osobnosti. Internou a kardiologickou ambulanciou je sledovaná pre vysoký tlak krvi, pri liečbe tlak krvi v norme, bez orgánových komplikácií. Pre udávané bolesti kĺbov bola vyšetrená aj reumatológom, ktorý po kompletnom vyšetrení vylúčil zápalové - reumatologické ochorenie. Uvedené ochorenia sú posudkovo nevýznamné, liečbou dobre kompenzované, nespôsobujú pokles pracovnej schopnosti u menovanej. Za rozhodujúce zdravotné postihnutie bol stanovený aj naďalej ľahký organický psychosyndróm so zaradením do kapitoly VI, od. A, pol. 1, písm. a) s mierou poklesu schopnosti vykonávať zárobkovú činnosť 30 %. 13. Na základe uvedeného vydala žalovaná napadnuté rozhodnutie. 14. Žalobkyňa na pojednávaní dňa 17. 04. 2018 zotrvala na podanej žalobe v celom rozsahu z dôvodov, ktoré sú v ňom uvedené. Zhodne ako pred jednotlivými posudkovými lekármi popísala svoje subjektívne ťažkosti, ktorými trpí a ktoré u nej pretrvávajú doposiaľ. Uviedla, že nesúhlasí so závermi vo veci konajúcich posudkových orgánov, pretože tieto nezodpovedajú jej skutočnému zdravotnému stavu, ktorý sa zhoršuje, ako to vyplýva z dôkazov a odborných lekárskych nálezov, ktoré pripojila jednak k žalobe a jednak k replike, ktorá bola súdu doručená. Uviedla, že je chorá, točí sa jej hlava, máva závrate, stále sa jej zvyšuje cukor, trasú sa jej ruky a vychádzajúc z uvedeného nie je schopná vykonávať sústavnú prácu a je odkázaná na pomoc svojich príbuzných. Preto sa domnieva, že jej zdravotný stav odôvodňuje invaliditu. 15. Zástupkyňa žalovanej na pojednávaní zotrvala na písomnom vyjadrení, ktoré bolo súdu doručené a v jeho zmysle navrhla žalobu ako nedôvodnú zamietnuť. 16. Podľa ustanovenia § 70 ods. 1 zákona č. 461/2003 Z. 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17. Podľa ustanovenia § 71 ods. 1 zákona č. 461/2003 Z. z. o sociálnom poistení v znení neskorších predpisov poistenec je invalidný, ak pre dlhodobo nepriaznivý zdravotný stav má pokles schopnosti vykonávať zárobkovú činnosť o viac ako 40 % v porovnaní so zdravou fyzickou osobou. 18. Dlhodobo nepriaznivý zdravotný stav je taký zdravotný stav, ktorý spôsobuje pokles schopnosti vykonávať zárobkovú činnosť, a ktorý má podľa poznatkov lekárskej vedy trvať dlhšie ako jeden rok. 19. Pokles schopnosti vykonávať zárobkovú činnosť sa posudzuje porovnaním telesnej, duševnej a zmyslovej schopnosti poistenca s dlhodobo nepriaznivým zdravotným stavom a telesnej, duševnej a zmyslovej schopnosti zdravej fyzickej osoby. 20. Pri posudzovaní poklesu schopnosti vykonávať zárobkovú činnosť sa neprihliada na zdravotné postihnutia, ktoré boli zohľadnené na invalidný výsluhový dôchodok podľa osobitného predpisu. 21.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prípravy na povolanie, možnosti poskytnutia pracovnej rehabilitácie alebo rekvalifikácie. 22. Miera poklesu schopnosti vykonávať zárobkovú činnosť je uvedená v prílohe č. 4 a určuje sa v percentách podľa druhu zdravotného postihnutia, ktoré je rozhodujúcou príčinou dlhodobo nepriaznivého zdravotného stavu, a so zreteľom na závažnosť ostatných zdravotných postihnutí s tým, že jednotlivé percentuálne miery poklesu schopnosti vykonávať zárobkovú činnosť sa nesčítavajú. 23. Správny súd preskúmal žalobou napadnuté rozhodnutie žalovanej, ako aj správneho orgánu prvého stupňa a tiež konanie, ktoré ich vydaniu predchádzalo v medziach podanej žaloby a dospel k záveru, že oba správne orgány postupovali v súlade s platnou právnou úpravou, a preto aj preskúmavané rozhodnutia sú vecne správne a zákonné. Tieto zodpovedajú zákonu aj po ich formálnej stránke. Podľa názoru súdu v správnom konaní bol dostatočne zistený skutkový stav veci a z neho bol vyvodený aj správny právny záver. Žalovaná sa dostatočným spôsobom vysporiadala so všetkými námietkami vznesenými žalobkyňou v podanom odvolaní, ako to vyplýva z dôvodov preskúmavaného rozhodnutia. 24. Na základe dokazovania vykonaného v správnom konaní dospel súd k záveru, že skutkové okolnosti, týkajúce sa rozsahu zdravotného poškodenia žalobkyne boli dostatočne ozrejmené príslušnými posudkovými lekármi sociálneho poistenia Sociálnej poisťovne, ktorí vo svojich posudkoch vyhodnotili zdravotné postihnutia žalobkyne na základe objektívnych záverov odborných lekárskych vyšetrení, ktorým sa táto podrobila. Žalobkyňa v konaní neuviedla žiadne nové skutočnosti, ktoré by neboli známe príslušným posudkovým lekárom pri vypracovaní posudkov, a ktoré by mohli ich jednoznačné závery spochybniť. Vzhľadom na uvedené nepovažoval súd za odôvodnené nariadenie znaleckého dokazovania vo veci. Zdravotné poškodenia žalobkyne zistené objektívnymi lekárskymi vyšetreniami podľa podaných posudkov posudkových orgánov neznižujú jej pracovnú schopnosť natoľko, aby bola invalidná. Podľa týchto posudkov pre dlhodobo nepriaznivý zdravotný stav, má menovaná stanovenú mieru poklesu schopnosti vykonávať zárobkovú činnosť vo výške 30% v porovnaní so zdravou fyzickou osobou. 25. Pokiaľ ide o odborné lekárske nálezy, predložené žalobkyňou v priebehu súdneho konania, väčšina z nich, keďže išlo o nálezy z vyšetrení, ktorým sa táto podrobila ešte pred posúdením jej zdravotného stavu druhostupňovým správnym orgánom, bola týmto vyhodnotená tak, ako to vyplýva z jeho posudku zo dňa 08. 06. 2017. Ostatné odborné nálezy z vyšetrení a hospitalizácie, ktoré boli absolvované po vydaní napadnutého rozhodnutia nebolo možné zohľadniť s poukazom na ustanovenie § 135 ods. 1 SSP, v zmysle ktorého na rozhodnutie správneho súdu je rozhodujúci stav v čase právoplatnosti rozhodnutia orgánu verejnej správy alebo v čase vydania opatrenia orgánu verejnej správy. Preto tak, ako to vyplýva aj z písomného vyjadrenia žalovanej, pokiaľ došlo k zhoršeniu zdravotného stavu žalobkyne po vydaní napadnutého rozhodnutia, táto môže opätovne podať žiadosť o invalidný dôchodok, na základe ktorej bude jej zdravotný stav posúdený príslušným posudkovým lekárom sociálneho poistenia so zohľadnením všetkých ňou doložených aktuálnych odborných lekárskych nálezov. 26. Súd zvážil všetky uvedené skutočnosti a na ich základe v súlade s citovanými zákonnými ustanoveniami podľa § 190 SSP žalobu žalobcu ako nedôvodnú zamietol. 27. O náhrade trov konania rozhodol správny súd podľa § 167 ods. 1 a § 168 SSP, v zmysle ktorých účastníkom právo na náhradu trov konania nepriznal, pretože žalobkyňa nemala v konaní úspech celkom ani sčasti a žalovanému voči žalobkyni nevznikli dôvodne vynaložené trovy konania, ktoré by bolo možné od žalobkyne spravodlivo požadovať. Poučenie: Proti tomuto rozsudku možno podať kasačnú sťažnosť v lehote do 1 mesiaca od doručenia rozsudku na Krajský súd v Košiciach. V kasačnej sťažnosti sa musí okrem všeobecných náležitostí podania podľa § 57 SSP (ktorému správnemu súdu je určené, kto ho robí, ktorej veci sa týka, čo sa ním sleduje, podpis a spisová značka konania)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 445 ods. 1 SSP).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Kasačnú sťažnosť možno podľa § 440 ods. 1 SSP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rozhodnutím o kasačnej sťažnosti alebo j) podanie bolo nezákonne odmietnuté. Dôvod kasačnej sťažnosti uvedený v § 440 ods. 1 písm. g/ až i/ Správneho súdneho poriadku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Sťažnostné body možno meniť len do uplynutia lehoty na podanie kasačnej sťažnosti (§ 445 ods. 2 SSP). Sťažovateľ alebo opomenutý sťažovateľ musí byť v konaní o kasačnej sťažnosti zastúpený advokátom. Kasačná sťažnosť a iné podania sťažovateľa alebo opomenutého sťažovateľa musia byť spísané advokátom. Uvedená povinnosť neplatí, ak a) má sťažovateľ alebo opomenutý sťažovateľ, jeho zamestnanec alebo člen, ktorý za neho na kasačnom súde koná alebo ho zastupuje, vysokoškolské právnické vzdelanie druhého stupňa, b) ide o konania o správnej žalobe podľa § 6 ods. 1 písm. c/ a d/, c) je žalovaným Centrum právnej pomoci. (§ 449 ods. 1, 2 SSP).</w:t>
      </w:r>
    </w:p>
    <w:p/>
    <w:p>
      <w:r>
        <w:t>Zdroj: KAUZIS.SK – https://www.kauzis.sk/judikatura/r/ECLI:SK:KSKE:2018:7017200799.2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