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6Sa/13/2018 z 27. 9. 2018</w:t>
      </w:r>
    </w:p>
    <w:p>
      <w:r>
        <w:t>Uznesenie Krajského súdu Košice z 27. septembra 2018, sp. zn. 6Sa/13/2018, ECLI:SK:KSKE:2018:7018200217.3</w:t>
      </w:r>
    </w:p>
    <w:p>
      <w:r>
        <w:t>Súd: Krajský súd Košice</w:t>
      </w:r>
    </w:p>
    <w:p>
      <w:r>
        <w:t>Spisová značka: 6Sa/13/2018</w:t>
      </w:r>
    </w:p>
    <w:p>
      <w:r>
        <w:t>ECLI: ECLI:SK:KSKE:2018:7018200217.3</w:t>
      </w:r>
    </w:p>
    <w:p>
      <w:r>
        <w:t>Dátum vydania: 27. 9. 2018</w:t>
      </w:r>
    </w:p>
    <w:p>
      <w:r>
        <w:t>Forma: Uznesenie</w:t>
      </w:r>
    </w:p>
    <w:p>
      <w:pPr>
        <w:pStyle w:val="Heading2"/>
      </w:pPr>
      <w:r>
        <w:t>Text rozhodnutia</w:t>
      </w:r>
    </w:p>
    <w:p>
      <w:r>
        <w:t>Súd: Krajský súd Košice Spisová značka: 6Sa/13/2018 Identifikačné číslo súdneho spisu: 7018200217 Dátum vydania rozhodnutia: 28. 09. 2018 Meno a priezvisko sudcu, VSÚ: JUDr. Pavol Tkáč ECLI: ECLI:SK:KSKE:2018:7018200217.3 Uznesenie Krajský súd v Košiciach v právnej veci žalobcu C. T., R.. XX.XX.XXXX, D. J., U. XXX, B., Š. N. B., právne zastúpeného JUDr. Alexandrom Farkašovským, advokátom, so sídlom Pri jazdiarni 1, 040 01 Košice, proti žalovanému: Prezídiu policajného zboru, Úrad hraničnej a cudzineckej polície, Riaditeľstvo hraničnej a cudzineckej polície Banská Bystrica, Sládkovičova 25, 975 05 Banská Bystrica, o správnej žalobe vo veci administratívneho vyhostenia zo dňa 08.01.2018 o preskúmanie rozhodnutia žalovaného č. PPZ-HCP-BB2-194-001/2017 zo dňa 12.12.2017 takto r o z h o d o l : I. Konanie z a s t a v u j e. II. Žiaden z účastníkov n e m á právo na náhradu trov konania. o d ô v o d n e n i e : 1. Žalobca sa správnou žalobou zo dňa 08.01.2018 domáhal, aby súd zrušil rozhodnutie žalovaného č. PPZ-HCP-BB2-194-001/2017 zo dňa 12.12.2017, ako aj rozhodnutia prvostupňového správneho orgánu Oddelenia cudzineckej polície Policajného zboru Banská Bystrica, Sládkovičova 25, 974 05 Banská Bystrica č. PPZ-HCP-BB5-76-007/2017-AV zo dňa 26.10.2017, ktorým správny orgán podľa § 82 ods. 2 písm. j) zákona č. 404/2011 Z. z. o pobyte cudzincov a o zmene a doplnení niektorých zákonov administratívne vyhostil žalobcu ako účastníka konania z územia Slovenskej republiky na územie Ukrajiny. 2. Podaním zo dňa 25.09.2018 (doručeným správnemu súdu osobne dňa 28.09.2018) zobral žalobca správnu žalobu prostredníctvom právneho zástupcu v celom rozsahu späť. Späťvzatie žaloby odôvodnil tým, že odpadli dôvody, na základe ktorých bola správna žaloba podaná. 3. Podľa ustanovenia § 63 prvá a druhá veta Správneho súdneho poriadku („SSP“) žalobca môže do vydania rozhodnutia správneho súdu vziať žalobu späť, a to sčasti alebo celkom. Ak je žaloba vzatá späť celkom, správny súd konanie zastaví. Podľa ustanovenia § 99 písm. a) SSP správny súd konanie uznesením zastaví, ak žalobca vzal žalobu späť skôr, ako správny súd vo veci rozhodol. 4. Pretože žalobca vzal žalobu v celom rozsahu späť, podľa citovaných ustanovení Správneho súdneho poriadku bolo potrebné konanie zastaviť. 5. O trovách konania súd rozhodol podľa § 170 Správneho súdneho poriadku, v zmysle ktorého žiaden z účastníkov konania nemá právo na náhradu trov konania, ak konanie bolo zastavené. Poučenie: Proti rozhodnutiu je prípustná kasačná sťažnosť, ktorá sa podáva na Krajskom súde v Košiciach v lehote 30 dní od doručenia rozhodnutia krajského súdu. V kasačnej sťažnosti sa uvedú všeobecné náležitostí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 440 odsek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w:t>
      </w:r>
    </w:p>
    <w:p/>
    <w:p>
      <w:r>
        <w:t>Zdroj: KAUZIS.SK – https://www.kauzis.sk/judikatura/r/ECLI:SK:KSKE:2018:7018200217.3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