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9Co/550/2016 z 15. 1. 2018</w:t>
      </w:r>
    </w:p>
    <w:p>
      <w:r>
        <w:t>Uznesenie Krajského súdu Košice z 15. januára 2018, sp. zn. 9Co/550/2016, ECLI:SK:KSKE:2018:7110230516.2</w:t>
      </w:r>
    </w:p>
    <w:p>
      <w:r>
        <w:t>Súd: Krajský súd Košice</w:t>
      </w:r>
    </w:p>
    <w:p>
      <w:r>
        <w:t>Spisová značka: 9Co/550/2016</w:t>
      </w:r>
    </w:p>
    <w:p>
      <w:r>
        <w:t>ECLI: ECLI:SK:KSKE:2018:7110230516.2</w:t>
      </w:r>
    </w:p>
    <w:p>
      <w:r>
        <w:t>Dátum vydania: 15. 1. 2018</w:t>
      </w:r>
    </w:p>
    <w:p>
      <w:r>
        <w:t>Forma: Uznesenie</w:t>
      </w:r>
    </w:p>
    <w:p>
      <w:pPr>
        <w:pStyle w:val="Heading2"/>
      </w:pPr>
      <w:r>
        <w:t>Text rozhodnutia</w:t>
      </w:r>
    </w:p>
    <w:p>
      <w:r>
        <w:t>Súd: Krajský súd Košice Spisová značka: 9Co/550/2016 Identifikačné číslo súdneho spisu: 7110230516 Dátum vydania rozhodnutia: 16. 01. 2018 Meno a priezvisko sudcu, VSÚ: JUDr. Táňa Veščičiková ECLI: ECLI:SK:KSKE:2018:7110230516.2 Uznesenie Krajský súd v Košiciach v senáte zloženom z predsedníčky senátu JUDr. Táne Veščičikovej a sudkýň JUDr. Viery Bodnárovej a JUDr. Dany Popovičovej v spore žalobkyne G. E., U.. XX.X.XXXX, L., W. XX, zast. JUDr. Danicou Holováčovou, advokátkou, Advokátska kancelária, Košice, Poštová 14, proti žalovanej X) B. G., U.. XX.XX.XXXX, L., Q. X K. X) D. Č., U.. X.X.XXXX, L., Q. X, zast. JUDr. Rastislavom Lenártom, advokátom, Advokátska kancelária, Košice, Pollova 32, o zaplatenie 40.000,- eur istiny s prísl., o odvolaní žalobkyne a žalovaného 2) proti rozsudku 10C/270/2010-264 z 31.5.2016 Okresného súdu Košice I r o z h o d o l : V r a c i a vec súdu prvej inštancie. o d ô v o d n e n i e : 1. Súd prvej inštancie (ďalej len „súd“) rozsudkom žalovanému v 2. rade uložil povinnosť zaplatiť žalobkyni 13.941,45 eur s úrokom z omeškania z tejto sumy od 10.9.2008 do zaplatenia, a to do 3 dní od právoplatnosti tohto rozsudku, žalobu voči žalovanej v 1. rade zamietol, v prevyšujúcej časti žalobu žalobkyne zamietol a rozhodol, že žiaden z účastníkov nemá právo na náhradu trov konania. 2. Proti rozsudku podali v zákonnej lehote odvolanie žalobkyňa proti prvému, tretiemu a štvrtému výroku rozsudku a žalovaný v 2. rade proti výroku o jeho povinnosti zaplatiť žalobkyni 13.941,45 eur s úrokom z omeškania z tejto sumy od 10.9.2008 do zaplatenia a proti výroku o trovách konania. 3. Žalovaný v 2. rade v odvolaní, o.i., namietal zmätočnosť a neúplnosť prvého výroku napadnutého rozsudku, kde absentuje výška úroku z omeškania, jeho číselné vyjadrenie v percentách, že ide o výrok nevykonateľný a neúplný. 4. Okresný súd Košice I predložil spis odvolaciemu súdu na rozhodnutie o odvolaniach prípisom 10C/270/2010-307 z 12.12.2016, došlým odvolaciemu súdu 21.12.2016. 5. Pre predloženie veci odvolaciemu súdu neboli však splnené podmienky. 6. Podľa § 166 O.s.p. (účinného v čase rozhodovania súdu prvej inštancie)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7. O návrhu na doplnenie rozsudku súd rozhodne do 30 dní od jeho podania. Doplnenie urobí súd dopĺňacím rozsudkom, pre ktorý platia obdobne ustanovenia o rozsudku. Ak súd nevyhovie návrhu účastníka na doplnenie rozsudku, uznesením návrh zamietne. 8. Návrh na doplnenie sa netýka právoplatnosti ani vykonateľnosti výroku u pôvodného rozsudku. 9. Podľa § 225 C.s.p. ( účinného od 1. 7. 2016) ak nerozhodol súd v rozsudku o niektorej časti predmetu konania alebo o predbežnej vykonateľnosti, môže strana do 15 dní od doručenia rozsudku navrhnúť jeho doplnenie. Súd môže rozsudok, ktorý nenadobudol právoplatnosť, doplniť aj bez návrhu. 10. Doplnenie urobí súd dopĺňacím rozsudkom, na ktorý sa primerane použijú ustanovenia o rozsudku. Ak súd nevyhovie návrhu strany na doplnenie rozsudku, návrh zamietne. 11. Návrh na doplnenie sa netýka právoplatnosti ani vykonateľnosti výrokov pôvodného rozsudku. 12. Z obsahu spisu (zápisnica o pojednávaní z 31.5.2016 na č.l. 262) vplýva, že súd na pojednávaní 31.5.2016 vyhlásil rozsudok a v jeho prvom výroku nerozhodol a neuviedol výšku priznaných úrokov z omeškania zo žalovanej sumy, ktoré žalobkyni priznal z istiny 13.941,45 eur. V prejednávanej veci neide o zrejmú nesprávnosť alebo chybu v písaní, ktorú by mohol napraviť vydaním opravného uznesenia. 13. Ani v odôvodnení rozsudku nie je ani zmienka o výške priznaných úrokov z omeškania a dôvode ich priznania. 14. Povinnosťou súdu bude dopĺňacím rozsudkom rozhodnúť o nároku žalobkyne aj o výške priznaných úrokov z omeškania, rozhodnutie riadne odôvodniť, dopĺňací rozsudok doručiť stranám sporu a po uplynutí lehoty na odvolanie voči dopĺňaciemu rozsudku predložiť spis na odvolacie konanie odvolaciemu súdu. 15. Výsledok hlasovania - pomer hlasov: 3 hlasy za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https://www.kauzis.sk/judikatura/r/ECLI:SK:KSKE:2018:7110230516.2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