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19Sd/63/2012 z 1. 4. 2012</w:t>
      </w:r>
    </w:p>
    <w:p>
      <w:r>
        <w:t>Rozsudok Krajského súdu Nitra z 1. apríla 2012, sp. zn. 19Sd/63/2012, ECLI:SK:KSNR:2012:4012200167.1</w:t>
      </w:r>
    </w:p>
    <w:p>
      <w:r>
        <w:t>Súd: Krajský súd Nitra</w:t>
      </w:r>
    </w:p>
    <w:p>
      <w:r>
        <w:t>Spisová značka: 19Sd/63/2012</w:t>
      </w:r>
    </w:p>
    <w:p>
      <w:r>
        <w:t>ECLI: ECLI:SK:KSNR:2012:4012200167.1</w:t>
      </w:r>
    </w:p>
    <w:p>
      <w:r>
        <w:t>Dátum vydania: 1. 4. 2012</w:t>
      </w:r>
    </w:p>
    <w:p>
      <w:r>
        <w:t>Forma: Rozsudok</w:t>
      </w:r>
    </w:p>
    <w:p>
      <w:r>
        <w:t>Oblasť práva: Správne právo</w:t>
      </w:r>
    </w:p>
    <w:p>
      <w:pPr>
        <w:pStyle w:val="Heading2"/>
      </w:pPr>
      <w:r>
        <w:t>Text rozhodnutia</w:t>
      </w:r>
    </w:p>
    <w:p>
      <w:r>
        <w:t>Súd: Krajský súd Nitra Spisová značka: 19Sd/63/2012 Identifikačné číslo súdneho spisu: 4012200167 Dátum vydania rozhodnutia: 02. 04. 2012 Meno a priezvisko sudcu, VSÚ: JUDr. Viola Takáčová PhD. ECLI: ECLI:SK:KSNR:2012:4012200167.1 ROZSUDOK V MENE SLOVENSKEJ REPUBLIKY Krajský súd v Nitre v právnej veci navrhovateľky: X. X., K. XX, E., proti odporkyni: Sociálna poisťovňa - ústredie v Bratislave, ul. 29. augusta 8, Bratislava, o invalidný dôchodok, samosudkyňou JUDr. Violou Takáčovou, PhD., takto r o z h o d o l : Krajský súd p o t v r d z u j e rozhodnutie odporkyne č. XXX XXX XXXX X zo dňa 28. 12. 2011. Krajský súd nepriznáva odporkyni náhradu trov konania. o d ô v o d n e n i e : Odvolaním napadnutým rozhodnutím uvedeným vo výrokovej časti tohto rozsudku odporkyňa zamietla podľa § 70 a § 71 zákona č. 461/2003 Z. z. o sociálnom poistení (ďalej len "zsp") žiadosť navrhovateľky o invalidný dôchodok zo 16. 12. 2011. V odôvodnení rozhodnutia uviedla, že podľa posudku posudkového lekára sociálneho poistenia Sociálnej poisťovne pobočky Nitra zo dňa 16. 12. 2011 navrhovateľka nie je invalidná podľa § 71 ods. 1 zsp, lebo pre dlhodobo nepriaznivý zdravotný stav nemá pokles schopnosti vykonávať zárobkovú činnosť o viac ako 40 % v porovnaní so zdravou fyzickou osobou. Prílohou rozhodnutia je odborný posudok o invalidite zo dňa 16. 12. 2011. Proti tomuto rozhodnutiu podala navrhovateľka odvolanie, nakoľko trpí viacerými zdravotnými problémami. Zdravotný stav jej neumožňuje sa riadne zamestnať. K odvolaniu priložila najnovšie lekárske správy a žiadala o opätovné posúdenie zdravotného stavu. Na ústnom pojednávaní navrhovateľka na výzvu súdu podľa § 42 a 43 OSP zdôvodnila svoje odvolanie tým, že nesúhlasí s rozhodnutím a žiada byť uznaná za invalidnú dôchodkyňu pre rozhodujúce zdravotné postihnutie pre krvácivé ochorenie, na ktoré je v liečbe od júla 2011. Zdôraznila, že jej ochorenie je životo ohrozujúce s potrebou okamžitej intenzívnej hematologickej intervencie. Relax ochorenia je nepredvídateľný. Potrebný je dlhodobý kľudový režim, vyhýbanie sa možnej infekcii a imunologickým stimulom. Toto ochorenie sa u nej prvýkrát prejavilo v júni 2011. Odvtedy je v sledovaní príslušných odborných lekárov. V júli 2011 musela byť hospitalizovaná na hematologickej klinike LFÚ Bratislava od 12. 07. 2011 do 20. 07. 2011, kedy bola nastavená na liečbu kortikoidmi. Odvtedy hospitalizovaná nebola. Je v sledovaní hematológa a ďalších odborných lekárov. Odporkyňa navrhla odvolaním napadnuté rozhodnutie ako vecne správne potvrdiť s poukazom na závery posudkových lekárov sociálneho poistenia. Krajský súd preskúmal napadnuté rozhodnutie odporkyne podľa § 250 l OSP a nasl. a dospel k záveru, že rozhodnutie a postup správneho orgánu je v súlade so zákonom. Z obsahu posudkového spisu odporkyne, ktorý bol súčasťou súdneho spisu bolo náležite za preukázané, že správne konanie sa začalo na základe žiadosti navrhovateľky o invalidný dôchodok zo dňa 16. 12. 2011, v ktorý deň sa uskutočnilo aj posúdenie zdravotného stavu navrhovateľky u posudkového lekára sociálneho poistenia Sociálnej poisťovne pobočka Nitra. Navrhovateľke sa predstavili zástupcovia pobočky Sociálnej poisťovne. Po overení jej totožnosti ju poučili o posúdení zdravotného stavu na účely invalidného dôchodku podľa § 71 ods. 1 zsp. Zistili pracovnú, sociálnu, rodinnú, osobnú anamnézu, ochorenia, liečbu a subjektívne ťažkosti žiadateľky o invalidný dôchodok. Podkladom pre posúdenie zdravotného stavu na účely určenia miery poklesu schopnosti vykonávať zárobkovú činnosť boli prepúšťacia správa z hospitalizácie na klinike hematológie a transfúziológie od 12. 07. 2011 do 20. 07. 2011 a lekárske vyšetrenia: hematologické z 02. 09. 2011 a 04. 11. 2011, interné z 08. 09. 2011 a CT vyšetrenie abdomeru zo 16. 09. 2011. Posudková lekárka informovala navrhovateľku o všetkých skutočnostiach, ktoré sa týkali posúdenia jej zdravotného stavu, posudku a miery poklesu schopnosti vykonávať zárobkovú činnosť pre rozhodujúce zdravotné postihnutie: vrodené a získané krvácavé stavy s hematologickou etiológiou podľa kapitoly II, položka 11, písm. a/ prílohy č. 4 k zsp. s 10 % mierou poklesu schopnosti vykonávať zárobkovú činnosť. Posudková lekárka sociálneho poistenia mala za preukázané, že nezamestnaná navrhovateľka bola v júli 2011 hospitalizovaná na klinike hematológie s ťažkou trombocytpéniou. Na základe vyšetrení jej bola stanovená diagnóza trombotickej trombocytopenickej purpury. Absolvovala liečbu kortikoidmi a podávaním čerstvej mrazenej plazmy, po čom prišlo ku kompletnej remisii ochorenia. Podstúpila viacero vyšetrení v rámci diferenciálnej diagnostiky retroperitoneálnej lymfadenopatie. Žiadne z nich nepotvrdilo posudkovo významné ochorenie. Podľa kontrolných hematologických vyšetrení je trombocytopenická purpura v remisii. Po zhodnotení zdravotného stavu je miera poklesu schopnosti vykonávať zárobkovú činnosť 10 %. Nie je invalidná. Proti rozhodnutiu odporkyne o zamietnutí žiadosti o invalidný dôchodok na základe 10 % miery poklesu schopnosti vykonávať zárobkovú činnosť podala navrhovateľka odvolanie. Jej zdravotný stav za jej prítomnosti posúdil posudkový lekár sociálneho poistenia Sociálnej poisťovne, ústredie, vysunuté pracovisko Nitra dňa 07. 03. 2012. Vyšetril menovanú, zohľadnil priebeh liečby a ochorenia. Zistil, že od júla 2011 je liečená na hematologickej ambulancii pre krvácivé ochorenie. V čase posudzovania zdravotného stavu bolo ochorenie v remisii bez potreby liečby. Tomuto zdravotnému postihnutiu zodpovedá miera poklesu 10 %. Neboli prítomné žiadne prejavy krvácania. Ďalej neurológ nepotvrdil závažné ochorenie chrbtice. Varixy sú drobného charakteru, bez zápalu, posudkovo nevýznamné. Celková miera poklesu je aj naďalej 10 % a nepodmieňuje invaliditu. Navrhovateľka preto nie je invalidná podľa § 71 ods. 1 zsp, lebo pre dlhodobo nepriaznivý zdravotný stav nemá pokles schopnosti vykonávať zárobkovú činnosť o viac ako 40% v porovnaní so zdravou fyzickou osobou. Úlohou súdu bolo posúdiť zákonnosť postupu a rozhodnutia správneho orgánu v konaní o žiadosti navrhovateľky o invalidný dôchodok. Podľa § 70 ods. 1 zsp, poistenec má nárok na invalidný dôchodok, ak sa stal invalidný, získal počet rokov dôchodkového poistenia uvedený v § 72 a ku dňu vzniku invalidity nedovŕšil dôchodkový vek alebo mu nebol priznaný predčasný starobný dôchodok. Podľa § 71 ods. 1, 2, 3, 4 zsp,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odseku 5 cit. ust.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6 a 7 zsp).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zsp). V konaní o odvolaní navrhovateľky proti rozhodnutiu o nepriznaní invalidného dôchodku na základe 10 % miery poklesu schopnosti vykonávať zárobkovú činnosť mal súd z vykonaného dokazovania za preukázané, že od júla 2011 je navrhovateľka liečená na hematologickej ambulancii pre krvácivé ochorenie po tom, čo v júli 2011 musela byť hospitalizovaná na klinike hematológie s ťažkou trombocytpéniou. Podstúpila viacero vyšetrení, z ktorých ani jedno nepotvrdilo posudkovo významné ochorenie. Podľa kontrolných hematologických vyšetrení je základné ochorenie v remisii. Posudkový lekár sociálneho poistenia posúdil aj ostatné zdravotné ťažkosti navrhovateľky. Zo správy z neurologického vyšetrenia nevyplýva závažné ochorenie chrbtice. Zdravotné ťažkosti navrhovateľky, resp. jej choroby ku dňu podania žiadosti o invalidný dôchodok t. j. k 16. 12. 2011 ani ku dňu rozhodnutia súdu o podanom odvolaní proti rozhodnutiu o zamietnutí žiadosti o invalidný dôchodok nezakladajú právny nárok na priznanie invalidného dôchodku. V prípade zhoršenia zdravotného stavu môže navrhovateľka v budúcnosti podať novú žiadosť o invalidný dôchodok. Na základe vykonaného dokazovania, z ktorého bolo preukázateľne zistené, že navrhovateľka nesplnila jednu zo základných podmienok na vznik nároku na invalidný dôchodok, preto Krajský súd v Nitre napadnuté rozhodnutie odporkyne č. XXX XXX XXXX X zo dňa 28. 12. 2011 podľa § 250q ods. 2 OSP z vyššie uvedených právnych dôvodov ako správne potvrdil. O náhrade trov konania rozhodol súd podľa § 142 ods. 1 OSP tak, že odporkyni, ktorá mala podľa výsledku tohto konania úspech, náhradu trov konania nepriznal, lebo odporkyni žiadne trovy konania nevznikli. Poučenie: Proti tomuto rozsudku možno podať odvolanie na Najvyšší súd SR v Bratislave, do 15-tich dní odo dňa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https://www.kauzis.sk/judikatura/r/ECLI:SK:KSNR:2012:4012200167.1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