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19Sd/292/2012 z 6. 12. 2012</w:t>
      </w:r>
    </w:p>
    <w:p>
      <w:r>
        <w:t>Uznesenie Krajského súdu Nitra z 6. decembra 2012, sp. zn. 19Sd/292/2012, ECLI:SK:KSNR:2012:4012201014.1</w:t>
      </w:r>
    </w:p>
    <w:p>
      <w:r>
        <w:t>Súd: Krajský súd Nitra</w:t>
      </w:r>
    </w:p>
    <w:p>
      <w:r>
        <w:t>Spisová značka: 19Sd/292/2012</w:t>
      </w:r>
    </w:p>
    <w:p>
      <w:r>
        <w:t>ECLI: ECLI:SK:KSNR:2012:4012201014.1</w:t>
      </w:r>
    </w:p>
    <w:p>
      <w:r>
        <w:t>Dátum vydania: 6. 12.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19Sd/292/2012 Identifikačné číslo súdneho spisu: 4012201014 Dátum vydania rozhodnutia: 07. 12. 2012 Meno a priezvisko sudcu, VSÚ: JUDr. Viola Takáčová PhD. ECLI: ECLI:SK:KSNR:2012:4012201014.1 Uznesenie Krajský súd v Nitre v právnej veci navrhovateľa: E. U., T. XX, M. N., proti odporkyni: Sociálna poisťovňa - ústredie v Bratislave, ul. 29. augusta 8, Bratislava, o výšku starobného dôchodku, takto r o z h o d o l : Súd konanie z a s t a v u j e . Žiaden z účastníkov konania nemá právo na náhradu trov konania. o d ô v o d n e n i e : Odvolaním podaným proti rozhodnutiu odporkyne XXX XXX XXXX zo dňa 15. 10. 2012, ktorým bol podľa §67 ods. 1 a § 82 zákona č. 461/2003 Z. z. o sociálnom poistení v znení neskorších predpisov (ďalej len "zsp") navrhovateľovi priznaný predčasný starobný dôchodok od 01. 08. 2012 v sume 418,50 eur mesačne, navrhovateľ namietal nezapočítanie doby poistenia od 30. 06. 2004 do 30. 06. 2006. Uviedol, že na základe právoplatného súdneho rozhodnutia bol v tomto období zamestnancom SAD Nové Zámky. Navrhovateľ na pojednávaní súdu dňa 07. 12. 2012 oznámil, že na podanom odvolaní netrvá z dôvodu, že za toto obdobie mu nebola bývalým zamestnávateľom vyplatená náhrada mzdy. Podľa § 250h ods. 2 OSP, až do rozhodnutia súdu môže žalobca vziať žalobu späť, ak žalovanému medzitým vznikli trovy konania, rozhodne súd o ich náhrade. Podľa § 96 ods. 1 zákona, navrhovateľ môže vziať za konania späť návrh na jeho začatie, a to sčasti, alebo celkom. Ak je návrh vzatý späť celkom, súd konanie zastaví. Súd na základe späťvzatia opravného prostriedku navrhovateľa proti rozhodnutiu odporkyne konanie zastavil. O náhrade trov konania súd rozhodol podľa § 246c a § 146 ods. 1 OSP tak, že žiadnemu z účastníkov konania náhradu trov konania nepriznal, lebo konanie bolo zastavené. Poučenie: Proti tomuto uzneseniu nemožno podať odvolanie.</w:t>
      </w:r>
    </w:p>
    <w:p/>
    <w:p>
      <w:r>
        <w:t>Zdroj: KAUZIS.SK – https://www.kauzis.sk/judikatura/r/ECLI:SK:KSNR:2012:4012201014.1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