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19Sd/296/2012 z 2. 12. 2012</w:t>
      </w:r>
    </w:p>
    <w:p>
      <w:r>
        <w:t>Uznesenie Krajského súdu Nitra z 2. decembra 2012, sp. zn. 19Sd/296/2012, ECLI:SK:KSNR:2012:4012201031.1</w:t>
      </w:r>
    </w:p>
    <w:p>
      <w:r>
        <w:t>Súd: Krajský súd Nitra</w:t>
      </w:r>
    </w:p>
    <w:p>
      <w:r>
        <w:t>Spisová značka: 19Sd/296/2012</w:t>
      </w:r>
    </w:p>
    <w:p>
      <w:r>
        <w:t>ECLI: ECLI:SK:KSNR:2012:4012201031.1</w:t>
      </w:r>
    </w:p>
    <w:p>
      <w:r>
        <w:t>Dátum vydania: 2. 12. 2012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19Sd/296/2012 Identifikačné číslo súdneho spisu: 4012201031 Dátum vydania rozhodnutia: 03. 12. 2012 Meno a priezvisko sudcu, VSÚ: JUDr. Viola Takáčová PhD. ECLI: ECLI:SK:KSNR:2012:4012201031.1 Uznesenie Krajský súd v Nitre v právnej veci navrhovateľa: Ing. P. K., E. XXX, proti odporkyni: Sociálna poisťovňa - ústredie v Bratislave, ulica 29. augusta 8, Bratislava, o predčasný starobný dôchodok, takto r o z h o d o l : Krajský súd v Nitre vyslovuje svoju m i e s t n u n e p r í s l u š n o s ť na konanie o odvolaní navrhovateľa proti rozhodnutiu odporkyne č. XXX XXX XXXX zo dňa 30. 10. 2012. Po právoplatnosti tohto uznesenia vec bude postúpená miestne príslušnému Krajskému súdu v Trnave. o d ô v o d n e n i e : Návrhom doručeným tunajšiemu súdu dňa 28. 11. 2012 navrhovateľ žiadal, aby súd rozhodol o odvolaní proti rozhodnutiu odporkyne č. XXX XXX XXXX zo dňa 30. 10. 2012, ktorým mu bola zvýšená suma predčasného starobného dôchodku podľa § 67 ods. 1, § 112 ods. 1 a § 82 zákona č. 461/2003 Z. z. o sociálnom poistení v znení neskorších predpisov od 02. 07. 2012. S rozhodnutím nesúhlasil s z dôvodu, že nemá započítanú dobu štúdia na vysokej škole od 01. 10. 1973 do 02. 10. 1974. Podľa § 103 OSP, kedykoľvek za konania prihliada súd nato, či sú splnené podmienky, za ktorých môže konať vo veci (podmienky konania). Podľa § 11 ods. 1 OSP, konanie sa uskutočňuje na tom súde, ktorý je vecne a miestne príslušný. Príslušnosť sa určuje podľa okolností, ktoré tu sú v čase začatia konania, a trvá až do jeho skončenia. Pri skúmaní podmienky na konanie na krajskom súde o návrhu navrhovateľa súd zistil, že nie je daná miestna príslušnosť Krajského súdu v Nitre na konanie o jeho odvolaní proti rozhodnutiu odporkyne, lebo navrhovateľ má bydlisko v okrese Šaľa, kraj Trnava. Preto na rozhodnutie o opravnom prostriedku navrhovateľa, o ktorom rozhoduje v prvom stupni krajský súd, je miestne príslušný Krajský súd v Trnave. O miestnej príslušnosti súdu na rozhodnutie o opravnom prostriedku navrhovateľa rozhodol Krajský súd v Nitre tak, ako je to uvedené vo výroku tohto rozhodnutia, teda preniesol miestnu príslušnosť na konanie o odvolaní navrhovateľa na Krajský súd v Trnave Vec bude po právoplatnosti tohto uznesenia postúpená Krajskému súdu v Trnave. Poučenie: Proti tomuto uzneseniu odvolanie nie je prípustné podľa § 202 ods. 3, písm. a/ OSP.</w:t>
      </w:r>
    </w:p>
    <w:p/>
    <w:p>
      <w:r>
        <w:t>Zdroj: KAUZIS.SK – https://www.kauzis.sk/judikatura/r/ECLI:SK:KSNR:2012:4012201031.1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