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11S/97/2014 z 29. 6. 2015</w:t>
      </w:r>
    </w:p>
    <w:p>
      <w:r>
        <w:t>Uznesenie Krajského súdu Nitra z 29. júna 2015, sp. zn. 11S/97/2014, ECLI:SK:KSNR:2015:4014200529.2</w:t>
      </w:r>
    </w:p>
    <w:p>
      <w:r>
        <w:t>Súd: Krajský súd Nitra</w:t>
      </w:r>
    </w:p>
    <w:p>
      <w:r>
        <w:t>Spisová značka: 11S/97/2014</w:t>
      </w:r>
    </w:p>
    <w:p>
      <w:r>
        <w:t>ECLI: ECLI:SK:KSNR:2015:4014200529.2</w:t>
      </w:r>
    </w:p>
    <w:p>
      <w:r>
        <w:t>Dátum vydania: 29. 6. 2015</w:t>
      </w:r>
    </w:p>
    <w:p>
      <w:r>
        <w:t>Forma: Uznesenie</w:t>
      </w:r>
    </w:p>
    <w:p>
      <w:r>
        <w:t>Oblasť práva: Správne právo</w:t>
      </w:r>
    </w:p>
    <w:p>
      <w:pPr>
        <w:pStyle w:val="Heading2"/>
      </w:pPr>
      <w:r>
        <w:t>Text rozhodnutia</w:t>
      </w:r>
    </w:p>
    <w:p>
      <w:r>
        <w:t>Súd: Krajský súd Nitra Spisová značka: 11S/97/2014 Identifikačné číslo súdneho spisu: 4014200529 Dátum vydania rozhodnutia: 30. 06. 2015 Meno a priezvisko sudcu, VSÚ: JUDr. Darina Vargová ECLI: ECLI:SK:KSNR:2015:4014200529.2 Uznesenie Krajský súd v Nitre, v právnej veci žalobkyne: Ing. F. C., nar. XX. XX. XXXX, Z. XX, Z. Zámky, zastúpená Advokátskou kanceláriou JUDr. Eva Hlaváčová, s.r.o., Farská 12, Nitra, IČO: 36 862 423, proti žalovanému: Okresný úrad Nitra, Štefánikova trieda 69, Nitra, o preskúmanie zákonnosti rozhodnutia žalovaného zo dňa 28. marca 2014 č. OU-NR-OOP1-2014/019940, takto r o z h o d o l : Súd konanie z a s t a v u j e . Žiaden z účastníkov konania nemá právo na náhradu trov konania. o d ô v o d n e n i e : Žalobkyňa sa žalobou zo dňa 03. 06. 2014, osobne podanou na tunajší súd dňa 04. 06. 2014, domáhala preskúmania a zrušenia rozhodnutia žalovaného zo dňa 28. 03. 2014 č. OU-NR-OOP1-2014/019940, ktorým žalovaný ako odvolací orgán zamietol odvolanie žalobkyne a potvrdil rozhodnutie Okresného úradu Nové Zámky, odboru všeobecnej vnútornej správy zo dňa 10. 01. 2014 č. OU-NZ-OVVS- A/2014/00154 AP-308/12-2. Týmto rozhodnutím Okresný úrad Nové Zámky, odbor všeobecnej vnútornej správy uznal žalobkyňu vinnou zo spáchania priestupku proti občianskemu spolunažívaniu podľa ust. § 49 ods. 1 písm. d/ zákona č. 372/1990 Zb. o priestupkoch v znení neskorších predpisov, ktorého sa dopustila tým, že dňa 04. 05. 2012 v čase okolo 15.10 h sa hrubo správala v administratívnej budove Fakultnej nemocnice s poliklinikou v Nových Zámkoch, kde osočovala zamestnankyňu nemocnice F. G., na ktorú z dverí jej kancelárie vykrikovala, že kto jej nakázal, aby krivo svedčila, že ona nemá čo žrať, lebo má na krku exekúcie, opakovane jej nadávala a nemocnica jej bude platiť milióny - teda úmyselne narušila občianske spolunažívanie iným hrubým správaním. Podľa ust. § 11 ods. 1 písm. b/ v spojení s ust. § 49 ods. 2 zákona č. 372/1990 Zb. o priestupkoch jej prvostupňový správny orgán za spáchaný priestupok uložil pokutu vo výške 50,- eur a podľa ust. § 79 ods. 1 zákona o priestupkoch jej uložil povinnosť uhradiť štátu trovy konania vo výške 16,- eur. Krajský súd v Nitre výzvou zo dňa 22. 07. 2014 vyzval žalobkyňu na zaplatenie súdneho poplatku za podanú žalobu v sume 35,- eur v lehote do 10 dní odo dňa doručenia tejto výzvy s poučením, že ak v určenej lehote súdny poplatok nezaplatí, konanie bude zastavené. Výzva na zaplatenie súdneho poplatku bola právnej zástupkyni žalobkyne doručená dňa 28. 07. 2014. Písomným podaním zo dňa 06. 08. 2014, doručeným tunajšiemu súdu dňa 11. 08. 2014, žalobkyňa požiadala o odpustenie súdnych trov a poplatkov v celom rozsahu. Po preskúmaní podmienok na oslobodenie od súdnych poplatkov a majetkových, zárobkových a osobných pomerov žalobkyne tunajší súd uznesením zo dňa 28. 11. 2014 č. k. 11S/97/2014-84 nepriznal žalobkyni oslobodenie od súdnych poplatkov. Proti tomuto uzneseniu podala žalobkyňa dňa 22. 12. 2014 odvolanie. Najvyšší súd Slovenskej republiky ako odvolací súd uznesením zo dňa 30. 04. 2015, v ktorom pod sp. zn. 7Sžo/7/2015 uznesenie Krajského súdu v Nitre zo dňa 28. 11. 2014 č. k. 11S/97/2014-84 potvrdil. Krajský súd v Nitre opätovne výzvou zo dňa 18. 05. 2015 vyzval žalobkyňu na zaplatenie súdneho poplatku za podanú žalobu v sume 35,- eur v lehote do 10 dní odo dňa doručenia tejto výzvy s poučením, že ak v určenej lehote súdny poplatok nezaplatí, konanie bude zastavené. Výzva na zaplatenie súdneho poplatku bola právnej zástupkyni žalobkyne doručená dňa 21. 05. 2015. Podľa § 5 ods. 1, písm. a/ zák. č. 71/1992 Zb. o súdnych poplatkoch a poplatku za výpis z registra trestov (ďalej len „zákon o súdnych poplatkoch“) v znení neskorších predpisov, poplatková povinnosť vzniká podaním návrhu, odvolania a dovolania alebo žiadosti na vykonanie poplatkového úkonu, ak je poplatníkom navrhovateľ, odvolateľ a dovolateľ. Podľa § 8 ods. 1 vyššie citovaného zákona, poplatok za podanie návrhu alebo žiadosti, poplatok za uplatnenie námietky zaujatosti v konkurznom konaní alebo reštrukturalizačnom konaní podľa osobitného predpisu a poplatok za konanie o dedičstve je splatný vznikom poplatkovej povinnosti. Podľa § 10 ods. 1, veta prvá a druhá vyššie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Z vyššie citovaných zákonných ustanovení vyplýva, že poplatková povinnosť v sume 35,- eur vznikla žalobkyni už podaním žaloby o preskúmanie zákonnosti rozhodnutia žalovaného zo dňa 28. 03. 2014, a to podľa položky 10, písm. b/ (z návrhu na preskúmanie zákonnosti rozhodnutia orgánu verejnej správy o priestupku na základe žaloby) Sadzobníka súdnych poplatkov, ktorý je prílohou k zák. č. 71/1992 Zb. o súdnych poplatkoch a poplatku za výpis z registra trestov v znení neskorších predpisov o súdnych poplatkoch v znení účinnom v čase podania žaloby. Žalobkyňa však predpísaný súdny poplatok ani na základe výzvy súdu v zákonom stanovenej lehote, ktorá jej podľa ust. § 57 ods. 2 OSP uplynula dňa 1. júna 2015 (nakoľko deň 31. mája 2015 bola nedeľa), nezaplatila a neurobila tak ani do rozhodnutia súdu v tejto veci, kedy súd skúmal podmienky konania. S poukazom na tieto skutočnosti bolo potrebné rozhodnúť tak, ako je to uvedené vo výrokovej časti tohto rozhodnutia a konanie v predmetnej veci zastaviť, keďže súdny poplatok nebol zaplatený. Ide o zákonnú prekážku konania na súde, ktorá bráni meritórnemu rozhodnutiu vo veci samej. Súd prvého stupňa takto rozhodol pomerom hlasov 3:0 (§ 3 ods. 9 zák. č. 757/2004 Z. z. o súdoch a o zmene a doplnení niektorých zákonov v znení neskorších predpisov). O trovách konania súd rozhodol podľa ust. § 146 ods. 1 písm. c/ OSP s použitím ust. § 246c ods. 1 OSP tak, že žiadnemu z účastníkov konania nepriznal právo na náhradu trov konania, pretože konanie bolo zastavené. Poučenie: Proti tomuto uzneseniu je možné podať odvolanie do 15 dní odo dňa jeho doručenia na Krajský súd v Nitre, a to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https://www.kauzis.sk/judikatura/r/ECLI:SK:KSNR:2015:4014200529.2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