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11S/73/2015 z 12. 4. 2016</w:t>
      </w:r>
    </w:p>
    <w:p>
      <w:r>
        <w:t>Uznesenie Krajského súdu Nitra z 12. apríla 2016, sp. zn. 11S/73/2015, ECLI:SK:KSNR:2016:4015200412.2</w:t>
      </w:r>
    </w:p>
    <w:p>
      <w:r>
        <w:t>Súd: Krajský súd Nitra</w:t>
      </w:r>
    </w:p>
    <w:p>
      <w:r>
        <w:t>Spisová značka: 11S/73/2015</w:t>
      </w:r>
    </w:p>
    <w:p>
      <w:r>
        <w:t>ECLI: ECLI:SK:KSNR:2016:4015200412.2</w:t>
      </w:r>
    </w:p>
    <w:p>
      <w:r>
        <w:t>Dátum vydania: 12. 4. 2016</w:t>
      </w:r>
    </w:p>
    <w:p>
      <w:r>
        <w:t>Forma: Uznesenie</w:t>
      </w:r>
    </w:p>
    <w:p>
      <w:pPr>
        <w:pStyle w:val="Heading2"/>
      </w:pPr>
      <w:r>
        <w:t>Text rozhodnutia</w:t>
      </w:r>
    </w:p>
    <w:p>
      <w:r>
        <w:t>Súd: Krajský súd Nitra Spisová značka: 11S/73/2015 Identifikačné číslo súdneho spisu: 4015200412 Dátum vydania rozhodnutia: 13. 04. 2016 Meno a priezvisko sudcu, VSÚ: JUDr. Marta Molnárová ECLI: ECLI:SK:KSNR:2016:4015200412.2 Uznesenie Krajský súd v Nitre, v právnej veci žalobcu: B&amp;B TEAM, s.r.o., so sídlom Nánanská 107, Štúrovo, IČO: 36 567 728, zastúpeného Advokátskou spoločnosťou s.r.o., JUDr. Tatiana Timoranská, so sídlom Podzámska 32, Nové Zámky, IČO: 36 813 401, proti žalovanému: Finančné riaditeľstvo Slovenskej republiky, Lazovná 63, Banská Bystrica, o preskúmanie zákonnosti rozhodnutia žalovaného č. 1100305/1/133190/2015/5056 zo dňa 26. marca 2015, takto r o z h o d o l : Súd z r u š u j e svoje uznesenie č. k. 11S/73/2015-34 zo dňa 30. októbra 2015. o d ô v o d n e n i e : Žalobca pri podaní žaloby o preskúmanie rozhodnutia žalovaného č. 1100305/1/133190/2015/5056 zo dňa 26. 03. 2015 nezaplatil súdny poplatok 70,- eur podľa položky 10 písm. c/ Sadzobníka súdnych poplatkov, ktorý je prílohou k zák. č. 71/1992 Zb. o súdnych poplatkoch a poplatku za výpis z registra trestov v znení neskorších predpisov, t. j. z návrhu na preskúmanie zákonnosti rozhodnutia orgánu verejnej správy, ktorým bola uložená sankcia za iný správny delikt alebo určená daň alebo clo alebo boli daň alebo clo dodatočne vyrubené, na základe žaloby a neurobil tak ani dodatočne na výzvu súdu, pričom bol poučený, že ak súdny poplatok nezaplatí v určenej lehote, súd konanie zastaví. Uznesením č. k. 11S/73/2015-34 zo dňa 30. 10. 2015 súd konanie zastavil pre nezaplatenie súdneho poplatku. Uznesenie bolo doručené právnemu zástupcovi žalobcu dňa 06. 11. 2015, dňa 09. 11. 2015 bola zložená platba (súdny poplatok 70,- eur) od platiteľa (žalobcu) na účet tunajšieho súdu a dňa 12. 11. 2015 bolo na tunajší súd doručené odvolanie proti tomuto uzneseniu. Podľa § 10 ods. 3 veta prvá, zák. č. 71/1992 Zb. o súdnych poplatkoch a poplatku za výpis z registra trestov, prvostupňový súd zruší uznesenie o zastavení konania pre nezaplatenie súdneho poplatku, ak poplatník zaplatí súdny poplatok do konca lehoty na podanie odvolania. S poukazom na vyššie citované zákonné ustanovenie súd rozhodol tak, že uznesenie o zastavení konania pre nezaplatenie súdneho poplatku č. k. 11S/73/2015-34 zo dňa 30. 10. 2015 zrušil, nakoľko žalobca zaplatil súdny poplatok v sume 70,- eur v lehote na podanie odvolania proti tomuto uzneseniu. Poučenie: Proti tomuto uzneseniu možno podať odvolanie do 15 dní odo dňa jeho doručenia na Najvyšší súd SR v Bratislave, cestou podpísaného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https://www.kauzis.sk/judikatura/r/ECLI:SK:KSNR:2016:4015200412.2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