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26S/11/2015 z 25. 5. 2016</w:t>
      </w:r>
    </w:p>
    <w:p>
      <w:r>
        <w:t>Uznesenie Krajského súdu Nitra z 25. mája 2016, sp. zn. 26S/11/2015, ECLI:SK:KSNR:2016:4015200522.2</w:t>
      </w:r>
    </w:p>
    <w:p>
      <w:r>
        <w:t>Súd: Krajský súd Nitra</w:t>
      </w:r>
    </w:p>
    <w:p>
      <w:r>
        <w:t>Spisová značka: 26S/11/2015</w:t>
      </w:r>
    </w:p>
    <w:p>
      <w:r>
        <w:t>ECLI: ECLI:SK:KSNR:2016:4015200522.2</w:t>
      </w:r>
    </w:p>
    <w:p>
      <w:r>
        <w:t>Dátum vydania: 25.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Nitra Spisová značka: 26S/11/2015 Identifikačné číslo súdneho spisu: 4015200522 Dátum vydania rozhodnutia: 26. 05. 2016 Meno a priezvisko sudcu, VSÚ: JUDr. Pavol Pilek ECLI: ECLI:SK:KSNR:2016:4015200522.2 Uznesenie Krajský súd v Nitre v právnej veci žalobcu: S. E., nar. XX.XX.XXXX, bytom N. R. X, H., zastúpený: JUDr. Peter Timko, advokát, Štefánikova trieda 6, Nitra, IČO: 42 124 026, proti žalovanému: Krajské riaditeľstvo Policajného zboru v Nitre, so sídlom Piesková 32, Nitra, IČO: 00 735 809, o preskúmanie zákonnosti rozhodnutia žalovaného č. k. KRPZ-NR-OPP3-218-001/2015 zo dňa 23.03.2015, jednohlasne, takto r o z h o d o l : Súd uznesenie Krajského súdu v Nitre č. k. 26S/11/2015 - 24 zo dňa 15.01.2016, ktorým bolo konanie zastavené z r u š u j e . o d ô v o d n e n i e : Vo výrokovej časti uvedeným rozhodnutím Krajský súd v Nitre konanie zastavil s poukazom na ust. § 10 ods. 1 zák. č. 71/1992 Zb., keďže žalobca nezaplatil súdny poplatok za podanú žalobu, a to ani napriek výzve zo strany súdu. Následne v lehote na podanie odvolania žalobca súdny poplatok v požadovanej výške zaplatil, preto súd svoje uznesenie, ktorým bolo konanie zastavené podľa § 10 ods. 3 zák. č. 71/1992 Zb. zrušil. Poučenie: Proti tomuto uzneseniu je možné podať odvolanie do 15 dní odo dňa jeho doručenia na Najvyšší súd SR, cestou podpísaného súdu, písomne, v dvoch vyhotoveniach. V odvolaní sa má popri všeobecných náležitostiach (§ 42 ods. 3 OSP)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https://www.kauzis.sk/judikatura/r/ECLI:SK:KSNR:2016:4015200522.2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