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11S/142/2015 z 30. 5. 2016</w:t>
      </w:r>
    </w:p>
    <w:p>
      <w:r>
        <w:t>Uznesenie Krajského súdu Nitra z 30. mája 2016, sp. zn. 11S/142/2015, ECLI:SK:KSNR:2016:4015200724.2</w:t>
      </w:r>
    </w:p>
    <w:p>
      <w:r>
        <w:t>Súd: Krajský súd Nitra</w:t>
      </w:r>
    </w:p>
    <w:p>
      <w:r>
        <w:t>Spisová značka: 11S/142/2015</w:t>
      </w:r>
    </w:p>
    <w:p>
      <w:r>
        <w:t>ECLI: ECLI:SK:KSNR:2016:4015200724.2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Nitra Spisová značka: 11S/142/2015 Identifikačné číslo súdneho spisu: 4015200724 Dátum vydania rozhodnutia: 31. 05. 2016 Meno a priezvisko sudcu, VSÚ: JUDr. Darina Vargová ECLI: ECLI:SK:KSNR:2016:4015200724.2 Uznesenie Krajský súd v Nitre, v právnej veci žalobcu: O. F., U. W. XXXX/X, G., IČO: 47 522 046, zastúpeného JUDr. Ľubomírom Kišacom, advokátom, Škultétyho 1597/7, Topoľčany, proti žalovanému: Finančné riaditeľstvo Slovenskej republiky, Lazovná 63, Banská Bystrica, o preskúmanie zákonnosti postupu a rozhodnutia žalovaného zo dňa 11. júna 2015 č. 860288/2015, takto r o z h o d o l : Súd o p r a v u j e posledný odsek odôvodnenia svojho uznesenia zo dňa 27. apríla 2016 č. k. 11S/142/2015-92 v znení: „O trovách konania súd rozhodol podľa ust. § 250h ods. 2 OSP tak, že žalovanému nepriznal náhradu trov konania, nakoľko mu žiadne preukázateľné trovy konania ani nevznikli.“, ktorý správne znie takto: „O trovách konania súd rozhodol podľa ust. § 146 ods. 1 písm. c/ OSP s použitím ust. § 246c OSP tak, že žiadnemu z účastníkov konania nepriznal právo na náhradu trov konania, pretože konanie bolo zastavené“. o d ô v o d n e n i e : Uznesením tunajšieho súdu zo dňa 27. apríla 2016 č. k. 11S/142/2015-92 súd konanie zastavil z dôvodov uvedených v odôvodnení tohto uznesenia, pričom o trovách konania rozhodol tak, že žiaden z účastníkov konania nemá právo na náhradu trov konania. Tento spôsob rozhodnutia súdu o trovách konania je uvedený i v zápisnici o súdnom pojednávaní zo dňa 27. 04. 2016. V písomnom odôvodnení tohto uznesenia (v poslednom odseku) však súd nesprávne uviedol text: „O trovách konania súd rozhodol podľa ust. § 250h ods. 2 OSP tak, že žalovanému nepriznal náhradu trov konania, nakoľko mu žiadne preukázateľné trovy konania ani nevznikli“. Podľa § 164 OSP,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246c, veta prvá OSP, pre riešenie otázok, ktoré nie sú priamo upravené v tejto časti, sa použijú primerane ustanovenia prvej, tretej a štvrtej časti tohto zákona. Pretože ide o zrejmú nesprávnosť v odôvodnení písomného vyhotovenia uznesenia zo dňa 27. apríla 2016 č. k. 11S/142/2015-92, bolo potrebné vydať toto opravné uznesenie a túto zrejmú nesprávnosť (spočívajúcu v tom, že výrok uznesenia zo dňa 27. apríla 2016 č. k. 11S/142/2015-92 o trovách konania nekorešponduje s písomným odôvodnením uznesenia o trovách konania) opraviť tak, ako je to uvedené vo výrokovej časti tohto uznesenia. Súd prvého stupňa takto rozhodol pomerom hlasov 3:0 (ust. § 3 ods. 9 zák. č. 757/2004 Z. z. o súdoch a o zmene a doplnení niektorých zákonov v znení neskorších predpisov). Poučenie: Proti tomuto uzneseniu možno podať odvolanie do 15 dní odo dňa jeho doručenia na Krajský súd v Nitre, písomne v dvoch vyhotoveniach. V odvolaní sa má popri všeobecných náležitostiach (§ 42 ods. 3) uviesť, proti ktorému rozhodnutiu smeruje, v akom rozsahu sa napáda, v čom sa toto rozhodnutie, alebo postup súdu považuje za nesprávny a čoho sa odvolateľ domáha (§ 205 ods. 1 OSP).</w:t>
      </w:r>
    </w:p>
    <w:p/>
    <w:p>
      <w:r>
        <w:t>Zdroj: KAUZIS.SK – https://www.kauzis.sk/judikatura/r/ECLI:SK:KSNR:2016:4015200724.2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