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Nitra sp. zn. 11S/202/2015 z 28. 4. 2016</w:t>
      </w:r>
    </w:p>
    <w:p>
      <w:r>
        <w:t>Uznesenie Krajského súdu Nitra z 28. apríla 2016, sp. zn. 11S/202/2015, ECLI:SK:KSNR:2016:4015200892.2</w:t>
      </w:r>
    </w:p>
    <w:p>
      <w:r>
        <w:t>Súd: Krajský súd Nitra</w:t>
      </w:r>
    </w:p>
    <w:p>
      <w:r>
        <w:t>Spisová značka: 11S/202/2015</w:t>
      </w:r>
    </w:p>
    <w:p>
      <w:r>
        <w:t>ECLI: ECLI:SK:KSNR:2016:4015200892.2</w:t>
      </w:r>
    </w:p>
    <w:p>
      <w:r>
        <w:t>Dátum vydania: 28.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Nitra Spisová značka: 11S/202/2015 Identifikačné číslo súdneho spisu: 4015200892 Dátum vydania rozhodnutia: 29. 04. 2016 Meno a priezvisko sudcu, VSÚ: JUDr. Darina Vargová ECLI: ECLI:SK:KSNR:2016:4015200892.2 Uznesenie Krajský súd v Nitre, v právnej veci žalobcu: E. P., nar. XX. XX. XXXX, H. XXXX/X, V., zastúpeného Prosman a Pavlovič advokátska kancelária, s.r.o., Hlavná 31, Trnava, proti žalovanému: Krajské riaditeľstvo Policajného zboru v Nitre, Krajský dopravný inšpektorát, Piesková 32, Nitra, o preskúmanie zákonnosti rozhodnutia žalovaného zo dňa 17. júla 2015 č. KRPZ-NR-KDI-62/2015-SK, takto r o z h o d o l : Súd z r u š u j e svoje uznesenie zo dňa 26. februára 2016 č. k. 11S/202/2015-32. o d ô v o d n e n i e : Žalobca pri podaní žaloby zo dňa 17. 09. 2015 o preskúmanie zákonnosti rozhodnutia žalovaného zo dňa 17. 07. 2015 č. KRPZ-NR-KDI-62/2015-SK nezaplatil súdny poplatok 35,- eur podľa položky 10 písm. b/ Sadzobníka súdnych poplatkov, ktorý je prílohou k zák. č. 71/1992 Zb. o súdnych poplatkoch a poplatku za výpis z registra trestov v znení neskorších predpisov (t. j. z návrhu na preskúmanie zákonnosti rozhodnutia orgánu verejnej správy o priestupku na základe žaloby) a neurobil tak ani dodatočne na výzvu súdu, pričom bol poučený, že ak súdny poplatok nezaplatí v určenej lehote, súd konanie zastaví. Uznesením zo dňa 26. 02. 2016 č. k. 11S/202/2015-32, ktoré bolo doručené právnemu zástupcovi žalobcu dňa 10. 03. 2016, súd konanie zastavil pre nezaplatenie súdneho poplatku. Dňa 22. 03. 2016 bola zložená platba v sume 35,- eur na účet Slovenskej pošty a.s., pričom podľa záznamu o zložení bol platiteľom žalobca a dňa 23. 03. 2016 bolo tunajšiemu súdu doručené odvolanie žalobcu. Podľa § 10 ods. 3 veta prvá, zák. č. 71/1992 Zb. o súdnych poplatkoch a poplatku za výpis z registra trestov, prvostupňový súd zruší uznesenie o zastavení konania pre nezaplatenie súdneho poplatku, ak poplatník zaplatí súdny poplatok do konca lehoty na podanie odvolania. S poukazom na vyššie citované zákonné ustanovenie súd rozhodol tak, že uznesenie o zastavení konania pre nezaplatenie súdneho poplatku zo dňa 26. 02. 2016 č. k. 11S/202/2015-32 zrušil, nakoľko žalobca zaplatil súdny poplatok v lehote na podanie odvolania proti tomuto uzneseniu. Súd prvého stupňa takto rozhodol pomerom hlasov 3:0 (§ 3 ods. 9 zák. č. 757/2004 Z. z. o súdoch a o zmene a doplnení niektorých zákonov v znení neskorších predpisov). Poučenie: Proti tomuto uzneseniu je možné podať odvolanie do 15 dní odo dňa jeho doručenia na Krajský súd v Nitre, a to písomne v dvoch vyhotoveniach. V odvolaní sa má popri všeobecných náležitostiach (§ 42 ods. 3) uviesť, proti ktorému rozhodnutiu smeruje, v akom rozsahu sa napáda, v čom sa toto rozhodnutie alebo postup súdu považuje za nesprávny a čoho sa odvolateľ domáha (§ 205 ods. 1 OSP).</w:t>
      </w:r>
    </w:p>
    <w:p/>
    <w:p>
      <w:r>
        <w:t>Zdroj: KAUZIS.SK – https://www.kauzis.sk/judikatura/r/ECLI:SK:KSNR:2016:4015200892.2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