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19Sd/186/2015 z 24. 2. 2016</w:t>
      </w:r>
    </w:p>
    <w:p>
      <w:r>
        <w:t>Uznesenie Krajského súdu Nitra z 24. februára 2016, sp. zn. 19Sd/186/2015, ECLI:SK:KSNR:2016:4015201121.2</w:t>
      </w:r>
    </w:p>
    <w:p>
      <w:r>
        <w:t>Súd: Krajský súd Nitra</w:t>
      </w:r>
    </w:p>
    <w:p>
      <w:r>
        <w:t>Spisová značka: 19Sd/186/2015</w:t>
      </w:r>
    </w:p>
    <w:p>
      <w:r>
        <w:t>ECLI: ECLI:SK:KSNR:2016:4015201121.2</w:t>
      </w:r>
    </w:p>
    <w:p>
      <w:r>
        <w:t>Dátum vydania: 24. 2. 2016</w:t>
      </w:r>
    </w:p>
    <w:p>
      <w:r>
        <w:t>Forma: Uznesenie</w:t>
      </w:r>
    </w:p>
    <w:p>
      <w:r>
        <w:t>Oblasť práva: Správne právo</w:t>
      </w:r>
    </w:p>
    <w:p>
      <w:pPr>
        <w:pStyle w:val="Heading2"/>
      </w:pPr>
      <w:r>
        <w:t>Text rozhodnutia</w:t>
      </w:r>
    </w:p>
    <w:p>
      <w:r>
        <w:t>Súd: Krajský súd Nitra Spisová značka: 19Sd/186/2015 Identifikačné číslo súdneho spisu: 4015201121 Dátum vydania rozhodnutia: 25. 02. 2016 Meno a priezvisko sudcu, VSÚ: JUDr. Marta Molnárová ECLI: ECLI:SK:KSNR:2016:4015201121.2</w:t>
      </w:r>
    </w:p>
    <w:p>
      <w:r>
        <w:t>Uznesenie Krajský súd v Nitre v právnej veci navrhovateľa: S. D., R. P. XXX, Q., proti odporkyni: Sociálna poisťovňa - ústredie, ul. 29. augusta 8, Bratislava, o invalidný dôchodok, takto</w:t>
      </w:r>
    </w:p>
    <w:p>
      <w:r>
        <w:t>r o z h o d o l :</w:t>
      </w:r>
    </w:p>
    <w:p>
      <w:r>
        <w:t>Súd konanie z a s t a v u j e .</w:t>
      </w:r>
    </w:p>
    <w:p>
      <w:r>
        <w:t>Odporcovi náhradu trov konania nepriznáva.</w:t>
      </w:r>
    </w:p>
    <w:p>
      <w:r>
        <w:t>o d ô v o d n e n i e :</w:t>
      </w:r>
    </w:p>
    <w:p>
      <w:r>
        <w:t>Navrhovateľ podal odvolanie proti rozhodnutiu odporkyne č. XXX XXX XXXX X zo dňa 25. 08. 2015, ktorým odporkyňa zamietla žiadosť navrhovateľa o invalidný dôchodok zo dňa 20. 07. 2015 dôvodiac tým, že podľa posudku posudkového lekára sociálneho poistenia pobočky Sociálnej poisťovne Levice zo dňa 20. 07. 2015 nie je invalidný podľa § 71 ods. 1 zákona č. 461/2003 Z. z., lebo pre dlhodobo nepriaznivý zdravotný stav nemá pokles schopnosti vykonávať zárobkovú činnosť o viac ako 40 % v porovnaní so zdravou fyzickou osobou.</w:t>
      </w:r>
    </w:p>
    <w:p>
      <w:r>
        <w:t>Navrhovateľ dňa 18. 12. 2015 písomne oznámil, že konanie na krajskom súde v predmetnej veci žiada zastaviť.</w:t>
      </w:r>
    </w:p>
    <w:p>
      <w:r>
        <w:t>Podľa § 250d ods. 3 O.s.p., súd uznesením konanie zastaví, ak sa žaloba podala oneskorenie,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w:t>
      </w:r>
    </w:p>
    <w:p>
      <w:r>
        <w:t>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w:t>
      </w:r>
    </w:p>
    <w:p>
      <w:r>
        <w:t>Podľa § 250h ods. 2 O.s.p., až do rozhodnutia súdu môže žalobca vziať žalobu späť, ak žalovanému medzitým vznikli trovy konania, rozhodne súd o ich náhrade.</w:t>
      </w:r>
    </w:p>
    <w:p>
      <w:r>
        <w:t>Späťvzatie návrhu je vyjadrením dispozičného oprávnenia žalobcu, ktoré mu umožňuje disponovať s konaním a jeho predmetom. V prípade, že prejaví vôľu nepokračovať v konaní začatom z jeho podnetu formou procesného úkonu späťvzatia návrhu, súd konanie zastaví.</w:t>
      </w:r>
    </w:p>
    <w:p>
      <w:r>
        <w:t>Nakoľko navrhovateľ ešte pred rozhodnutím súdu vo veci samej podané odvolanie proti rozhodnutiu odporkyne č. XXX XXX XXXX X zo dňa 25. 08. 2015 vzal späť a svoju vôľu prezentoval písomným</w:t>
      </w:r>
    </w:p>
    <w:p>
      <w:r>
        <w:t>podaním zo dňa 14. 12. 2015, doručeným tunajšiemu súdu dňa 18. 12. 2015, krajský súd rozhodol tak, ako je uvedené vo výroku tohto rozhodnutia a konanie podľa § 250d ods. 3 O.s.p. v spojení s § 250l ods. 2 O.s.p. a § 250h ods. 2 O.s.p. zastavil, keďže odpadol predmet konania.</w:t>
      </w:r>
    </w:p>
    <w:p>
      <w:r>
        <w:t>O trovách konania súd rozhodol podľa § 250h ods. 2 O.s.p. tak, že odporcovi nepriznal náhradu trov konania, keďže mu žiadne nevznikli.</w:t>
      </w:r>
    </w:p>
    <w:p>
      <w:r>
        <w:t>Poučenie:</w:t>
      </w:r>
    </w:p>
    <w:p>
      <w:r>
        <w:t>Proti tomuto uzneseniu je možné podať odvolanie do 15 dní odo dňa jeho doručenia na Najvyšší súd SR, cestou predpísaného súdu, písomne v dvoch vyhotoveniach.</w:t>
      </w:r>
    </w:p>
    <w:p>
      <w:r>
        <w:t>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https://www.kauzis.sk/judikatura/r/ECLI:SK:KSNR:2016:4015201121.2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