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23Sd/406/2015 z 7. 2. 2016</w:t>
      </w:r>
    </w:p>
    <w:p>
      <w:r>
        <w:t>Rozsudok Krajského súdu Nitra z 7. februára 2016, sp. zn. 23Sd/406/2015, ECLI:SK:KSNR:2016:4015201215.1</w:t>
      </w:r>
    </w:p>
    <w:p>
      <w:r>
        <w:t>Súd: Krajský súd Nitra</w:t>
      </w:r>
    </w:p>
    <w:p>
      <w:r>
        <w:t>Spisová značka: 23Sd/406/2015</w:t>
      </w:r>
    </w:p>
    <w:p>
      <w:r>
        <w:t>ECLI: ECLI:SK:KSNR:2016:4015201215.1</w:t>
      </w:r>
    </w:p>
    <w:p>
      <w:r>
        <w:t>Dátum vydania: 7. 2. 2016</w:t>
      </w:r>
    </w:p>
    <w:p>
      <w:r>
        <w:t>Forma: Rozsudok</w:t>
      </w:r>
    </w:p>
    <w:p>
      <w:r>
        <w:t>Oblasť práva: Správne právo</w:t>
      </w:r>
    </w:p>
    <w:p>
      <w:pPr>
        <w:pStyle w:val="Heading2"/>
      </w:pPr>
      <w:r>
        <w:t>Text rozhodnutia</w:t>
      </w:r>
    </w:p>
    <w:p>
      <w:r>
        <w:t>Súd: Krajský súd Nitra Spisová značka: 23Sd/406/2015 Identifikačné číslo súdneho spisu: 4015201215 Dátum vydania rozhodnutia: 08. 02. 2016 Meno a priezvisko sudcu, VSÚ: JUDr. Dana Kálnayová ECLI: ECLI:SK:KSNR:2016:4015201215.1 ROZSUDOK V MENE SLOVENSKEJ REPUBLIKY Krajský súd v Nitre v právnej veci navrhovateľky: Z. U., bytom N., E. XX, odporkyni: Sociálna poisťovňa - ústredie v Bratislave, Bratislava, Ul. 29. augusta 8, o invalidný dôchodok, samosudkyňou JUDr. Danou Kálnayovou, takto r o z h o d o l : Krajský súd p o t v r d z u j e rozhodnutie odporkyne č. XXX XXX XXXX X zo dňa 7. januára 2016 a 8. januára 2016. Krajský súd nepriznáva navrhovateľke náhradu trov konania. o d ô v o d n e n i e : Rozhodnutím odporkyne č. XXX XXX XXXX X zo dňa 22.9.2015, bola navrhovateľke podľa § 70 a § 71 č. 461/2003 Z. z. o sociálnom poistení, zamietnutá žiadosť o invalidný dôchodok, pretože podľa posudku posudkového lekára v Nových Zámkoch navrhovateľka nie je invalidná podľa § 71 ods. 1 zákona č. 461/2003 Z. z. Proti tomuto rozhodnutiu podala navrhovateľka včas návrh na preskúmanie rozhodnutia, v ktorom uviedla, že v r. 2014 bola operovaná pre zhubný nádor prsníka a potom sa podrobila šesťtýždňovej rádioterapii a následne jej bola nasadená 5-ročná hormonálna liečba. Lieky, ktoré užíva, majú nespočetné množstvo vedľajších účinkov, zvýšene sa potí, je unavená, vyčerpaná, má bolesti končatín, trpí bolesťami chrbtice, má aj gastroenterologické problémy. Nevládze ani vykonávať domáce práce, rýchlo sa unaví. Navrhovateľka na pojednávaní dňa 08. 02. 2016 trvala na podanom návrhu v plnom rozsahu, i napriek tomu, že napadnuté rozhodnutie bolo zrušené a bol jej priznaný invalidný dôchodok v sume 84,20 eur, ktorý jej však nepostačuje na pokrytie potrieb. Je nezamestnaná, má ešte jednu vyživovaciu povinnosť voči synovi, ktorý má 21 rokov a ešte študuje. Zástupkyňa odporkyne žiadala zmenové rozhodnutie zo 07. 01. 2016 a 08. 01. 2016 potvrdiť, pretože navrhovateľka bola uznaná za invalidnú posudkovým lekárom pobočky 45 % od 02. 09. 2015, t.j. od neurologického vyšetrenia. Výška dôchodku bola stanovená správne v zmysle zákona. Krajský súd preskúmal napadnuté rozhodnutie odporkyne v zmysle ustanovenia § 250 l ods. 1 a nasl. O. s. p. a dospel k záveru, že návrh nie je dôvodný. Zdravotný stav navrhovateľky bol znova posudzovaný posudkovým lekárom sociálneho poistenia Sociálnej poisťovne - ústredia so sídlom v Nitre, dňa 09. 12. 2015, so záverom, že navrhovateľka je invalidná podľa § 71 ods. 1 zákona č. 461/2003 Z. z. o sociálnom poistení, lebo pre dlhodobo nepriaznivý zdravotný stav má pokles schopností vykonávať zárobkovú činnosť o viac ako 40 % v porovnaní so zdravou fyzickou osobou. Miera poklesu schopnosti vykonávať zárobkovú činnosť je 45 % od 02. 09. 2015. K horeuvedenému záveru dospel po vyšetrení navrhovateľky u posudkového lekára a zhodnotení odborných lekárskych nálezov - interné, prepúšťacia správa z NOU Bratislava, onkologické vyšetrenie, ortopedické, neurologické, ORL, denzitometrické, očné, gastroenterologické. Zdravotný stav navrhovateľky v správnom konaní posudzoval posudkový lekár sociálneho poistenia Sociálnej poisťovne, pobočky Nové Zámky, dňa 26. 08. 2015 podľa § 184 ods.1 zák. č. 461/2003 Z. z. a v súdnom konaní posudkový lekár sociálneho poistenia SP- ústredie Bratislava so sídlom v Nitre, dňa 09. 12. 2015. Posudkový lekár ústredia dospel k záveru, že u navrhovateľky sa jedná o zhubný nádor prsníka T1M0N0 po čiastočnej resekcii, dorzalgia s ľahkou občasnou radikulopathiou L4 vľavo, osteoporóza, ľahká percepčná porucha sluchu, funkčná dispepsia. Za rozhodujúce zdravotné postihnutie určil posudkový lekár zhubný nádor prsníka T1M0N0 po čiastočnej resekcii podľa kapt. XIII., položka 2, písm. a/ určil mieru 40 % a zvýšil mieru poklesu o 5 % za ďalšie zdravotné postihnutia navrhovateľky. Posudkový lekár vyšetril navrhovateľku, zohľadnil predloženú lekársku dokumentáciu a konštatoval, že navrhovateľka bola operovaná a následne ožiarená pre zhubný nádor prsníka v I. štádiu. Nález je stabilizovaný bez recidívy a metastáz. Nie je prítomný ani lymfedém na hornej končatine. Pre toto rozhodujúce zdravotné postihnutie prislúcha miera poklesu 40 %, čo predstavuje hornú hranicu rozpätia. Na ostatné zdravotné poruchy je základná miera navýšená o 5 % na výslednú mieru 45 %. Navrhovateľka môže vykonávať ľahšie práce s využitím kvalifikácie, bez väčšej fyzickej náročnosti a dvíhania bremien. P r e t o navrhovateľka je invalidná podľa § 71 ods.1 zákona č. 461/2003 Z. z. o sociálnom poistení, lebo pre dlhodobo nepriaznivý zdravotný stav má pokles schopností vykonávať zárobkovú činnosť o viac ako 40 % v porovnaní so zdravou fyzickou osobou. Miera schopnosti vykonávať zárobkovú činnosť u navrhovateľky je 45 % od 02. 09. 2015. Podľa § 71 ods. 1, poistenec je invalidný, ak pre dlhodobo nepriaznivý zdravotný stav, má pokles schopností vykonávať zárobkovú činnosť viac ako 40 % v porovnaní so zdravou fyzickou osobou. Podľa § 71 ods. 2, dlhodobo nepriaznivý zdravotný stav je taký zdravotný stav, ktorý spôsobuje pokles schopnosti vykonávať zárobkovú činnosť a ktorý má podľa poznatkov lekárskej vedy trvať dlhšie ako 1 rok. Podľa § 71 ods. 3, pokles schopnosti vykonávať zárobkovú činnosť sa posudzuje v porovnaní telesnej schopnosti, duševnej schopnosti a zmyslovej schopnosti poistenca s dlhodobo nepriaznivým zdravotným stavom a telesnej schopnosti, duševnej schopnosti a zmyslovej schopnosti zdravej fyzickej osoby. Pri posudzovaní poklesu schopností vykonávať zárobkovú činnosť sa neprihliada na zdravotné postihnutia, ktoré boli zohľadnené na nárok na invalidný, výsluhový dôchodok podľa osobitného predpisu. Podľa § 71 ods. 4, pokles schopnosti vykonávať zárobkovú činnosť sa posudzuje na základe a/ lekárskych správ a údajov zo zdravotnej dokumentácie zdravotníckeho zariadenia a zhodnotenia liečby s určením diagnostického záveru, stabilizácie ochorenia podľa ďalšieho vývoja 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 71 ods. 5, miera poklesu schopnosti vykonávať zárobkovú činnosť je uvedená v prílohe č. 4. Podľa § 71 ods. 6, miera poklesu schopnosti vykonávať zárobkovú činnosť v percentách sa určuje podľa druhu zdravotného postihnutia, ktoré je rozhodujúcou príčinou, dlhodobo nepriaznivého zdravotného stavu so zreteľom na závažnosť ostatných zdravotných postihnutí. Podľa § 71 ods. 7, jednotlivé percentuálne miery poklesu schopnosti vykonávať zárobkovú činnosť sa nespočítavajú. Podľa § 71 ods. 8, mieru poklesu schopnosti vykonávať zárobkovú činnosť možno zvýšiť nad hornú hranicu miery poklesu podľa druhu zdravotného postihnutia, ktoré je rozhodujúcou príčinou dlhodobo nepriaznivého zdravotného stavu, najviac o 10%, ak závažnosť ostatných zdravotných postihnutí ovplyvňuje pokles schopností vykonávať zárobkovú činnosť. Na určenie zvýšenia hodnoty sa vychádza z predchádzajúceho výkonu zárobkovej činnosti, dosiahnutého vzdelania, skúsenosti a schopnosti rekvalifikácie. Obdobne to platí ak pokles schopností vykonávať zárobkovú činnosť je dôsledkom viacerých zdravotných postihnutí podmieňujúcich dlhodobo nepriaznivý zdravotný stav. Podľa § 71 ods. 9, ak v prílohe č. 4 nie je uvedené zdravotné postihnutie, ktoré je príčinou dlhodobo nepriaznivého zdravotného stavu, určí sa miera poklesu schopnosti vykonávať zárobkovú činnosť v percentách podľa takého zdravotného postihnutia uvedeného v tejto prílohe, ktorá je z jeho funkčným dopadom najviac porovnateľná. Podľa § 71 ods. 10, dlhodobo nepriaznivý zdravotný stav na účely invalidity sa posúdi opätovne, ak sa predpokladá zmena vo vývoji zdravotného stavu a zmena schopnosti vykonávať zárobkovú činnosť. Nové skutočnosti, ktoré by pri doterajšom posudzovaní zdravotného stavu navrhovateľky neboli známe a zhodnotené a ktoré by prípadne odôvodňovali ďalšie doplnenie posudku súd nezistil. Posudkový lekár rozhodol po vlastnom vyšetrení zdravotného stavu navrhovateľky a posúdení odborných lekárskych nálezov z oblastí, na ktoré si navrhovateľka sťažuje a svoj posudok aj náležite zdôvodnil. V dôsledku zmeny v posudkovom závere posudkového lekára ústredia, ktorý opätovne posudzoval nárok navrhovateľky na invalidný dôchodok a uznal ju za invalidnú s mierou poklesu 45 % od 02. 09. 2015, od neurologického vyšetrenia. Odporkyňa rozhodnutím č. XXX XXX XXXX X zo dňa 08. 01. 2015 zrušila napadnuté rozhodnutie z 22. 09. 2015 a rozhodnutím č. XXX XXX XXXX 0 zo dňa 07. 01. 2016 priznala navrhovateľke invalidný dôchodok v sume 83,20 eur, zvýšený od 01. 01. 2016 na 84,20 eur. Invalidný dôchodok bol navrhovateľke priznaný podľa § 73 ods. 2 zákona o sociálnom poistení správne. Navrhovateľka voči výpočtu dôchodku nemala žiadne námietky. Vzhľadom na horeuvedené skutočnosti a citované zákonné ustanovenia dospel súd k záveru, že rozhodnutia odporkyne zo dňa 7. januára 2016 a 8. januára 2016 sú vecne správne, a preto ich podľa § 250q ods. 2 O. s. p. potvrdil. Krajský súd rozhodol o trovách konania tak, že navrhovateľke nepriznáva trovy konania, pretože nemala v konaní úspech. Poučenie: Proti tomuto rozsudku je možné podať odvolanie do 15 dní, odo dňa jeho doručenia, cestou podpísaného súdu, v dvoch vyhotoveniach. V odvolaní sa má popri všeobecných náležitostiach (§ 42 ods. 3) uviesť, proti ktorému rozhodnutiu smeruje, v akom rozsahu sa napáda, v čom sa toto rozhodnutie, alebo postup súdu považuje za nesprávny a čoho sa odvolateľ domáha.</w:t>
      </w:r>
    </w:p>
    <w:p/>
    <w:p>
      <w:r>
        <w:t>Zdroj: KAUZIS.SK – https://www.kauzis.sk/judikatura/r/ECLI:SK:KSNR:2016:4015201215.1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