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Nitra sp. zn. 23Sd/408/2015 z 7. 2. 2016</w:t>
      </w:r>
    </w:p>
    <w:p>
      <w:r>
        <w:t>Rozsudok Krajského súdu Nitra z 7. februára 2016, sp. zn. 23Sd/408/2015, ECLI:SK:KSNR:2016:4015201218.1</w:t>
      </w:r>
    </w:p>
    <w:p>
      <w:r>
        <w:t>Súd: Krajský súd Nitra</w:t>
      </w:r>
    </w:p>
    <w:p>
      <w:r>
        <w:t>Spisová značka: 23Sd/408/2015</w:t>
      </w:r>
    </w:p>
    <w:p>
      <w:r>
        <w:t>ECLI: ECLI:SK:KSNR:2016:4015201218.1</w:t>
      </w:r>
    </w:p>
    <w:p>
      <w:r>
        <w:t>Dátum vydania: 7.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23Sd/408/2015 Identifikačné číslo súdneho spisu: 4015201218 Dátum vydania rozhodnutia: 08. 02. 2016 Meno a priezvisko sudcu, VSÚ: JUDr. Dana Kálnayová ECLI: ECLI:SK:KSNR:2016:4015201218.1 ROZSUDOK V MENE SLOVENSKEJ REPUBLIKY Krajský súd v Nitre v právnej veci navrhovateľa: J. R., bytom S. XX, proti odporkyni: Sociálna poisťovňa - ústredie v Bratislave, Bratislava, Ul. 29. augusta 8, o invalidný dôchodok, samosudkyňou JUDr. Danou Kálnayovou, takto r o z h o d o l : Krajský súd p o t v r d z u j e rozhodnutie odporkyne č. XXX XXX XXXX X zo dňa 18.9.2015. Krajský súd nepriznáva navrhovateľovi náhradu trov konania. o d ô v o d n e n i e : Rozhodnutím odporkyne č. XXX XXX XXXX X zo dňa 18.9.2015, bola navrhovateľovi zamietnutá žiadosť o invalidný dôchodok, pretože podľa posudku posudkového lekára SP, pobočky Nitra, nie je invalidný podľa § 71 ods. 1 zákona č. 461/2003 Z. z. o sociálnom poistení, lebo pre dlhodobo nepriaznivý zdravotný stav, nemá pokles schopnosti vykonávať zárobkovú činnosť viac ako 40 % v porovnaní so zdravou fyzickou osobou. Miera poklesu je 30 %. Voči tomuto rozhodnutiu podal navrhovateľ včas návrh na preskúmanie rozhodnutia, v ktorom uviedol, že zdravotný stav sa zhoršil a bolesti pretrvávajú naďalej. Na pojednávaní dňa 08. 02. 2016 navrhovateľ trval na podanom návrhu v plnom rozsahu. Uviedol, že máva návaly do hlavy z chrbtice v dôsledku čoho sa mu zvyšoval tlak. Bol hospitalizovaný na neurológii aj na internom oddelení. Stále je v liečbe. Tlak z hlavy mu prešiel do uší, kde mu píska. Lieky mu nezaberajú, bol PN. Od 01. 02. 2016 ho zamestnávateľ prepustil zo zdravotných dôvodov, pretože pracoval vonku a túto prácu nemôže vykonávať. Zástupkyňa odporkyne na pojednávaní uviedla, že žiada potvrdiť rozhodnutie ako vecne správne, s poukazom na posudok posudkového lekára. Krajský súd preskúmal napadnuté rozhodnutie odporkyne v zmysle ustanovenia § 250 l ods. 1 a nasl. O. s. p. a dospel k záveru, že návrh nie je dôvodný. Zdravotný stav navrhovateľa bol znova posudzovaný posudkovým lekárom sociálneho poistenia Sociálnej poisťovne - ústredia so sídlom v Nitre, dňa 08. 12. 2015 so záverom, že navrhovateľ nie je invalidný podľa § 71 ods.1 zákona č. 461/2003 Z. z. o sociálnom poistení, lebo pre dlhodobo nepriaznivý zdravotný stav, nemá pokles schopností vykonávať zárobkovú činnosť o viac ako 40 % v porovnaní so zdravou fyzickou osobou. Miera poklesu schopnosti vykonávať zárobkovú činnosť je 30 %. K horeuvedenému záveru dospel po vyšetrení navrhovateľa u posudkového lekára a zhodnotení odborných lekárskych nálezov - interné, neurologické, ORL, nefrologické. Zdravotný stav navrhovateľa v správnom konaní posudzoval posudkový lekár sociálneho poistenia Sociálnej poisťovne, pobočky Nitra, dňa 31. 08. 2015, podľa § 184 ods.1 zák. č. 461/2003 Z. z. a v súdnom konaní posudkový lekár sociálneho poistenia SP- ústredie Bratislava so sídlom v Nitre, dňa 08. 12. 2015. Obaja posudkoví lekári dospeli k zhodnému záveru, že u navrhovateľa sa jedná o cervikalgiu, lumbalgiu bez radikulopathie, artériová hypertenzia I., hepatopathia - steatóza, tinitus aurium, obezita. Za rozhodujúce zdravotné postihnutie určil posudkový lekár cervikalgiu, lumbalgiu bez radikulopathie podľa kap. XV. odd. E položka 3 písm. b/. Po vyšetrení zdravotného stavu posudkovým lekárom, zohľadnení dostupnej lekárske dokumentácie konštatoval, že navrhovateľ trpí na bolesti krčnej a bedrovej chrbtice na podklade degeneratívnych zmien bez radikulopathie. Tomuto rozhodujúcemu zdravotnému postihnutiu prislúcha miera poklesu 30 %, čo je v hornom pásme rozpätia. Ostatné zdravotné poruchy nie sú posudkovo významné. Hypertenzia nie je dostatočne zdokumentovaná. Chýba podrobnejší interný nález. Obličky nie sú postihnuté. Šušťanie v ušiach vyžaduje občasné preliečenie. Miera poklesu je naďalej 30 % a nepodmieňuje uznanie invalidity. P r e t o navrhovateľ nie je invalidný podľa § 71 ods. 1 zákona č. 461/2003 Z. z. o sociálnom poistení, lebo pre dlhodobo nepriaznivý zdravotný stav, nemá pokles schopností vykonávať zárobkovú činnosť o viac ako 40 % v porovnaní so zdravou fyzickou osobou. Miera schopnosti vykonávať zárobkovú činnosť u navrhovateľa je 30 %. Podľa § 71 ods. 1, poistenec je invalidný, ak pre dlhodobo nepriaznivý zdravotný stav, má pokles schopností vykonávať zárobkovú činnosť viac ako 40% v porovnaní so zdravou fyzickou osobou. Podľa § 71 ods. 2, dlhodobo nepriaznivý zdravotný stav je taký zdravotný stav, ktorý spôsobuje pokles schopnosti vykonávať zárobkovú činnosť a ktorý má podľa poznatkov lekárskej vedy trvať dlhšie ako 1 rok. Podľa § 71 ods. 3, pokles schopnosti vykonávať zárobkovú činnosť sa posudzuje v porovnaní telesnej schopnosti, duševnej schopnosti a zmyslovej schopnosti poistenca s dlhodobo nepriaznivým zdravotným stavom a telesnej schopnosti, duševnej schopnosti a zmyslovej schopnosti zdravej fyzickej osoby. Pri posudzovaní poklesu schopností vykonávať zárobkovú činnosť sa neprihliada na zdravotné postihnutia, ktoré boli zohľadnené na nárok na invalidný, výsluhový dôchodok podľa osobitného predpisu. Podľa § 71 ods. 4, pokles schopnosti vykonávať zárobkovú činnosť sa posudzuje na základe a/ lekárskych správ a údajov zo zdravotnej dokumentácie zdravotníckeho zariadenia a zhodnotenia liečby s určením diagnostického záveru, stabilizácie ochorenia podľa ďalšieho vývoja a ďalšej liečby a b/ komplexných funkčných vyšetrení a ich záverov, pričom sa prihliada na zostávajúcu schopnosť vykonávať zárobkovú činnosť, zostávajúcu schopnosť prípravy na povolanie, možnosti poskytnutia pracovnej rehabilitácie alebo rekvalifikácie. Podľa § 71 ods. 5, miera poklesu schopnosti vykonávať zárobkovú činnosť je uvedená v prílohe č. 4. Podľa § 71 ods. 6, miera poklesu schopnosti vykonávať zárobkovú činnosť v percentách sa určuje podľa druhu zdravotného postihnutia, ktoré je rozhodujúcou príčinou, dlhodobo nepriaznivého zdravotného stavu so zreteľom na závažnosť ostatných zdravotných postihnutí. Podľa § 71 ods. 7, jednotlivé percentuálne miery poklesu schopnosti vykonávať zárobkovú činnosť sa nespočítavajú. Podľa § 71 ods. 8, mieru poklesu schopnosti vykonávať zárobkovú činnosť možno zvýšiť nad hornú hranicu miery poklesu podľa druhu zdravotného postihnutia, ktoré je rozhodujúcou príčinou dlhodobo nepriaznivého zdravotného stavu, najviac o 10%, ak závažnosť ostatných zdravotných postihnutí ovplyvňuje pokles schopností vykonávať zárobkovú činnosť. Na určenie zvýšenia hodnoty sa vychádza z predchádzajúceho výkonu zárobkovej činnosti, dosiahnutého vzdelania, skúsenosti a schopnosti rekvalifikácie. Obdobne to platí ak pokles schopností vykonávať zárobkovú činnosť je dôsledkom viacerých zdravotných postihnutí podmieňujúcich dlhodobo nepriaznivý zdravotný stav. Podľa § 71 ods. 9, ak v prílohe č. 4 nie je uvedené zdravotné postihnutie, ktoré je príčinou dlhodobo nepriaznivého zdravotného stavu, určí sa miera poklesu schopnosti vykonávať zárobkovú činnosť v percentách podľa takého zdravotného postihnutia uvedeného v tejto prílohe, ktorá je z jeho funkčným dopadom najviac porovnateľná. Podľa § 71 ods. 10, dlhodobo nepriaznivý zdravotný stav na účely invalidity sa posúdi opätovne, ak sa predpokladá zmena vo vývoji zdravotného stavu a zmena schopnosti vykonávať zárobkovú činnosť. Nové skutočnosti, ktoré by pri doterajšom posudzovaní zdravotného stavu navrhovateľa neboli známe a zhodnotené a ktoré by prípadne odôvodňovali ďalšie doplnenie posudku súd nezistil, a tieto ani nevyplývajú z vyjadrenia navrhovateľa na pojednávaní. Posudkový lekár rozhodol po vlastnom vyšetrení zdravotného stavu navrhovateľa a posúdení odborných lekárskych nálezov z oblastí, na ktoré si navrhovateľ sťažuje a svoj posudok aj náležite zdôvodnil. Posudkoví lekári sociálneho poistenia v konaní predchádzajúcom vydaniu napadnutého rozhodnutia ako aj v konaní o opravnom prostriedku na základe predložených odborných lekárskych nálezov a vlastného vyšetrenia vyhodnotili, že navrhovateľov zdravotný stav nie je zhoršený na úroveň invalidity, lebo má mieru poklesu schopnosti vykonávať zárobkovú činnosť 30 %, v porovnaní so zdravou fyzickou osobou. Navrhovateľ v konaní o opravnom prostriedku predloženými listinnými dôkazmi, najmä odbornými lekárskymi nálezmi, nepreukázal, že jeho zdravotný stav odôvodňuje vznik invalidity. Vzhľadom na horeuvedené skutočnosti a citované zákonné ustanovenia dospel súd k záveru, že napadnuté rozhodnutie odporkyne zo dňa 18.9.2015 je vecne správne, a preto ho podľa § 250q ods. 2 O. s. p. potvrdil. Krajský súd rozhodol o trovách konania tak, že navrhovateľovi nepriznáva trovy konania, pretože nemal v konaní úspech. Poučenie: Proti tomuto rozsudku je možné podať odvolanie do 15 dní, odo dňa jeho doručenia, cestou podpísaného súdu, v dvoch vyhotoveniach. V odvolaní sa má popri všeobecných náležitostiach (§ 42 ods.3) uviesť, proti ktorému rozhodnutiu smeruje, v akom rozsahu sa napáda, v čom sa toto rozhodnutie, alebo postup súdu považuje za nesprávne a čoho sa odvolateľ domáha.</w:t>
      </w:r>
    </w:p>
    <w:p/>
    <w:p>
      <w:r>
        <w:t>Zdroj: KAUZIS.SK – https://www.kauzis.sk/judikatura/r/ECLI:SK:KSNR:2016:4015201218.1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