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Nitra sp. zn. 19Sd/216/2015 z 18. 1. 2016</w:t>
      </w:r>
    </w:p>
    <w:p>
      <w:r>
        <w:t>Uznesenie Krajského súdu Nitra z 18. januára 2016, sp. zn. 19Sd/216/2015, ECLI:SK:KSNR:2016:4015201280.1</w:t>
      </w:r>
    </w:p>
    <w:p>
      <w:r>
        <w:t>Súd: Krajský súd Nitra</w:t>
      </w:r>
    </w:p>
    <w:p>
      <w:r>
        <w:t>Spisová značka: 19Sd/216/2015</w:t>
      </w:r>
    </w:p>
    <w:p>
      <w:r>
        <w:t>ECLI: ECLI:SK:KSNR:2016:4015201280.1</w:t>
      </w:r>
    </w:p>
    <w:p>
      <w:r>
        <w:t>Dátum vydania: 18. 1.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Nitra Spisová značka: 19Sd/216/2015 Identifikačné číslo súdneho spisu: 4015201280 Dátum vydania rozhodnutia: 19. 01. 2016 Meno a priezvisko sudcu, VSÚ: JUDr. Dana Kálnayová ECLI: ECLI:SK:KSNR:2016:4015201280.1 Uznesenie Krajský súd v Nitre v právnej veci navrhovateľa P. U., bytom K., K. XX, proti odporkyni Sociálnej poisťovni, ústredie Bratislava, Ul. 29. augusta 8, Bratislava, o starobný dôchodok, takto r o z h o d o l : Krajský súd konanie zastavuje. Krajský súd nepriznáva odporkyni náhradu trov konania. o d ô v o d n e n i e : Navrhovateľ podal návrh na preskúmanie rozhodnutia X. XXX XXX XXX-XX-XX-XX-Z. zo dňa XX. XX. XXXX. Súd skúmajúc podmienky konania podľa § 104 OSP ako aj ustanoveniu § 150m OSP zistil, že rozhodnutie, ktoré napáda navrhovateľ opravným prostriedkom, nespĺňa podmienky rozhodnutia správneho orgánu podľa § 209 zákona č. 461/2003 Z. z. o sociálnom poistení, nemá teda povahu rozhodnutia správneho orgánu o právach a povinnostiach fyzickej osoby v oblasti verejnej správy a nemôže byť preto predmetom preskúmavania v správnom súdnictve. Uvedený nedostatok je neodstrániteľnou prekážkou konania, ktorá je dôvodom na zastavenie konania podľa § 250d ods. 3 v spojení s § 104 ods. 1 OSP. Súd poukazuje na tú skutočnosť, že navrhovateľ sa domáha preskúmania toho istého likvidačného listu z 10. 05. 2006 už viacerými podaniami, ktoré prebiehajú na tunajšom súde. Prvé bolo podané na krajskom súde 02. 01. 2007 o 8.15 hodine, ktoré je zapísané pod č. 28S/1/2007, ktoré bolo uznesením Krajského súdu v Nitre zo dňa 04. 02. 2013 zastavené a rozhodnutie bolo uznesením Najvyššieho súdu SR č. 9So/43/2013-208 zo dňa 30. 07. 2013 potvrdené. Rozhodnutie nadobudlo právoplatnosť dňa 19. 09. 2013. Najvyšší súd SR uznesením 2Sdo/43/2013-225 zo dňa 29. 01. 2014 zastavil aj dovolacie konanie. Uznesenie nadobudlo právoplatnosť dňa 19. 02. 2014. Keďže vo veci 28S/1/2007 je už právoplatne rozhodnuté, nemôže sa prejednávať znova, jedná sa o neodstrániteľnú prekážku konania res judicata (§159 ods. 3), preto súd konanie podľa § 104 ods. 1 zastaví. Preto súd podľa § 104 ods. 1 OSP, ak ide o taký nedostatok podmienky konania, ktorý nie je možné odstrániť sa konanie zastaví. Krajský súd opätovne rozhodol vzhľadom na vyššie citované ustanovenia a skutkový stav tak, ako je uvedené vo výroku tohto uznesenia. O trovách konania súd rozhodol podľa § l46, ods. l, písm. c/ a § 246c OSP. Poučenie: Proti tomuto uzneseniu možno podať odvolanie do 15 dní, odo dňa jeho doručenia, cestou podpísaného súdu, v dvoch vyhotoveniach. V odvolaní sa má popri všeobecných náležitostiach (§ 42 ods. 3) uviesť, proti ktorému rozhodnutiu smeruje, v akom rozsahu sa napáda, v čom sa toto rozhodnutie, alebo postup súdu považuje za nesprávny a čoho sa odvolateľ domáha.</w:t>
      </w:r>
    </w:p>
    <w:p/>
    <w:p>
      <w:r>
        <w:t>Zdroj: KAUZIS.SK – https://www.kauzis.sk/judikatura/r/ECLI:SK:KSNR:2016:4015201280.1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