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23Sd/17/2016 z 26. 6. 2016</w:t>
      </w:r>
    </w:p>
    <w:p>
      <w:r>
        <w:t>Rozsudok Krajského súdu Nitra z 26. júna 2016, sp. zn. 23Sd/17/2016, ECLI:SK:KSNR:2016:4016200029.2</w:t>
      </w:r>
    </w:p>
    <w:p>
      <w:r>
        <w:t>Súd: Krajský súd Nitra</w:t>
      </w:r>
    </w:p>
    <w:p>
      <w:r>
        <w:t>Spisová značka: 23Sd/17/2016</w:t>
      </w:r>
    </w:p>
    <w:p>
      <w:r>
        <w:t>ECLI: ECLI:SK:KSNR:2016:4016200029.2</w:t>
      </w:r>
    </w:p>
    <w:p>
      <w:r>
        <w:t>Dátum vydania: 26. 6. 2016</w:t>
      </w:r>
    </w:p>
    <w:p>
      <w:r>
        <w:t>Forma: Rozsudok</w:t>
      </w:r>
    </w:p>
    <w:p>
      <w:r>
        <w:t>Oblasť práva: Správne právo</w:t>
      </w:r>
    </w:p>
    <w:p>
      <w:pPr>
        <w:pStyle w:val="Heading2"/>
      </w:pPr>
      <w:r>
        <w:t>Text rozhodnutia</w:t>
      </w:r>
    </w:p>
    <w:p>
      <w:r>
        <w:t>Súd: Krajský súd Nitra Spisová značka: 23Sd/17/2016 Identifikačné číslo súdneho spisu: 4016200029 Dátum vydania rozhodnutia: 27. 06. 2016 Meno a priezvisko sudcu, VSÚ: JUDr. Dana Kálnayová ECLI: ECLI:SK:KSNR:2016:4016200029.2 ROZSUDOK V MENE SLOVENSKEJ REPUBLIKY Krajský súd v Nitre v právnej veci navrhovateľky: S. T., bytom F. XXX, proti odporkyni: Sociálna poisťovňa - ústredie v Bratislave, Bratislava, Ul. 29. augusta 8, o invalidný dôchodok, samosudkyňou JUDr. Danou Kálnayovou, takto r o z h o d o l : Krajský súd p o t v r d z u j e rozhodnutie odporkyne č. XXX XXX XXXX 0 zo dňa 29.7.2015. Krajský súd navrhovateľke nepriznáva náhradu trov konania. o d ô v o d n e n i e : Rozhodnutím odporkyne č. XXX XXX XXXX 0 zo dňa 29.7.2015, bola navrhovateľke zamietnutá žiadosť o invalidný dôchodok, pretože posudku posudkového lekára SP, pobočky Nitra nie je invalidná podľa § 71 ods. 1 zákona č. 461/2003 Z. z. o sociálnom poistení, lebo pre dlhodobo nepriaznivý zdravotný stav nemá pokles schopnosti vykonávať zárobkovú činnosť o viac ako 40 %. Miera poklesu schopnosti vykonávať zárobkovú činnosť je 20 %. Voči tomuto rozhodnutiu podala navrhovateľka včas návrh na preskúmanie rozhodnutia, v ktorom uviedla, že posudkoví lekári nedostatočne zhodnotili jej zdravotný stav. Medzičasom sa zamestnala ako telefónna operátorka. Keďže sedí, bolesti sa jej stupňujú, musí meniť polohy, čo nie je možné. Pri práci jej tŕpne celá chrbtica aj ruky. Z krížov jej bolesti vystreľujú do nôh. Nie je schopná vykonávať riadne zamestnanie. Žiadala o opätovné posúdenie zdravotného stavu. Na pojednávaní dňa 07. 03. 2016 navrhovateľka ako účastníčka konania trvala na podanom návrhu. Uviedla, že nie je schopná vykonávať ani zametanie operátorky. Keď príde domov, musí oddychovať. Nie je schopná sa postarať o syna a vykonávať domáce práce. Bolia ju lakte, kolená, kĺby, v noci nespáva. Tŕpnu jej prsty. Predložila súdu nové lekárske nálezy. Zástupkyňa odporkyne žiadala napadnuté rozhodnutie potvrdiť, vzhľadom na závery posudkových lekárov ako aj doplnok posudku posudkového lekára.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Nitre, dňa 12. 01. 2015, so záverom, že navrhovateľka nie je invalidná podľa § 71 ods.1 zákona č. 461/2003 Z. z. o sociálnom poistení, lebo pre dlhodobo nepriaznivý zdravotný stav, má pokles schopností vykonávať zárobkovú činnosť o viac ako 40 % v porovnaní so zdravou fyzickou osobou. Miera poklesu schopnosti vykonávať zárobkovú činnosť je 20 %. K horeuvedenému záveru dospel po vyšetrení navrhovateľky u posudkového lekára a zhodnotení odborných lekárskych nálezov - interné, pľúcne, reumatologické, neurologické. Zdravotný stav navrhovateľky v správnom konaní posudzoval posudkový lekár sociálneho poistenia Sociálnej poisťovne, pobočky Nitra, dňa 14. 07. 2015, podľa § 184 ods.1 zák. č. 461/2003 Z. z. a v súdnom konaní posudkový lekár sociálneho poistenia SP- ústredie Bratislava so sídlom v Nitre, dňa 12. 01. 2016 a na žiadosť súdu dňa 07. 04. 2016. Posudkoví lekári ústredia dospeli k zhodnému záveru, že u navrhovateľky sa jedná o seronegatívnu spondyloartritídu, dorzalgiu bez radikulopathie, kĺbovú hypermobilitu, antrumgastritis. Za rozhodnutie zdravotné postihnutie určil posudkový lekár seronegatívnu spondyloartritídu podľa kapt. XV., odd. E, položka 7, písm. a/. Posudkový lekár vyšetril navrhovateľku, zohľadnil predložené lekárske nálezy a konštatoval, že navrhovateľka trpí na kombinovanú reumatologickú a neurologickú poruchu bedrovej chrbtice. Obe však nie sú závažné, reumatoidné poškodenie je seronegatívne, bez aktivity ochorenia. Vertebrogénne ťažkosti nevykazujú radikulopathiu ani iné závažné poškodenie bedrovej chrbtice. Pre toto rozhodujúce zdravotné postihnutie prislúcha miera poklesu 20 %, čo je vzhľadom na prejavy dolná hranica rozpätia. Pľúcne ani kardiologické vyšetrenie nezistilo závažné postihnutie pľúcnych ani srdcových funkcií. V súčasnosti zdravotný stav nepodmieňuje uznanie invalidity. Ochorenie žalúdka sa klinicky výrazne neprejavuje. P r e t o navrhovateľka nie je invalidná podľa § 71 ods. 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20 %.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nálezov a vlastného vyšetrenia vyhodnotili, že zdravotný stav navrhovateľky nie je zhoršený na úroveň invalidity, lebo má mieru poklesu schopnosti vykonávať zárobkovú činnosť 20 % v porovnaní so zdravou fyzickou osobou. Navrhovateľka v konaní o opravnom prostriedku nepreukázala listinnými dôkazmi, že jej zdravotný stav odôvodňuje vznik invalidity. Vzhľadom na horeuvedené skutočnosti a citované zákonné ustanovenia dospel súd k záveru, že napadnuté rozhodnutie odporkyne zo dňa 29. 07. 2015 je vecne správne, a preto ho podľa § 250q ods. 3 O. s. p. potvrdil. Krajský súd rozhodol o trovách konania tak, že navrhovateľke trovy konania nepriznal,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https://www.kauzis.sk/judikatura/r/ECLI:SK:KSNR:2016:4016200029.2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