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19Sd/23/2016 z 30. 5. 2016</w:t>
      </w:r>
    </w:p>
    <w:p>
      <w:r>
        <w:t>Uznesenie Krajského súdu Nitra z 30. mája 2016, sp. zn. 19Sd/23/2016, ECLI:SK:KSNR:2016:4016200119.2</w:t>
      </w:r>
    </w:p>
    <w:p>
      <w:r>
        <w:t>Súd: Krajský súd Nitra</w:t>
      </w:r>
    </w:p>
    <w:p>
      <w:r>
        <w:t>Spisová značka: 19Sd/23/2016</w:t>
      </w:r>
    </w:p>
    <w:p>
      <w:r>
        <w:t>ECLI: ECLI:SK:KSNR:2016:4016200119.2</w:t>
      </w:r>
    </w:p>
    <w:p>
      <w:r>
        <w:t>Dátum vydania: 30. 5. 2016</w:t>
      </w:r>
    </w:p>
    <w:p>
      <w:r>
        <w:t>Forma: Uznesenie</w:t>
      </w:r>
    </w:p>
    <w:p>
      <w:r>
        <w:t>Oblasť práva: Správne právo</w:t>
      </w:r>
    </w:p>
    <w:p>
      <w:pPr>
        <w:pStyle w:val="Heading2"/>
      </w:pPr>
      <w:r>
        <w:t>Text rozhodnutia</w:t>
      </w:r>
    </w:p>
    <w:p>
      <w:r>
        <w:t>Súd: Krajský súd Nitra Spisová značka: 19Sd/23/2016 Identifikačné číslo súdneho spisu: 4016200119 Dátum vydania rozhodnutia: 31. 05. 2016 Meno a priezvisko sudcu, VSÚ: JUDr. Marta Molnárová ECLI: ECLI:SK:KSNR:2016:4016200119.2 Uznesenie Krajský súd v Nitre v právnej veci navrhovateľky: N. N., T. XXXX/XX, Q., proti odporkyni: Sociálna poisťovňa - ústredie, ul. 29. augusta 8, Bratislava, o invalidný dôchodok, takto r o z h o d o l : Súd konanie z a s t a v u j e . Žiadnemu z účastníkov nepriznáva náhradu trov konania. o d ô v o d n e n i e : Navrhovateľka podala odvolanie proti rozhodnutiu odporkyne č. XXX XXX XXXX X zo dňa 19. 11. 2015, ktorým odporkyňa podľa § 70 zákona č. 461/2003 Z. z. o sociálnom poistení v znení neskorších predpisov zamietla jej žiadosť o invalidný dôchodok zo dňa 6. októbra 2015. V odvolaní uviedla, že žiada o prehodnotenie a posúdenie jej zdravotného stavu opätovne, nakoľko sa jej zdravotný stav výrazne zhoršil, čo jej bráni uplatniť sa na trhu práce. Odporkyňa dňa 20. 05. 2016 predložila krajskému súdu spisový materiál spolu s lekárskou správou zo dňa 16. 05. 2016 a odborný posudok o invalidite navrhovateľky, z ktorého súd zistil, že po preskúmaní dôvodov odvolania navrhovateľky, lekárskych správ a novo doložených vyšetrení (hematologické od 16. 03. - 18 .04. 2016 a psychiatrické zo dňa 04. 02. 2016) určil rozhodujúce zdravotné postihnutie: Trombocytopenická purpura podľa kapitoly II, položka 11, písm. b/ prílohy č. 4 k zsp so 45 % mierou poklesu schopnosti vykonávať zárobkovú činnosť s dátumom vzniku invalidity 16. 03. 2016. Podľa § 250l ods. 1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(ods. 2). Podľa § 250m ods. 1 O.s.p., konanie sa začína na návrh, ktorým je opravný prostriedok proti rozhodnutiu správneho orgánu. Podľa § 250o O.s.p., ak správny orgán, ktorého rozhodnutie súd preskúmava, vydá nové rozhodnutie, ktorým návrhu celkom vyhovie, súd uznesením konanie zastaví. V preskúmavanej veci súd zistil, že odporkyňa námietkam uplatnených v odvolaní vyhovela a určila dátum vzniku invalidity navrhovateľky dňom 16. 03. 2016 a mieru poklesu schopnosti vykonávať zárobkovú činnosť určila na 45 %, teda opravnému prostriedku bolo vyhovené v celom rozsahu a preto bolo potrebné rozhodnúť tak, ako je uvedené vo výroku uznesenia a konanie podľa § 250o O.s.p. zastaviť. O trovách konania súd rozhodol podľa ust. § 146 ods. 1, písm. c/ O.s.p. s použitím ust. § 250l ods. 2 O.s.p. tak, že žiadnemu z účastníkov konania nepriznal právo na náhradu trov konania, pretože konanie bolo zastavené. Poučenie: Proti tomuto uzneseniu je možné podať odvolanie do 15 dní odo dňa jeho doručenia na Najvyšší súd SR, cestou predpísaného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https://www.kauzis.sk/judikatura/r/ECLI:SK:KSNR:2016:4016200119.2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