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23Sd/100/2016 z 30. 3. 2016</w:t>
      </w:r>
    </w:p>
    <w:p>
      <w:r>
        <w:t>Uznesenie Krajského súdu Nitra z 30. marca 2016, sp. zn. 23Sd/100/2016, ECLI:SK:KSNR:2016:4016200210.2</w:t>
      </w:r>
    </w:p>
    <w:p>
      <w:r>
        <w:t>Súd: Krajský súd Nitra</w:t>
      </w:r>
    </w:p>
    <w:p>
      <w:r>
        <w:t>Spisová značka: 23Sd/100/2016</w:t>
      </w:r>
    </w:p>
    <w:p>
      <w:r>
        <w:t>ECLI: ECLI:SK:KSNR:2016:4016200210.2</w:t>
      </w:r>
    </w:p>
    <w:p>
      <w:r>
        <w:t>Dátum vydania: 30.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23Sd/100/2016 Identifikačné číslo súdneho spisu: 4016200210 Dátum vydania rozhodnutia: 31. 03. 2016 Meno a priezvisko sudcu, VSÚ: JUDr. Dana Kálnayová ECLI: ECLI:SK:KSNR:2016:4016200210.2 Uznesenie Krajský súd v Nitre v právnej veci navrhovateľa: N. K. K., Z., B. XX, proti odporkyni: Sociálna poisťovňa, ústredie v Bratislave, Bratislava, Ul. 29. augusta 8, o invalidný dôchodok, takto r o z h o d o l : Krajský súd konanie vo veci z a s t a v u j e . Žiaden z účastníkov nemá právo na náhradu trov konania. o d ô v o d n e n i e : Odporkyňa rozhodnutím č. XXX XXX XXXX X zo dňa 30. 11. 2015, navrhovateľke zamietla žiadosť o invalidný dôchodok, pretože podľa posudku posudkového lekára v Nových Zámkoch nie je invalidná podľa § 71 ods. 1 zákona č. 461/2003 Z. z. Navrhovateľka podala voči tomuto rozhodnutiu opravný prostriedok, v ktorom uviedla, že predkladá nové lekárske nálezy a žiadala o opätovné posúdenie zdravotného stavu. Prípisom zo dňa 23. 03. 2016 navrhovateľka vzala svoj návrh späť a žiadala konanie vo veci zastaviť, pretože súhlasí s rozhodnutím sociálnej poisťovne. Podľa § 96 ods. 1 veta druhá OSP a § 246c OSP, ak je návrh vzatý celkom späť, súd konanie zastaví. Podľa § 250h ods. 2 a § 250l ods. 2 OSP, až do rozhodnutia súdu môže navrhovateľ vziať návrh späť. Vzhľadom na vyššie uvedené skutočnosti a citované zákonné ustanovenia, rozhodol krajský súd tak, ako je uvedené vo výroku tohto rozhodnutia. O trovách konania súd rozhodol podľa § 146 ods. 1 písm. c/ a § 246c OSP. Poučenie: Proti tomuto uzneseniu možno podať odvolanie do 15 dní, odo dňa jeho doručenia, cestou podpísaného súdu, písomne, dvojmo. V odvolaní sa má popri všeobecných náležitostiach (§ 42 ods. 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https://www.kauzis.sk/judikatura/r/ECLI:SK:KSNR:2016:4016200210.2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