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23Sd/102/2016 z 26. 6. 2016</w:t>
      </w:r>
    </w:p>
    <w:p>
      <w:r>
        <w:t>Rozsudok Krajského súdu Nitra z 26. júna 2016, sp. zn. 23Sd/102/2016, ECLI:SK:KSNR:2016:4016200213.1</w:t>
      </w:r>
    </w:p>
    <w:p>
      <w:r>
        <w:t>Súd: Krajský súd Nitra</w:t>
      </w:r>
    </w:p>
    <w:p>
      <w:r>
        <w:t>Spisová značka: 23Sd/102/2016</w:t>
      </w:r>
    </w:p>
    <w:p>
      <w:r>
        <w:t>ECLI: ECLI:SK:KSNR:2016:4016200213.1</w:t>
      </w:r>
    </w:p>
    <w:p>
      <w:r>
        <w:t>Dátum vydania: 26. 6. 2016</w:t>
      </w:r>
    </w:p>
    <w:p>
      <w:r>
        <w:t>Forma: Rozsudok</w:t>
      </w:r>
    </w:p>
    <w:p>
      <w:r>
        <w:t>Oblasť práva: Správne právo</w:t>
      </w:r>
    </w:p>
    <w:p>
      <w:pPr>
        <w:pStyle w:val="Heading2"/>
      </w:pPr>
      <w:r>
        <w:t>Text rozhodnutia</w:t>
      </w:r>
    </w:p>
    <w:p>
      <w:r>
        <w:t>Súd: Krajský súd Nitra Spisová značka: 23Sd/102/2016 Identifikačné číslo súdneho spisu: 4016200213 Dátum vydania rozhodnutia: 27. 06. 2016 Meno a priezvisko sudcu, VSÚ: JUDr. Dana Kálnayová ECLI: ECLI:SK:KSNR:2016:4016200213.1 ROZSUDOK V MENE SLOVENSKEJ REPUBLIKY Krajský súd v Nitre v právnej veci navrhovateľa: Q. Q., bytom D. XXX, pošta K., proti odporkyni: Sociálna poisťovňa, ústredie v Bratislave, Ul. 29. augusta 8, Bratislava, o vyrovnávací príplatok, samosudkyňou JUDr. Danou Kálnayovou, takto r o z h o d o l : Krajský súd p o t v r d z u j e rozhodnutie odporkyne č. XXX XXX XXXX 0 zo dňa 13.2.2016. Krajský súd navrhovateľovi nepriznáva náhradu trov konania. o d ô v o d n e n i e : Rozhodnutím odporkyne č. XXX XXX XXXX 0 zo dňa 13.2.2016 podľa § 69b ods. 1 zákona č. 461/2003 Z. z. o sociálnom poistení v znení neskorších predpisov, bola zamietnutá žiadosť navrhovateľa o vyrovnávací príspevok. Podľa § 69b ods. 1 zákona č. 461/2003 Z. z., v znení zákona č. 140/2015 Z. z., môže vzniknúť nárok na vyrovnávací príplatok ak bol poistencovi priznaný starobný dôchodok podľa predpisov SR a ak a/ získal pred 01. 01. 1993 najmenej 25 rokov československého obdobia dôchodkového poistenia, za ktoré mu bol po 31. 12. 1992 priznaný starobný dôchodok podľa predpisov ČR, b/ získal od 01. 01. 1993 do 31. 12. 2003 najmenej 1 rok doby zamestnania, alebo náhradnej doby podľa zákona účinného do 31. 12. 2003, c/ ku dňu, od ktorého žiada o jeho priznanie má nárok na výplatu starobného dôchodku podľa predpisov ČR, d/ suma vyrovnávacieho príplatku, ktorá poistencovi patrí ku dňu, od ktorého žiada o jeho priznanie má kladnú hodnotu. Navrhovateľovi bol rozhodnutím č. XXX XXX XXXX zo dňa 02. 06. 2010 od 20. 04. 2010 priznaný predčasný starobný dôchodok podľa právnych predpisov SR. Poistenec, ktorému bol priznaný predčasný starobný dôchodok, nemá podľa § 69 zákona č. 461/2003 Z. z. v znení neskorších predpisov nárok na starobný dôchodok. Nemení na tom, ani skutočnosť, že predčasný starobný dôchodok je po dovŕšení dôchodkového veku starobným dôchodkom. Keďže navrhovateľovi bol priznaný predčasný starobný dôchodok a nie starobný dôchodok, nesplnil podmienku na vyrovnávací príplatok uvedený v ustanovení § 69b ods. 1 zákona č. 461/2003 Z. z. Navrhovateľ voči rozhodnutiu včas podal návrh na jeho preskúmanie, v ktorom uviedol, že odpracoval takmer 40 rokov a 73 dní. Teraz keď zostarol a ochorel musel ísť do predčasného starobného dôchodku, ktorý mu bol krátený o 12 %. Pred 2,5 rokom dostal mozgovú príhodu, celá pravá strana mu ochrnula. Je odkázaný na pomoc inej osoby. Odporkyňa vo svojom písomnom vyjadrení zo dňa 29. 03. 2016 žiadala napadnuté rozhodnutie ako vecne správne potvrdiť. Navrhovateľ je poberateľom predčasného starobného dôchodku od 20. 04. 2010. Nesplnil podmienku uvedenú v ustanovení § 69b ods. 1 zákona zsp. nebol mu priznaný starobný, a preto mu nevznikol nárok na vyrovnávací príspevok. Z dikcie ustanovenia § 69b ods. 1 zákona, v znení zákona č. 140/2015 Z. z. vyplýva, že nárok na vyrovnávací príplatok môže vzniknúť len poistencom, ktorým bol priznaný starobný dôchodok podľa predpisov SR, pretože ide o dorovnanie k starobnému dôchodku. Nárok na vyrovnávací príplatok nemá poistenec, ktorému bol priznaný predčasný starobný dôchodok, keďže ide o dva rôzne druhy dôchodkov a v zmysle § 69 ods. 1 zákona č. 310/2006 Z. z., poistenec, ktorému bol priznaný predčasný starobný dôchodok, nemá nárok na starobný dôchodok. Predčasný starobný dôchodok je podľa § 69a ods. 1, po dovŕšení dôchodkového veku starobný dôchodok. Navrhovateľ sa na pojednávanie nedostavil. Súd pojednával podľa § 101 ods. 2 OSP. Zástupkyňa odporkyne ako účastníčka konania na pojednávaní uviedla, že žiada napadnuté rozhodnutie potvrdiť a pridržiavala sa písomného vyjadrenia. Krajský súd preskúmal napadnuté rozhodnutie odporkyne podľa § 250l ods. 1 OSP a dospel k záveru, že návrh nie je dôvodný. Navrhovateľ je poberateľom predčasného starobného dôchodku, ktorý mu bol priznaný rozhodnutím zo dňa 02. 06. 2010 od 20. 04. 2010. Predčasný starobný dôchodok je podľa § 69a ods. 1, po dovŕšení dôchodkového veku starobný dôchodok. Z dikcie ustanovenia § 69b ods. 1 zákona, v znení zákona č. 140/2015 Z. z. vyplýva, že nárok na vyrovnávací príplatok môže vzniknúť len poistencom, ktorým bol priznaný starobný dôchodok podľa predpisov SR, pretože ide o dorovnanie k starobnému dôchodku. Nárok na vyrovnávací príplatok nemá poistenec, ktorému bol priznaný predčasný starobný dôchodok, keďže ide o dva rôzne druhy dôchodkov a v zmysle § 69 ods. 1 zákona č. 310/2006 Z. z., poistenec, ktorému bol priznaný predčasný starobný dôchodok, nemá nárok na starobný dôchodok. Vykonaným dokazovaním mal súd jednoznačne preukázané, že odporkyňa postupovala v zmysle zákonných ustanovení a v súlade s platnými právnymi predpismi, preto napadnuté rozhodnutie odporkyne zo dňa 13.2.2016 je vecne správne, a preto ho podľa § 250q ods. 3 OSP potvrdil. O trovách konania súd rozhodol tak, že navrhovateľke nepriznal náhradu trov konania, pretože nemala v konaní úspech. Poučenie: Proti tomuto rozhodnutiu možno podať odvolanie, v lehote 15 dní, odo dňa doručenia cestou podpísaného súdu, v dvoch vyhotoveniach.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https://www.kauzis.sk/judikatura/r/ECLI:SK:KSNR:2016:4016200213.1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