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23Sd/162/2016 z 10. 10. 2016</w:t>
      </w:r>
    </w:p>
    <w:p>
      <w:r>
        <w:t>Uznesenie Krajského súdu Nitra z 10. októbra 2016, sp. zn. 23Sd/162/2016, ECLI:SK:KSNR:2016:4016200364.2</w:t>
      </w:r>
    </w:p>
    <w:p>
      <w:r>
        <w:t>Súd: Krajský súd Nitra</w:t>
      </w:r>
    </w:p>
    <w:p>
      <w:r>
        <w:t>Spisová značka: 23Sd/162/2016</w:t>
      </w:r>
    </w:p>
    <w:p>
      <w:r>
        <w:t>ECLI: ECLI:SK:KSNR:2016:4016200364.2</w:t>
      </w:r>
    </w:p>
    <w:p>
      <w:r>
        <w:t>Dátum vydania: 10. 10.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23Sd/162/2016 Identifikačné číslo súdneho spisu: 4016200364 Dátum vydania rozhodnutia: 11. 10. 2016 Meno a priezvisko sudcu, VSÚ: JUDr. Dana Kálnayová ECLI: ECLI:SK:KSNR:2016:4016200364.2 Uznesenie Krajský súd v Nitre v právnej veci navrhovateľa: T. H., bytom R. XX, proti odporkyni: Sociálna poisťovňa, ústredie v Bratislave, Bratislava, Ul. 29. augusta 8, o zvýšenie invalidného dôchodku, takto r o z h o d o l : Krajský súd konanie vo veci z a s t a v u j e . Žiaden z účastníkov nemá právo na náhradu trov konania. o d ô v o d n e n i e : Odporkyňa rozhodnutím č. XXX XXX XXXX 0 zo dňa 25. 01. 2016, navrhovateľke zvýšila sumu invalidného dôchodku od 21. 10. 2015 na sumu 175,60 eur mesačne a od 01. 01. 2016 na sumu 176,60 eur mesačnej z dôvodu, že jej pokles schopnosti vykonávať zárobkovú činnosť od 21. 10. 2015 je 55 %. Navrhovateľka podala voči tomuto rozhodnutiu opravný prostriedok, v ktorom uviedla, že podľa jej názoru zdravotný stav nebol preskúmavaný posudkovou lekárkou náležite, pretože jej problémy s chrbticou v krížovej časti na ďalej pretrvávajú a vyhrocujú sa do silnej až pichľavej bolesti, ktorá vyžaruje do ľavej končatiny. Posudkový lekár ústredia so sídlom v Nitre, vzhľadom na nové lekárske nálezy, ktoré predložila navrhovateľka v súdnom konaní posúdil opätovne zdravotný stav dňa 05. 10. 2016 za prítomnosti navrhovateľky a uznal ju za invalidnú s mierou poklesu 75 % pre stav po opakovaných operáciách chrbtice pre diskopathiu L4-5 vľavo v máji 2015 a L5-S1 v auguste 2016 s pretrvávajúcou radikulopathiou L4-5 vľavo podľa kapt. XV., odd. E, položka 4, písm. c/ od 08. 08. 2016, od neurochirurgickej operácie, čím návrhu navrhovateľky v plnom rozsahu vyhovel. Podľa § 250o O. s. p., ak správny orgán, ktorého rozhodnutie súd preskúmava vydá nové rozhodnutie, ktorým návrhu celkom vyhovie, súd uznesením konanie zastaví. O trovách konania súd rozhodol podľa § 146 ods. 1 písm. c/ a § 246c O. s. p. Poučenie: Proti tomto uzneseniu možno podať odvolanie do 15 dní odo dňa jeho doručenia, cestou podpísaného súdu, v dvoch vyhotoveniach.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https://www.kauzis.sk/judikatura/r/ECLI:SK:KSNR:2016:4016200364.2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