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23Sd/164/2016 z 16. 10. 2016</w:t>
      </w:r>
    </w:p>
    <w:p>
      <w:r>
        <w:t>Rozsudok Krajského súdu Nitra z 16. októbra 2016, sp. zn. 23Sd/164/2016, ECLI:SK:KSNR:2016:4016200367.2</w:t>
      </w:r>
    </w:p>
    <w:p>
      <w:r>
        <w:t>Súd: Krajský súd Nitra</w:t>
      </w:r>
    </w:p>
    <w:p>
      <w:r>
        <w:t>Spisová značka: 23Sd/164/2016</w:t>
      </w:r>
    </w:p>
    <w:p>
      <w:r>
        <w:t>ECLI: ECLI:SK:KSNR:2016:4016200367.2</w:t>
      </w:r>
    </w:p>
    <w:p>
      <w:r>
        <w:t>Dátum vydania: 16. 10. 2016</w:t>
      </w:r>
    </w:p>
    <w:p>
      <w:r>
        <w:t>Forma: Rozsudok</w:t>
      </w:r>
    </w:p>
    <w:p>
      <w:r>
        <w:t>Oblasť práva: Správne právo</w:t>
      </w:r>
    </w:p>
    <w:p>
      <w:pPr>
        <w:pStyle w:val="Heading2"/>
      </w:pPr>
      <w:r>
        <w:t>Text rozhodnutia</w:t>
      </w:r>
    </w:p>
    <w:p>
      <w:r>
        <w:t>Súd: Krajský súd Nitra Spisová značka: 23Sd/164/2016 Identifikačné číslo súdneho spisu: 4016200367 Dátum vydania rozhodnutia: 17. 10. 2016 Meno a priezvisko sudcu, VSÚ: JUDr. Dana Kálnayová ECLI: ECLI:SK:KSNR:2016:4016200367.2 ROZSUDOK V MENE SLOVENSKEJ REPUBLIKY Krajský súd v Nitre v právnej veci navrhovateľky: H. W., bytom V., Z. V. XXXX, proti odporkyni: Sociálna poisťovňa - ústredie v Bratislave, Bratislava, Ul. 29. augusta 8, o invalidný dôchodok, sudkyňou JUDr. Danou Kálnayovou, takto r o z h o d o l : Krajský súd p o t v r d z u j e rozhodnutie odporkyne č. XXX XXX XXXX 0 zo dňa 15. 12. 2015. Krajský súd navrhovateľke nepriznáva náhradu trov konania. o d ô v o d n e n i e : Rozhodnutím odporkyne č. XXX XXX XXXX 0 zo dňa 15. 12. 2015, bol navrhovateľke odňatý invalidný dôchodok od 18. 05. 2013 podľa § 263 ods. 1, § 112 ods. 2 a 6 zákona č. 461/2003 Z. z. o sociálnom poistení a § 29 zákona č. 100/1988 Zb. o sociálnom zabezpečení, pretože podľa § 263 ods. 1 zákona č. 461/2003 Z. z., invalidný dôchodok a čiastočný invalidný dôchodok, ktoré boli priznané podľa predpisov účinných pred 01. 01. 2004 sa považujú po 31. 12. 2003 za invalidný dôchodok podľa tohto zákona v sume, v akej patrili k 31. 12. 2003. Nárok na invalidný dôchodok priznaný podľa predpisov účinných do 31. 12. 2003 navrhovateľke zanikol od 07. 03. 2013 z dôvodu, že podľa posudku posudkového lekára sociálneho poistenia v Komárne už nie je invalidná podľa § 29 ods. 3 zákona 100/1988 Zb. v znení neskorších predpisov. Voči rozhodnutiu navrhovateľka podala včas návrh na preskúmanie rozhodnutia, v ktorom uviedla, že posudkový lekár zrejme vychádzal z prvotných lekárskych záznamov z psychiatrického oddelenia a bol jej stanovený ľahký stupeň mentálnej retardácie. Nesúhlasí s týmto posúdením. Predkladá nový lekársky nález z neurologickej ambulancie, kde jej bol stanovený stredný stupeň mentálnej retardácie. Nevie z akého dôvodu bola preradená zo stredného stupňa mentálnej retardácie do ľahkého stupňa. Žiadala o opätovné posúdenie zdravotného stavu a priznanie invalidity. Na pojednávanie sa navrhovateľka nedostavila. Zástupkyňa odporkyne na pojednávaní uviedla, že žiada potvrdiť rozhodnutie ako vecne správne. Pridržiavala sa písomného vyjadrenia zo dňa 18. 04. 2016. Krajský súd preskúmal napadnuté rozhodnutie odporkyne v zmysle ustanovenia § 250 l ods. 1 a nasl. O. s. p. a dospel k záveru, že návrh nie je dôvodný. Zdravotný stav navrhovateľky bol znova posudzovaný posudkovým lekárom sociálneho poistenia Sociálnej poisťovne - ústredia so sídlom v Bratislave, dňa 13. 04. 2016, so záverom, že navrhovateľka nie je už invalidná podľa § 29 ods. 3 zákona č. 100/1988 Zb. v znení zákona NR SR č. 194/1994 Z. z. a zákona č. 107/1999 Z. z. na účely § 33 ods. 2 zákona č. 100/1988 Zb., lebo je schopná vykonávať sústavné zamestnanie aj bez potreby zabezpečenia celkom mimoriadnych podmienok. Navrhovateľka je invalidná podľa § 71 ods. 1 na účely § 70 ods. 2 zákona č. 461/2003 Z. z. o sociálnom poistení, lebo pre dlhodobo nepriaznivý zdravotný stav nemá pokles schopností vykonávať zárobkovú činnosť o viac ako 40 % v porovnaní so zdravou fyzickou osobou. Miera poklesu je 40 %. K horeuvedenému záveru dospel po vyšetrení navrhovateľky u posudkového lekára a zhodnotení odborných lekárskych nálezov - interné, psychiatrické, neurologické. Zdravotný stav navrhovateľky v správnom konaní posudzoval posudkový lekár sociálneho poistenia Sociálnej poisťovne, pobočky Komárno, dňa 12. 11. 2016, podľa § 184 ods. 1 zák. č. 461/2003 Z. z. a v súdnom konaní posudkový lekár sociálneho poistenia SP- ústredie Bratislava so sídlom v Bratislave, dňa 13. 04. 2016. Obaja posudkoví lekári dospeli k zhodnému záveru, že u navrhovateľky sa jedná o ľahkú duševnú zaostalosť, ktorú posudkový lekár určil aj za rozhodujúce zdravotné postihnutie podľa kapt. V., položka 6, písm. a/. Navrhovateľka sa k posudkovému lekárovi dostavila v sprievode manžela, hovorí údajne len po rómsky. Podľa manžela sa doma len hrá, rozpráva s deťmi len po rómsky, nevie sa údajne obliecť ani umyť, má 5 detí. Všetky porodila spontánne, bez komplikácií. Podstatné pre posúdenie sú závery z PO Nové Zámky, kde bola vyšetrená a pozorovaná z posudkových dôvodov, kde sa vedela aj obliecť, najesť aj primerane komunikovala, kde sa anamnesticky zistila návšteva školy, primnerané správanie sa u lekárov a pri komunikácii s nemocničným personálom, etc účelové informácie príbuzných aj účelové správanie sa v prítomnosti príbuzných. Pozorovanie i vyšetrenie bolo záverované ako mentálna retardácia ľahkého stupňa s minimálnou poruchou správania, simplexná osobnosť. Akceptuje posudková lekárka tieto závery a hodnotí ich v súlade s hodnotením predošlej komisie ako miera poklesu 40 %. Navrhovateľka bola v r. 2010 uznaná za invalidnú z mladosti. Po uznaní invalidity sa vydala. K valídnemu posúdeniu zdravotného stavu na účely KLP určenej na február 2013 bolo nutné absolvovať diagnostickú hospitalizáciu na psychiatrickom oddelení, s cieľom diferenciálno diagnostického doriešenia psychickej poruchy, správu nepredložila, posudkový lekár dňa 07. 03. 2013 odporúčal zastaviť výplatu dávky podmienenej invaliditou. Hospitalizáciu absolvovala až v auguste 2015. Detská zdravotná dokumentácia je bez zmienky o oneskorení psychomotorického vývinu dieťaťa v r. 2009 bola opakovanej psychologicky vyšetrená pre úradne účely so záverom stredná duševná zaostalosť bez možnosti realizácie valídnej psychodiagnostiky pre noncompliance. V r. 2013 opäť vyšetrená, kedy vyšetrenie bolo potrebné pre určenie nutnosti opatery pacientky, presný stupeň mentálnej retardácie nebolo možno stanoviť. Psychiatricky ambulantne primo vyšetrená v r. 2009 so záverom stredný stupeň duševnej zaostalosti. V júni 2015 hospitalizovaná na neurologickej klinike FNsP Nové Zámky ako stav po prekonanom bezvedomí typu epilepsie. Organický korelát nezistený. CT mozgu, EMG v norme, antiepileptiká neužíva. Od ukončenia hospitalizácie bez záchvatov. V auguste 2015 diagnostická psychiatrická hospitalizácia na psychiatrickom oddelení FNsP Nové Zámky, kde po komplexnom vyšetrení a observácií. Stav bol uzáverovaný ako ľahká duševná zaostalosť bez porúch správania, s výraznými rentovými tendenciami. Jedná sa o jednoznačné účelové tendencie, podnecované sociálnym a kultúrnym prostredím s cieľom udržať invaliditu. Uvedené skutočnosti a ako aj schopnosť študovať a získať vzdelanie na základnej škole, porodiť a vychovávať 5 maloletých detí s tým korelujúca adekvátna sociálna prispôsobivosť, posudkovo významnú mentálnu zaostalosť vylučujú. Preto navrhovateľka nie je už invalidná podľa § 29 ods. 3 písm. a/ zákona č. 100/1988 Zb. v znení zákona NR SR č. 194/1994 Z. z. a zákona č. 107/1999 Z. z. na účely § 33 ods. 2 zákona č. 100/1988 Zb. v znení neskorších predpisov, lebo je schopná vykonávať sústavné zamestnanie aj bez potreby zabezpečenia celkom mimoriadnych podmienok. Navrhovateľka nie je invalidná podľa § 71 ods. 1 na účely § 70 ods. 2 zákona č. 461/2003 Z. z. o sociálnom poistení, lebo pre dlhodobo nepriaznivý zdravotný stav nemá pokles schopností vykonávať zárobkovú činnosť o viac ako 40 % v porovnaní so zdravou fyzickou osobou. Miera poklesu je 40 %. Vznik nároku na invalidný dôchodok je podmienený dlhodobo nepriaznivým zdravotným stavom občana zhoršeným v rozsahu a s následkami predpokladanými v § 29 ods. 2 zák. č. 100/1988 Zb. v znení neskorších predpisov. Zhoršenie zdravotného stavu len na mieru čiastočnej invalidity zakladá nárok len na čiastočný invalidný dôchodok podľa § 37 zák. č. 100/1988 Zb. v znení noviel. Posúdenie miery zhoršenia zdravotného stavu vo vzťahu k pracovnej schopnosti, vyžaduje odborné lekárske znalosti a zákonom je zverené posudkovým komisiám sociálneho zabezpečenia (§ 118 zák. č. 100/1988 Zb.), a to aj pre účely súdneho konania (§ 14 písm. b/ zák. č. 543/90 Zb.). Podľa § 37, ods. 2, zák. č. 100/1988 Zb., občan je čiastočne invalidný, ak pre dlhodobo nepriaznivý zdravotný stav, jeho telesné a duševné schopnosti dosahujú polovicu schopností na výkon sústavného zamestnania u zdravých občanov, alebo ak je schopný vykonávať doterajšie, alebo iné sústavné zamestnanie, len za osobitne uľahčených pracovných podmienok, alebo má značne sťažené životné podmienky. Nové skutočnosti, ktoré by pri doterajšom posudzovaní zdravotného stavu navrhovateľky neboli známe a zhodnotené a ktoré by prípadne odôvodňovali ďalšie doplnenie posudku súd nezistil. Posudkový lekár rozhodol po vlastnom vyšetrení zdravotného stavu navrhovateľky a posúdení odborných lekárskych nálezov z oblastí, na ktoré si navrhovateľka sťažuje a svoj posudok aj náležite zdôvodnil. Vzhľadom na to, že bol navrhovateľke priznaný invalidný dôchodok podľa predpisov účinných pred 01. 01. 2004 na základe kontrolnej lekárskej prehliadky určenej na február 2013 bolo nutné absolvovať diagnostickú hospitalizáciu na psychiatrickom oddelení s cieľom doriešenia psychickej poruchy. Túto navrhovateľka neabsolvovala. Až v auguste 2015 absolvovala hospitalizáciu, kedy po komplexnom vyšetrení a observácií bol stav záverovaný ako ľahká duševná zaostalosť, bez porúch správania s výraznými rentovým tendenciami. Posudkoví lekári sociálneho poistenia v konaní predchádzajúcom vydaniu napadnutého rozhodnutia ako aj v konaní o opravnom prostriedku na základe predložených lekárskych nálezov a vlastného vyšetrenia vyhodnotili, že navrhovateľkin zdravotný stav nie je už zhoršený na úroveň invalidity, lebo má mieru poklesu schopnosti vykonávať zárobkovú činnosť 40 % v porovnaní so zdravou fyzickou osobou. Navrhovateľka v konaní o opravnom prostriedku predloženými listinnými dôkazmi nepreukázala, že jej zdravotný stav odôvodňuje naďalej ponechanie invalidity. Posudkový lekár sociálnej poisťovne ústredia vypracoval posudok, ktorý súd považuje za presvedčivý a dostatočný, ktorý v plnom rozsahu hodnotí komplexne zdravotný stav navrhovateľky. Obsahuje logické úsudky a dôvody, ktoré viedli k záverom o rozhodujúcom zdravotnom postihnutí a miere poklesu schopnosti vykonávať zárobkovú činnosť. V posudku boli uvedené konkrétne zistenia a závery týkajúce sa porovnania telesnej, duševnej a zmyslovej schopnosti posudzovanej osoby so schopnosťami zdravej fyzickej osoby. Vzhľadom na vyššie uvedené skutočnosti a citované zákonné ustanovenia dospel súd k záveru, že napadnuté rozhodnutie odporkyne zo dňa 15. 12. 2015 je vecne správne, a preto ho podľa § 250q ods. 3 O. s. p., potvrdil. Krajský súd rozhodol o trovách konania tak, že navrhovateľovi nepriznáva trovy konania, pretože nemal vo veci úspech. Poučenie: Proti tomuto rozsudku je možné podať odvolanie do 15 dní, odo dňa jeho doručenia, cestou podpísaného súdu, v dvoch vyhotoveniach. V odvolaní sa má popri všeobecných náležitostiach (§ 42 ods.3) uviesť, proti ktorému rozhodnutiu smeruje, v akom rozsahu sa napáda, v čom sa toto rozhodnutie, alebo postup súdu považuje za nesprávny a čoho sa odvolateľ domáha.</w:t>
      </w:r>
    </w:p>
    <w:p/>
    <w:p>
      <w:r>
        <w:t>Zdroj: KAUZIS.SK – https://www.kauzis.sk/judikatura/r/ECLI:SK:KSNR:2016:4016200367.2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