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23Sd/179/2016 z 27. 4. 2016</w:t>
      </w:r>
    </w:p>
    <w:p>
      <w:r>
        <w:t>Uznesenie Krajského súdu Nitra z 27. apríla 2016, sp. zn. 23Sd/179/2016, ECLI:SK:KSNR:2016:4016200399.1</w:t>
      </w:r>
    </w:p>
    <w:p>
      <w:r>
        <w:t>Súd: Krajský súd Nitra</w:t>
      </w:r>
    </w:p>
    <w:p>
      <w:r>
        <w:t>Spisová značka: 23Sd/179/2016</w:t>
      </w:r>
    </w:p>
    <w:p>
      <w:r>
        <w:t>ECLI: ECLI:SK:KSNR:2016:4016200399.1</w:t>
      </w:r>
    </w:p>
    <w:p>
      <w:r>
        <w:t>Dátum vydania: 27. 4. 2016</w:t>
      </w:r>
    </w:p>
    <w:p>
      <w:r>
        <w:t>Forma: Uznesenie</w:t>
      </w:r>
    </w:p>
    <w:p>
      <w:pPr>
        <w:pStyle w:val="Heading2"/>
      </w:pPr>
      <w:r>
        <w:t>Text rozhodnutia</w:t>
      </w:r>
    </w:p>
    <w:p>
      <w:r>
        <w:t>Súd: Krajský súd Nitra Spisová značka: 23Sd/179/2016 Identifikačné číslo súdneho spisu: 4016200399 Dátum vydania rozhodnutia: 28. 04. 2016 Meno a priezvisko sudcu, VSÚ: JUDr. Dana Kálnayová ECLI: ECLI:SK:KSNR:2016:4016200399.1 Uznesenie Krajský súd v Nitre v právnej veci navrhovateľa: H. X., bytom O., M. XXXX/XX, proti odporkyni: Sociálna poisťovňa, ústredie v Bratislave, Bratislava, Ul. 29. augusta 8, o dátum vzniku invalidity, takto r o z h o d o l : Krajský súd konanie vo veci z a s t a v u j e . Žiaden z účastníkov nemá právo na náhradu trov konania. o d ô v o d n e n i e : Odporkyňa rozhodnutím č. XXX XXX XXXX 0 zo dňa 10. 12. 2015, navrhovateľovi priznala invalidný dôchodok od 16. 09. 2015 v sume 339/80 eur mesačne s tým, že mu podľa § 263 ods. 5 od 16. 09. 2015 zaniká nárok na doteraz vyplácaný invalidný dôchodok v nižšej sume 334,10 eur. Navrhovateľ podal voči tomuto rozhodnutiu návrh na jeho preskúmanie, v ktorom uviedol, že žiada o kompletné prehodnotenie jeho invalidného dôchodku, pretože od 03. 03. 2003 do 03. 04. 2007 bol poberateľom čiastočného invalidného dôchodku, od 03. 04. 2007 mu bol priznaný invalidný dôchodok s mierou poklesu 75 % a od 16. 09. 2015 s mierou poklesu 80 %. Posudkový lekár v Bratislave dňa 21. 04. 2016 opätovne posúdil zdravotný stav navrhovateľa na základe predložených nových lekárskych nálezov a uznal navrhovateľa za invalidného podľa § 71 ods. 1 s mierou poklesu 80 % od 09. 03. 2010, čím návrhu navrhovateľa v plnom rozsahu vyhovel. Podľa § 250o O. s. p., ak správny orgán, ktorého rozhodnutie súd preskúmava vydá nové rozhodnutie, ktorým návrhu celkom vyhovie, súd uznesením konanie zastaví. Keďže odporkyňa vydala zmenové rozhodnutie, ktorý opravnom prostriedku vyhovela, súd rozhodol tak ako je uvedené vo výroku tohto uznesenia. O trovách konania súd rozhodol podľa § 146 ods. 1 písm. c/ a § 246c O. s. p. Poučenie: Proti tomto uzneseniu možno podať odvolanie do 15 dní odo dňa jeho doručenia, cestou podpísaného súdu, v dvoch vyhotoveniach.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https://www.kauzis.sk/judikatura/r/ECLI:SK:KSNR:2016:4016200399.1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