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19Sd/79/2016 z 7. 11. 2016</w:t>
      </w:r>
    </w:p>
    <w:p>
      <w:r>
        <w:t>Rozsudok Krajského súdu Nitra z 7. novembra 2016, sp. zn. 19Sd/79/2016, ECLI:SK:KSNR:2016:4016200560.2</w:t>
      </w:r>
    </w:p>
    <w:p>
      <w:r>
        <w:t>Súd: Krajský súd Nitra</w:t>
      </w:r>
    </w:p>
    <w:p>
      <w:r>
        <w:t>Spisová značka: 19Sd/79/2016</w:t>
      </w:r>
    </w:p>
    <w:p>
      <w:r>
        <w:t>ECLI: ECLI:SK:KSNR:2016:4016200560.2</w:t>
      </w:r>
    </w:p>
    <w:p>
      <w:r>
        <w:t>Dátum vydania: 7. 11. 2016</w:t>
      </w:r>
    </w:p>
    <w:p>
      <w:r>
        <w:t>Forma: Rozsudok</w:t>
      </w:r>
    </w:p>
    <w:p>
      <w:r>
        <w:t>Oblasť práva: Správne právo</w:t>
      </w:r>
    </w:p>
    <w:p>
      <w:pPr>
        <w:pStyle w:val="Heading2"/>
      </w:pPr>
      <w:r>
        <w:t>Text rozhodnutia</w:t>
      </w:r>
    </w:p>
    <w:p>
      <w:r>
        <w:t>Súd: Krajský súd Nitra Spisová značka: 19Sd/79/2016 Identifikačné číslo súdneho spisu: 4016200560 Dátum vydania rozhodnutia: 08. 11. 2016 Meno a priezvisko sudcu, VSÚ: JUDr. Eva Šišková ECLI: ECLI:SK:KSNR:2016:4016200560.2 ROZSUDOK V MENE SLOVENSKEJ REPUBLIKY Krajský súd v Nitre, samosudkyňou JUDr. Evou Šiškovou, v právnej veci navrhovateľky: P. U., F. XXX, K. proti odporkyni: Sociálna poisťovňa - ústredie, ul. 29. augusta 8, Bratislava, v konaní o invalidnom dôchodku, takto r o z h o d o l : Súd p o t v r d z u j e rozhodnutie odporkyne č. XXX XXX XXXX X zo dňa 02. 03. 2016. Navrhovateľke náhradu trov konania n e p r i z n á v a. o d ô v o d n e n i e : Odporkyňa rozhodnutím č. XXX XXX XXXX X zo dňa 02. 03. 2016 rozhodla podľa § 73 a § 112 ods. 4 zákona č. 461/2003 Z. z. o sociálnom poistení v znení neskorších predpisov o zamietnutí žiadosti navrhovateľky o zvýšenie invalidného dôchodku. V odôvodnení svojho rozhodnutia odporkyňa uviedla, že na základe žiadosti o zvýšenie invalidného dôchodku bolo trvanie invalidity navrhovateľky opätovne preskúmané posudkovým lekárom sociálneho poistenia Sociálnej poisťovne, pobočky Nitra s tým záverom, že je naďalej invalidná podľa § 71 ods. 1 zák. č. 461/2003 Z. z. a jej pokles schopnosti vykonávať zárobkovú činnosť podľa posudkového záveru posudkového lekára sociálneho poistenia je 45 %. Uviedla, že posúdenie zdravotného stavu navrhovateľky, ktorému zodpovedá percentuálne vyjadrenie miery poklesu schopnosti vykonávať zárobkovú činnosť, je obsahom pripojeného odborného posudku o invalidite zo dňa 22. 02. 2016, ktorý tvorí neoddeliteľnú súčasť odôvodnenia rozhodnutia a sú v ňom uvedené všetky rozhodujúce skutočnosti, ktoré boli podkladom na vyhotovenie posudkového záveru o tom, že je naďalej invalidná podľa § 71 ods. 1 zák. č. 461/2003 Z. z. o sociálnom poistení s rovnakou mierou poklesu schopnosti vykonávať zárobkovú činnosť ako pri predchádzajúcom posúdení jej zdravotného stavu. Proti tomuto rozhodnutiu odporkyne podala navrhovateľka v zákonom stanovenej lehote opravný prostriedok, v ktorom dôvody jeho podania bližšie neuviedla. Navrhovateľka, vypočutá ako účastníčka konania uviedla, že nesúhlasí s rozhodnutím odporkyne. V čase, kedy bola posudzovaná posudkovými lekármi sociálneho poistenia, už bola objednaná na vyšetrenie psychiatrovi, ktorého i ďalej navštevuje a v súčasnosti disponuje aj lekárskou správou od psychiatra. Má ďalšie nové vyšetrenia od ortopéda, ktorý jej zistil osteoporózu, ťahal jej vodu z kolena a dával jej injekcie. Domnievala sa, že pokiaľ budú tieto nové správy znovu vyhodnotené posudkovým lekárom, môže to mať vplyv na zistenie miery poklesu jej schopnosti vykonávať zárobkovú činnosť. Navrhovateľka i po prehodnotení nových lekárskych správ posudkovým lekárom ústredia zotrvala na svojom opravnom prostriedku, uviedla, že jej zdravotný stav sa stále zhoršuje. Zástupkyňa odporkyne nemala námietky na doplnenie dokazovania a opätovné posúdenie zdravotného stavu navrhovateľky. V závere poukázala na zhodné závery posudkových lekárov, najmä na poslednú lekársku správu zo dňa 11. 10. 2016, kedy bola stanovená miera poklesu schopnosti vykonávať zárobkovú činnosť u navrhovateľky naďalej na 45 %. Trvala na správnosti napadnutého rozhodnutia a žiadala ho ako vecne správne potvrdiť. Krajský súd preskúmal napadnuté rozhodnutie odporkyne podľa § 250l a nasl. OSP, oboznámil sa s obsahom posudkového spisového materiálu a dospel k záveru, že opravný prostriedok navrhovateľky podaný proti rozhodnutiu odporkyne nie je dôvodný. Zdravotný stav navrhovateľky v správnom konaní posudzovala posudková lekárka sociálneho poistenia Sociálnej poisťovne, pobočky v Nitre dňa 22. 02. 2016 a to na základe žiadosti navrhovateľky o zvýšenie invalidného dôchodku zo dňa 22. 02. 2016. Tá vykonala vlastné vyšetrenie navrhovateľky a oboznámila sa s predloženými výsledkami z odborných vyšetrení a to cievneho vyšetrenia zo dňa 30. 11. 2015 a reumatologického vyšetrenia zo dňa 08. 12. 2015 a dospela k záveru, že navrhovateľku uznáva za naďalej invalidnú s rovnakou mierou poklesu schopnosti vykonávať zárobkovú činnosť, ako pri poslednom posudzovaní jej zdravotného stavu. Rozhodujúcim zdravotným postihnutím odôvodňujúcim invaliditu je zdravotné postihnutie zaradené do kapitoly XV, oddiel A, položka 1, písmeno b/ - primárna generalizovaná osteoartróza, ktorej určila posudková lekárka sociálneho poistenia 35 %. Na ostatné ochorenia, ktoré nie sú rozhodujúcim zdravotným postihnutím, ale svojou podstatou ovplyvňujú funkčný stav organizmu, posudková lekárka navýšila percentuálnu mieru poklesu schopnosti vykonávať zárobkovú činnosť o 10 %. Výsledná miera poklesu schopnosti vykonávať zárobkovú činnosť je u navrhovateľky 45 %. Na základe podaného opravného prostriedku voči rozhodnutiu č. XXX XXX XXXX X zo dňa 02. 03. 2016 bol zdravotný stav navrhovateľky znovu posudzovaný posudkovým lekárom sociálneho poistenia Sociálnej poisťovne, ústredia dňa 09. 06. 2016. Posudkový lekár sociálneho poistenia, Sociálnej poisťovne ústredia opätovne posúdil zdravotný stav navrhovateľky, vykonal vlastné vyšetrenie a oboznámil sa so správami z odborných vyšetrení navrhovateľky to prepúšťacou správou z hospitalizácie - Klinika úrazovej chirurgie a ortopédie Fakultnej nemocnice Nitra, od 12. - 15. 06. 2014, správami z ortopedického vyšetrenia zo dňa 03. 06. 2016, reumatologického vyšetrenia zo dňa 08. 03. 2016 a cievneho vyšetrenia zo dňa 31. 05. 2016 a dospel k záveru, že navrhovateľku uznáva za naďalej invalidnú s rovnakou mierou poklesu schopnosti vykonávať zárobkovú činnosť, ako pri poslednom posudzovaní jej zdravotného stavu. Rozhodujúcim zdravotným postihnutím odôvodňujúcim invaliditu navrhovateľky je zdravotné postihnutie zaradené do kapitoly XV, oddiel A, položka 1., písm. b/ - artropathia ľavého kolena. Posudkový lekár určil mieru poklesu schopnosti vykonávať zárobkovú činnosť 35 %. Iným zdravotným postihnutiam priradil 10 % - stav po prekonanej trombóze na ľavom predkolení. Výsledná miera poklesu schopnosti vykonávať zárobkovú činnosť je u navrhovateľky 45 %. Z dôvodu, že navrhovateľka predložila na pojednávaní nové lekárske správy, bol požiadaný posudkový lekár o posúdenie, či nové lekárske správy predložené navrhovateľkou majú vplyv na určenie miery poklesu schopnosti vykonávať zárobkovú činnosť. Posudkový lekár sociálneho poistenia Sociálnej poisťovne - ústredia opätovne posúdil zdravotný stav navrhovateľky a vypracoval lekársku správu zo dňa 11. októbra 2016. Posudkový lekár posudzoval nové lekárske správy z ortopedického vyšetrenia zo dňa 11. 07. 2016, psychiatrického vyšetrenia zo dňa 04. 07. 2016, cievneho vyšetrenia zo dňa 28. 07. 2016 a 26. 08. 2016, scintigrafického vyšetrenia zo dňa 19. 08. 2016, interného vyšetrenia zo dňa 05. 09. 2016 a dodatočne predložené lekárske správy navrhovateľkou a to z ortopedického vyšetrenia zo dňa 03. 10. 2016, pľúcneho vyšetrenia zo dňa 12. 09. 2016, SONO brucha zo dňa 29. 07. 2016, ECHO KG zo dňa 21. 09. 2016 a reumatologického vyšetrenia zo dňa 16. 09. 2016 a dospel k záveru, že predložené lekárske nálezy nepotvrdili závažné zhoršenie zdravotného stavu navrhovateľky. Posudkový lekár určil mieru poklesu schopnosti vykonávať zárobkovú činnosť na 45 % s rovnakým záverom, ako pri predchádzajúcom posúdení navrhovateľky. Podľa § 492 ods. 1 zák. č. 162/2015 Z. z. (Správneho súdneho poriadku), účinného od 01. 07. 2016, konania podľa tretej hlavy piatej časti Občianskeho súdneho poriadku začaté predo dňom nadobudnutia účinnosti tohto zákona sa dokončia podľa doterajších predpisov. Podľa § 250l ods. 1, 2 Občianskeho súdneho poriadku účinného do 30. 06. 2016 (ďalej len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70 ods. 1 zák.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až 10 zák. č. 46/2003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je uvedená v prílohe č.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Dlhodobo nepriaznivý zdravotný stav na účely invalidity sa posúdi opätovne, ak sa predpokladá zmena vo vývoji zdravotného stavu a zmena schopnosti vykonávať zárobkovú činnosť. Súd na základe vykonaného dokazovania v súdnom preskúmavacom konaní dospel k záveru, že skutkové okolnosti týkajúce sa rozsahu zdravotného poškodenia navrhovateľky boli dostatočne ozrejmené príslušnými posudkovými lekármi sociálneho poistenia Sociálnej poisťovne, ktorí vo svojich posudkoch vyhodnotili zdravotné postihnutie navrhovateľky na základe lekárskych správ a odborných lekárskych vyšetrení. Posudkoví lekári v prvostupňovom i odvolacom konaní riadne posúdili zdravotný stav navrhovateľky, prihliadli na predložené lekárske nálezy a v intenciách zákona stanovili i mieru poklesu schopnosti vykonávať zárobkovú činnosť, čo i náležite zdôvodnili. Rozhodujúcou príčinou dlhodobo nepriaznivého zdravotného stavu navrhovateľky je zdravotné postihnutie zaradené do kapitoly XV, oddiel A, položka 1., písm. b/ artropathia ľavého kolena, ktoré jej podľa vyjadrenia lekárov spôsobujú obmedzenie hybnosti v kolene. V tejto súvislosti je potrebné uviesť, že pri určovaní miery poklesu schopnosti vykonávať zárobkovú činnosť možno vziať do úvahy iba rozhodujúce zdravotné postihnutie (u navrhovateľky artropathia ľavého kolena) a iné zdravotné postihnutie (u navrhovateľky stav po prekonanej trombóze na ľavom predkolení) určené lekárom a im zodpovedajúcu percentuálnu mieru poklesu schopnosti vykonávať zárobkovú činnosť. Ďalšie ochorenia nemožno vziať pri určovaní miery poklesu schopnosti vykonávať zárobkovú činnosť do úvahy, pretože jednotlivé percentuálne miery poklesu schopnosti vykonávať zárobkovú činnosť sa nesčítavajú. Navrhovateľka na pojednávaní súdu predložila nové lekárske nálezy, ktoré boli následne predmetom posúdenia posudkovým lekárom odporkyne, ktorý však nezistil, že by tieto potvrdili závažné zhoršenie zdravotného stavu navrhovateľky a tieto nepreukazovali objektívne zhoršenie jej zdravotného stavu navrhovateľky v porovnaní so zdravotným stavom, ktorý bol naposledy posúdený posudkovým lekárom dňa 09. 06. 2016. S poukazom na uvedené súd napadnuté rozhodnutie odporkyne podľa § 250q ods. 2 OSP potvrdil. Krajský súd náhradu trov konania v súlade s § 250k odsek 1 OSP s použitím § 250l odsek 2 OSP navrhovateľke nepriznal, pretože v konaní úspešná nebola a odporcovi podľa tohto ustanovenia právo na ich náhradu neprislúcha. Poučenie: Proti tomuto rozsudku je možné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https://www.kauzis.sk/judikatura/r/ECLI:SK:KSNR:2016:4016200560.2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