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19Sa/18/2016 z 24. 10. 2016</w:t>
      </w:r>
    </w:p>
    <w:p>
      <w:r>
        <w:t>Rozsudok Krajského súdu Nitra z 24. októbra 2016, sp. zn. 19Sa/18/2016, ECLI:SK:KSNR:2016:4016200733.2</w:t>
      </w:r>
    </w:p>
    <w:p>
      <w:r>
        <w:t>Súd: Krajský súd Nitra</w:t>
      </w:r>
    </w:p>
    <w:p>
      <w:r>
        <w:t>Spisová značka: 19Sa/18/2016</w:t>
      </w:r>
    </w:p>
    <w:p>
      <w:r>
        <w:t>ECLI: ECLI:SK:KSNR:2016:4016200733.2</w:t>
      </w:r>
    </w:p>
    <w:p>
      <w:r>
        <w:t>Dátum vydania: 24. 10. 2016</w:t>
      </w:r>
    </w:p>
    <w:p>
      <w:r>
        <w:t>Forma: Rozsudok</w:t>
      </w:r>
    </w:p>
    <w:p>
      <w:r>
        <w:t>Oblasť práva: Správne právo</w:t>
      </w:r>
    </w:p>
    <w:p>
      <w:pPr>
        <w:pStyle w:val="Heading2"/>
      </w:pPr>
      <w:r>
        <w:t>Text rozhodnutia</w:t>
      </w:r>
    </w:p>
    <w:p>
      <w:r>
        <w:t>Súd: Krajský súd Nitra Spisová značka: 19Sa/18/2016 Identifikačné číslo súdneho spisu: 4016200733 Dátum vydania rozhodnutia: 25. 10. 2016 Meno a priezvisko sudcu, VSÚ: JUDr. Eva Šišková ECLI: ECLI:SK:KSNR:2016:4016200733.2 ROZSUDOK V MENE SLOVENSKEJ REPUBLIKY Krajský súd v Nitre, samosudkyňou JUDr. Evou Šiškovou, v právnej veci navrhovateľky: Y. R., nar. XX. XX. XXXX, bytom D. XXXX/XX, H. proti odporkyni: Sociálna poisťovňa - ústredie, ul. 29. augusta 8, Bratislava, v konaní o invalidnom dôchodku, takto r o z h o d o l : Súd p o t v r d z u j e rozhodnutie odporkyne č. XXX XXX XXXX X zo dňa 28. 04. 2016. Navrhovateľke náhradu trov konania n e p r i z n á v a . o d ô v o d n e n i e : Odporkyňa rozhodnutím č. XXX XXX XXXX X zo dňa 28. 04. 2016 rozhodla podľa § 70 ods. 1 a § 71 a § 112 ods. 2 a 6 zákona č. 461/2003 Z. z. o sociálnom poistení v znení neskorších predpisov a odňala navrhovateľke invalidný dôchodok od 14. júna 2016. V odôvodnení svojho rozhodnutia odporkyňa uviedla, že podľa posudku posudkového lekára sociálneho poistenia pobočky Sociálnej poisťovne Nitra, nie je navrhovateľka od 21. marca 2016 invalidná podľa § 71 odsek 1 zákona č. 461/2003 Z. z., lebo pre dlhodobo nepriaznivý zdravotný stav nemá pokles schopnosti vykonávať zárobkovú činnosť o viac ako 40 %, v porovnaní so zdravou fyzickou osobou. Uviedla, že posúdenie zdravotného stavu navrhovateľky, ktorému zodpovedá percentuálne vyjadrenie miery poklesu schopnosti vykonávať zárobkovú činnosť, je obsahom pripojeného odborného posudku o invalidite zo dňa 21. 03. 2016, ktorý tvorí neoddeliteľnú súčasť odôvodnenia rozhodnutia a sú v ňom uvedené všetky rozhodujúce skutočnosti, ktoré boli podkladom na vyhotovenie posudkového záveru o tom, že nie je invalidná podľa § 71 ods. 1 zák. č. 461/2003 Z. z. o sociálnom poistení. Proti tomuto rozhodnutiu odporkyne podala navrhovateľka v zákonom stanovenej lehote opravný prostriedok, v ktorom uviedla, že je v liečbe gastroenterológa pre Dg. Celiakia, dermatitis herpetiliformis Duhring a okrem toho aj v liečbe endokrinológa pre Dg. Autoimúnna tyreoditída a v liečbe ortopéda pre scoliosis thoracalis. Uviedla, že nevládze odpracovať celú pracovnú zmenu a pre celoživotnú diétu má obmedzený výber prác. Žiadala zrušiť rozhodnutie odporkyne. Na pojednávaní navrhovateľka po príslušnom zákonnom poučení uviedla, že má problémy najmä s celiakiou, nebýva jej dobre, často ju preháňa a cíti búšenie srdca. Problémy má aj so štítnou žľazou, pričom bola na ňu aj operovaná, jedná sa o dlhodobý problém, avšak toho času je tento problém stabilizovaný. V súčasnej dobe má veľa záťaže, nielen ohľadne matky, ktorú opatruje, ale stará sa i o syna. Pridalo sa jej tŕpnutie na rukách, mala ísť na kontrolu na neurológiu, ale kvôli matke to nestihla. Okrem toho sa jej pridružili aj závrate, býva jej na odpadnutie, máva nízky tlak. Nové lekárske správy k dispozícií nemala. Odporkyňa sa pojednávania nezúčastnila, predvolanie mala riadne vykázané, svoju neúčasť ospravedlnila. Vo svojom písomnom vyjadrení zo dňa 18. 08. 2016 uviedla, že námietkam navrhovateľky uvedeným v opravnom prostriedku nie je možné vyhovieť. Poukázala na posudok posudkového lekára Sociálnej poisťovne, pobočka Nitra zo dňa 21. 03. 2016, v ktorom posudkový lekár stanovil u navrhovateľky mieru poklesu schopnosti vykonávať zárobkovú činnosť na 20 % v porovnaní so zdravou fyzickou osobou. Po podaní opravného prostriedku bola navrhovateľka posúdená i posudkovým lekárom ústredia dňa 11. 08. 2016, ktorý dospel k rovnakému záveru, ako posudkový lekár pobočky. Žiadal, aby súd napadnuté rozhodnutie odporkyne ako vecne správne potvrdil. Krajský súd preskúmal napadnuté rozhodnutie odporkyne podľa § 250l a nasl. OSP, oboznámil sa s obsahom posudkového spisového materiálu a dospel k záveru, že opravný prostriedok navrhovateľky podaný proti rozhodnutiu odporkyne nie je dôvodný. Zdravotný stav navrhovateľky v správnom konaní posudzoval posudkový lekár sociálneho poistenia Sociálnej poisťovne, pobočky v Nitre dňa 21. 03. 2016 a to na základe kontrolnej lekárskej prehliadky (ktorá bola určená na 03/2016), vykonal vlastné vyšetrenie navrhovateľky a oboznámil sa s predloženými výsledkami z odborných vyšetrení a to endokrinologického vyšetrenia zo dňa 03. 03. 2016, gastroenterologického vyšetrenia zo dňa 26. 11. 2015, neurologického vyšetrenia zo dňa 02. 12. 2015 a dospel k záveru, že navrhovateľka už nie je invalidná. Zároveň uviedol, že rozhodujúcim zdravotným postihnutím u navrhovateľky je zdravotné postihnutie zaradené do kapitoly X, oddiel C, položka 3, písmeno a/ - celiakia na diéte bez podstatných klinických prejavov. Posudkový lekár určil, že miera poklesu schopnosti vykonávať zárobkovú činnosť už nie je 45 %, ale je 20 %. (navrhovateľka bola uznaná za invalidnú od 14. 02. 2013) s tým, že dátum zmeny stupňa invalidity sa určuje na deň 21. 03. 2016. Na základe podaného opravného prostriedku voči rozhodnutiu odporkyne zo dňa 28. 04. 2016 bol zdravotný stav navrhovateľky znovu posudzovaný posudkovým lekárom sociálneho poistenia Sociálnej poisťovne, pobočky Nitra dňa 15. júna. 2016. Posudkový lekár opätovne posúdil zdravotný stav navrhovateľky, vykonal vlastné vyšetrenie a oboznámil sa so správami z odborných vyšetrení navrhovateľky a to endokrinologického vyšetrenia zo dňa 03. 03. 2016 a 13. 04. 2016, gastroenterologického vyšetrenia zo dňa 26. 11. 2015; 25. 04. 2016; 10. 06. 2016, neurologického vyšetrenia zo dňa 02. 12. 2015 a dospel k záveru že rozhodujúce zdravotné postihnutie navrhovateľky je zdravotné postihnutie zaradené do kapitoly X, oddiel C, položka 3, písmeno a/ - celiakia na diéte bez podstatných klinických prejavov. Posudkový lekár určil mieru poklesu schopnosti vykonávať zárobkovú činnosť na 20 % s tým, že dátum zmeny stupňa invalidity sa určuje na deň 21. 03. 2016. Rovnako na základe podaného opravného prostriedku proti rozhodnutiu odporkyne zo dňa 28. apríla 2016 bol zdravotný stav navrhovateľky opätovne posudzovaný aj posudkovým lekárom sociálneho poistenia Sociálnej poisťovne - ústredia dňa 11. augusta 2016. Posudkový lekár ústredia opätovne posúdil zdravotný stav navrhovateľky, vykonal vlastné vyšetrenie a oboznámil sa so správami z odborných vyšetrení navrhovateľky a to endokrinologického vyšetrenia zo dňa 21. 06. 2016, gastroenterologického vyšetrenia zo dňa 10. 06. 2016, neurologického vyšetrenia zo dňa 02. 12. 2015 a dospel k záveru že rozhodujúce zdravotné postihnutie navrhovateľky je zdravotné postihnutie zaradené do kapitoly X, oddiel C, položka 3, písmeno a/ - celiakia kompenzovaná. Posudkový lekár určil, že miera poklesu schopnosti vykonávať zárobkovú činnosť na 20 %. Podľa § 492 ods. 1 zák. č. 162/2015 Z. z. (Správny súdny poriadok), účinného od 01. 07. 2016, konania podľa tretej hlavy piatej časti Občianskeho súdneho poriadku začaté predo dňom nadobudnutia účinnosti tohto zákona sa dokončia podľa doterajších predpisov. Podľa § 250l ods. 1, 2 Občianskeho súdneho poriadku účinného do 30. 06. 2016 (ďalej len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70 ods. 1 zák. č. 461/2003 Z. 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až 10 zák. č. 46/2003 Z. z. o sociálnom poistení, v znení neskorších predpisov, poistenec je invalidný, ak pre dlhodobo nepriaznivý zdravotný stav má pokles schopnosti vykonávať zárobkovú činnosť o viac ako 40 % v porovnaní so zdravou fyzickou osobou. Dlhodobo nepriaznivý zdravotný stav je taký zdravotný stav, ktorý spôsobuje pokles schopnosti vykonávať zárobkovú činnosť a ktorý má podľa poznatkov lekárskej vedy trvať dlhšie ako jeden rok.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Miera poklesu schopnosti vykonávať zárobkovú činnosť je uvedená v prílohe č. 4. Miera poklesu schopnosti vykonávať zárobkovú činnosť v percentách sa určuje podľa druhu zdravotného postihnutia, ktoré je rozhodujúcou príčinou dlhodobo nepriaznivého zdravotného stavu, a so zreteľom na závažnosť ostatných zdravotných postihnutí. Jednotlivé percentuálne miery poklesu schopnosti vykonávať zárobkovú činnosť sa nesčítavajú. Mieru poklesu schopnosti vykonávať zárobkovú činnosť určenú podľa odseku 6 možno zvýšiť najviac o 10 %,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Ak v prílohe č. 4 nie je uvedené zdravotné postihnutie, ktoré je príčinou dlhodobo nepriaznivého zdravotného stavu, určí sa miera poklesu schopnosti vykonávať zárobkovú činnosť v percentách podľa takého zdravotného postihnutia uvedeného v tejto prílohe, ktoré je s jeho funkčným dopadom najviac porovnateľné. Dlhodobo nepriaznivý zdravotný stav na účely invalidity sa posúdi opätovne, ak sa predpokladá zmena vo vývoji zdravotného stavu a zmena schopnosti vykonávať zárobkovú činnosť. Súd na základe vykonaného dokazovania v súdnom preskúmavacom konaní dospel k záveru, že skutkové okolnosti týkajúce sa rozsahu zdravotného poškodenia navrhovateľky boli dostatočne ozrejmené príslušnými posudkovými lekármi sociálneho poistenia Sociálnej poisťovne, ktorí vo svojich posudkoch vyhodnotili zdravotné postihnutie navrhovateľky na základe lekárskych správ a odborných lekárskych vyšetrení. Posudkoví lekári v prvostupňovom i odvolacom konaní riadne posúdili zdravotný stav navrhovateľky, prihliadli na predložené lekárske nálezy a v intenciách zákona stanovili i mieru poklesu schopnosti vykonávať zárobkovú činnosť, čo i náležite zdôvodnili. Rozhodujúcou príčinou dlhodobo nepriaznivého zdravotného stavu navrhovateľky je zdravotné postihnutie navrhovateľky zaradené do kapitoly X, oddiel C, položka 3, písmeno a/, teda celiakia na diéte bez podstatných klinických prejavov (kompenzovaná celiakia). V tejto súvislosti je potrebné uviesť, že pri určovaní miery poklesu schopnosti vykonávať zárobkovú činnosť možno vziať do úvahy iba rozhodujúce zdravotné postihnutie (u navrhovateľky celiakia) a iné zdravotné postihnutie, ktoré u navrhovateľky nebolo zistené. Navyše aj prípadné ďalšie ochorenia nemožno vziať pri určovaní miery poklesu schopnosti vykonávať zárobkovú činnosť do úvahy, pretože jednotlivé percentuálne miery poklesu schopnosti vykonávať zárobkovú činnosť sa nesčítavajú. Navrhovateľka na pojednávaní súdu nepredložila žiadne nové lekárske nálezy, ktoré by objektívne preukazovali zhoršenie jej zdravotného stavu v porovnaní so zdravotným stavom, ktorý bol naposledy posúdený posudkovým lekárom odporkyne dňa 11. 08. 2016 a ani neuviedla, v čom bol nesprávne posúdený jej zdravotný stav, resp. ktoré jej ochorenie nebolo posúdené. S poukazom na uvedené súd napadnuté rozhodnutie odporkyne podľa § 250q ods. 2 OSP potvrdil. Krajský súd náhradu trov konania v súlade s § 250k odsek 1 OSP s použitím § 250l odsek 2 OSP navrhovateľke nepriznal, pretože v konaní úspešná nebola a odporcovi podľa tohto ustanovenia právo na ich náhradu neprislúcha. Poučenie: Proti tomuto rozsudku je možné podať odvolanie do 15 dní, odo dňa jeho doručenia na Krajský súd v Nitre, písomne v dvoch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https://www.kauzis.sk/judikatura/r/ECLI:SK:KSNR:2016:4016200733.2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