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26CoE/294/2016 z 29. 9. 2016</w:t>
      </w:r>
    </w:p>
    <w:p>
      <w:r>
        <w:t>Uznesenie Krajského súdu Nitra z 29. septembra 2016, sp. zn. 26CoE/294/2016, ECLI:SK:KSNR:2016:4214204635.1</w:t>
      </w:r>
    </w:p>
    <w:p>
      <w:r>
        <w:t>Súd: Krajský súd Nitra</w:t>
      </w:r>
    </w:p>
    <w:p>
      <w:r>
        <w:t>Spisová značka: 26CoE/294/2016</w:t>
      </w:r>
    </w:p>
    <w:p>
      <w:r>
        <w:t>ECLI: ECLI:SK:KSNR:2016:4214204635.1</w:t>
      </w:r>
    </w:p>
    <w:p>
      <w:r>
        <w:t>Dátum vydania: 29. 9. 2016</w:t>
      </w:r>
    </w:p>
    <w:p>
      <w:r>
        <w:t>Forma: Uznesenie</w:t>
      </w:r>
    </w:p>
    <w:p>
      <w:r>
        <w:t>Oblasť práva: Občianske právo</w:t>
      </w:r>
    </w:p>
    <w:p>
      <w:pPr>
        <w:pStyle w:val="Heading2"/>
      </w:pPr>
      <w:r>
        <w:t>Text rozhodnutia</w:t>
      </w:r>
    </w:p>
    <w:p>
      <w:r>
        <w:t>Súd: Krajský súd Nitra Spisová značka: 26CoE/294/2016 Identifikačné číslo súdneho spisu: 4214204635 Dátum vydania rozhodnutia: 30. 09. 2016 Meno a priezvisko sudcu, VSÚ: JUDr. Pavol Pilek ECLI: ECLI:SK:KSNR:2016:4214204635.1 Uznesenie Krajský súd v Nitre v senáte zloženom z predsedu senátu JUDr. Pavla Pileka a členov senátu JUDr. Romana Greguša a Mgr. Erika Németha v exekučnej veci oprávneného: POHOTOVOSŤ, s.r.o., so sídlom Pribinova 25, Bratislava, IČO: 35 807 598, zastúpený: Advocate s.r.o., so sídlom Pribinova 25, Bratislava, IČO: 36 865 141, proti povinnému: B. L., nar. XX.XX.XXXX, bytom A. XX, o vymoženie sumy 517,81 eura s príslušenstvom a trov exekúcie, o odvolaní oprávneného proti uzneseniu Okresného súdu Komárno č. k. 9Er/319/2014-19 zo dňa 21. augusta 2015, takto r o z h o d o l : Odvolací súd uznesenie Okresného súdu Komárno č. k. 9Er/319/2014-19 zo dňa 21. augusta 2015 p o t v r d z u j e . o d ô v o d n e n i e : 1. Napadnutým uznesením súd prvej inštancie zamietol žiadosť súdneho exekútora o udelenie poverenia na vykonanie exekúcie. 2. Svoje rozhodnutie súd prvej inštancie odôvodnil ustanoveniami § 44 ods. 2 zákona č. 233/1995 Z. z. o súdnych exekútoroch a exekučnej činnosti (ďalej len „Exekučný poriadok“), § 45 ods. 1 a 2 zákona č. 244/2002 Z. z. o rozhodcovskom konaní (ďalej len „zákon o rozhodcovskom konaní“), § 52 a nasl. Občianskeho zákonníka. 3. Súd prvej inštancie uviedol, že ak v určitej veci nedošlo k uzatvoreniu platnej rozhodcovskej zmluvy, nemohol spor prejednať rozhodcovský súd a vydať rozhodcovský rozsudok. Takto vydaný rozsudok nie je vykonateľný a nemôže byť ani exekučným titulom, pretože nie je spôsobilý byť podkladom na nútený výkon rozhodnutia. Pri preskúmavaní toho či je preložené rozhodnutie vykonateľným exekučným titulom sa súd zameral najmä na zistenie či bol predložený rozsudok vydaný orgánom s právomocou na jeho vydanie a či z hľadísk zakotvených v príslušných právnych predpisoch ide o rozhodnutie vykonateľné po formálnej a materiálnej stránke. S poukazom na uvedené skutočnosti súd zistil, že rozhodnutie predložené v tomto exekučnom konaní ako exekučný titul nespĺňa náležitosti vykonateľného rozhodnutia, pretože ho vydal orgán, ktorý nemal právomoc vo veci konať a rozhodovať. Vzhľadom na to je možné vychádzať z toho, že ak neexistuje rozhodcovský rozsudok, ktorý je spôsobilý byť exekučným titulom buď z hľadiska formálneho alebo z hľadiska materiálneho, exekúcia je neprípustná, čo je dôvod na zamietnutie žiadosti súdneho exekútora o udelenie poverenia na vykonanie exekúcie, a preto rozhodol tak ako je to uvedené vo výroku napadnutého uznesenia. 4. Proti tomuto uzneseniu podal oprávnený v zákonom stanovenej lehote odvolanie. 5. Namietal nesprávne právne posúdenie veci súdom prvej inštancie. Mal za to, že exekučný súd v prejednávanej veci prekročil rámec svojej preskúmavacej činnosti, ktorú mu zveril zákon č. 233/1995 Z. z. v znení neskorších predpisov a v jeho nadväznosti zákon č. 244/2002 Z. z. o rozhodcovskom konaní. Poukázal na ustanovenia § 44 ods. 2 Exekučného poriadku, ako aj na ustanovenia § 45 ods. 1 a 2 zákona č. 244/2002 Z. z. o rozhodcovskom konaní. Zdôraznil, že exekučný súd v konaní o vydanie poverenia na vykonávanie exekúcie z predložených podkladov posudzuje exekučný titul z formálnej a materiálnej stránky, pričom formálne preskúmavanie exekučného titulu sa obmedzuje na dodržanie všetkých formálnych náležitostí exekučného titulu tak ako ich vyžaduje § 34 zákona o rozhodcovskom konaní a preskúmavaním materiálnej stránky zisťuje súd, či sú splnené hmotnoprávne predpoklady exekučného titulu, ktorými sú dovolenosť, možnosť a súlad s dobrými mravmi. Poukázal na to, že exekučný súd v rámci preskúmavania exekučného titulu po materiálnej stránke, nemôže skúmať samotné rozhodcovské konanie, nakoľko ustanovenie, o ktoré sa opiera súd v napadnutom uznesení, upravuje podmienku zastavenia exekučného konania vo vzťahu k rozhodcovskému rozsudku a nie vo vzťahu k rozhodcovskému konaniu. Preto mal za to, že exekučný súd nemôže v rámci exekučného konania zaujímať právne stanoviská a úvahy k výroku samotného exekučného titulu. Podľa jeho názoru sa musí súd obmedziť len na také dôvody zastavenia exekúcie, ktoré majú povahu skutkovo zjavných dôvodov. Nemôže sa teda jednať o dôvody právneho posúdenia veci. V prípade, ak súd na zistený skutkový stav veci aplikoval ustanovenie § 45 ods. 2 spôsobom právneho posúdenia správnosti výroku rozhodcovského súdu, ukrátil tým strany exekučného konania práv, ktoré im priznáva zákon o rozhodcovskom konaní alebo OSP, a to hlavne právo na prejednanie veci pred príslušným súdom. Ďalej zdôraznil, že postupom súdu v tejto veci a jeho výkladom ustanovenia § 45 zákona o rozhodcovskom konaní dochádza k nahradzovaniu konania o žalobách o zrušenie rozhodcovských rozsudkov (podľa ust. § 40 cit. právneho predpisu) exekučným konaním, čo je v rozpore s obsahom a účelom zákona o rozhodcovskom konaní. K neúplnému zisteniu skutkového stavu veci súdom prvej inštancie uviedol, že oprávnený s povinným uzatvára rozhodcovskú zmluvu podľa § 3 a nasl. zákona č. 244/2002 Z. 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veci. V zmysle čl. 2 zmluvy je následne daná právomoc Stáleho rozhodcovského súdu rozhodnúť spor medzi stranami, pričom Stály rozhodcovský súd postupuje v súlade so zákonom č. 244/2002 Z. z. o rozhodcovskom konaní ako aj v zmysle svojho Rokovacieho poriadku. Zmluvné strany sa v zmysle článku 2 ods. 2, druhá veta dohodli, že pokiaľ ktorákoľvek zo zmluvných strán podá žalobu o rozhodnutie akéhokoľvek sporu, ktorý vznikne z právnych vzťahov uvedených v bode 1 článku zmluvy vrátane sporu o platnosť, výklad alebo zrušenie zmluvy o úvere na všeobecnom súde, považuje sa táto skutočnosť za rozväzovaciu podmienku rozhodcovskej zmluvy. Vo veci námietky konajúceho súdu ohľadom znemožnenia voľby spotrebiteľa dosiahnuť rozhodovanie sporu pred štátnym súdom v súvislosti s ustanovením § 53 ods. 4 písm. r) Občianskeho zákonníka, poukázal na odôvodnenie zákonodarcov, v zmysle ktorého je cieľom tejto úpravy umožniť spotrebiteľovi rozhodnúť sa, kde uplatnia svoje práva. V danej veci teda konajúci súd konal nad rámec zákonných ustanovení. 6. Vzhľadom na vyššie uvedené skutočnosti navrhol napadnuté uznesenie súdu prvej inštancie zrušiť a vec mu vrátiť na ďalšie konanie. 7. Krajský súd v Nitre ako súd odvolací (§ 34 zákona č. 160/2015 Z. z. Civilný sporový poriadok - ďalej len „CSP“), preskúmal napadnuté uznesenie súdu prvej inštancie ako aj postup súdu, ktorý mu predchádzal v medziach podaného odvolania (§ 379, § 380 CSP) a zistil, že odvolanie oprávneného nie je dôvodné. Rozhodol tak bez nariadenia pojednávania podľa § 385 CSP. 8. Z obsahu spisu odvolací súd zistil, že exekučné konanie sa začalo dňa 03.02.2014, kedy bola pred súdnym exekútorom spísaná zápisnica o návrhu oprávneného na vykonanie exekúcie. Súdny exekútor písomným podaním, ktoré bolo súdu prvej inštancie doručené dňa 10.03.2014 požiadal o udelenie poverenia na vykonanie exekúcie na podklade vykonateľného rozhodnutia - rozhodcovského rozsudku sp. zn. SR 00950/13 zo dňa 31.07.2013. Následne súd prvej inštancie obsadený vyšším súdnym úradníkom rozhodol napadnutým uznesením. 9. Podľa § 44 ods. 2 zákona č. 233/1995 Z. z. o súdnych exekútoroch a exekučnej činnosti v znení účinnom do 31.12.2014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Podľa § 243d ods. 2 Exekučného poriadku, na exekučné konania začaté v súlade s odsekom 1 alebo vedené na podklade rozhodcovského rozhodnutia vydaného v rozhodcovskom konaní, ktorého predmetom je spor spĺňajúci podmienky podľa osobitného predpisu,4ead) a ktoré neboli ukončené k 1. januáru 2015, sa použijú predpisy účinné do 31. decembra 2014. 11. Podľa § 387 ods. 1 CSP, odvolací súd rozhodnutie súdu prvej inštancie potvrdí, ak je vo výroku vecne správne. 12. Podľa § 470 ods. 1 CSP, ak nie je ustanovené inak, platí tento zákon aj na konania začaté predo dňom nadobudnutia jeho účinnosti. 13. Odvolací súd uvádza, že spotrebiteľská zmluva je v našom právnom poriadku definovaná v § 52 Občianskeho zákonníka ako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Tieto zmluvy sú spravidla vopred pripravené na formulároch a nie je vytvorený priestor na dojednávanie obsahu tejto zmluvy alebo jej zmeny. Medzi účastníkmi sa jedná o spotrebiteľský právny vzťah, na ktorý je potrebné aplikovať ustanovenia o spotrebiteľskom práve. 14. Z predloženej zmluvy o úvere totiž vyplýva, že oprávnený vystupuje ako veriteľ, pričom medzi predmety jeho činnosti patrí aj poskytovanie úverov, teda oprávnený pri uzatváraní zmluvy konal v rámci predmetu svojej podnikateľskej činnosti a považuje sa za dodávateľa. Povinný uzatváral zmluvu aj ako fyzická osoba s uvedením rodného čísla ako aj identifikačného čísla. Za spotrebiteľa sa v zmysle ustanovenia § 52 ods. 4 OZ považuje fyzická osoba, ktorá pri uzatváraní a plnení spotrebiteľskej zmluvy nekoná v rámci predmetu svojej obchodnej činnosti alebo inej podnikateľskej činnosti. Odvolací súd preskúmal zmluvu o úvere a uvádza, že vo vzťahu k účelu poskytnutia úveru existujú pochybnosti o tom, či naozaj bol úver poskytnutý na účel podnikania, nakoľko tento nebol žiadnym spôsobom zo strany oprávneného preukázaný. Preto odvolací súd poukazuje na to, že v tomto smere je potrebné aplikovať ustanovenie § 54 ods. 2 OZ, v zmysle ktorého v pochybnostiach o obsahu spotrebiteľských zmlúv platí výklad, ktorý je pre spotrebiteľa priaznivejší. Ide o základné výkladové pravidlo, podľa ktorého v prípade vzniku pochybností, bude platiť priaznivejší výklad obsahu zmluvy v prospech spotrebiteľa. Priaznivejším výkladom zmluvy je v tomto prípade to, že účel poskytnutia úveru bol vyjadrením cieľa oprávneného vyhnúť sa predpisom chrániacich spotrebiteľa. Preto je možné konštatovať, že povinný je spotrebiteľom podľa § 52 ods. 4 Občianskeho zákonníka. Taktiež je potrebné zdôrazniť aj tú skutočnosť, že v tomto prípade bola zmluva o úvere vopred pripravená oprávneným pre veľký počet spotrebiteľov, z čoho vyplýva, že povinný nemohol ovplyvniť jej obsah a zmluvné dojednania, ide teda o štandardnú spotrebiteľskú zmluvu, ktorú možno označiť aj ako formulárovú. Odvolací súd konštatuje, že nakoľko účel poskytnutia úveru na výkon podnikania nebol preukázaný, možno ho považovať aj za obchádzanie právnej úpravy ochrany spotrebiteľa. 15. Ustanovenia § 52 a nasl. Občianskeho zákonníka sa vzťahujú práve na taký druh zmlúv, pri ktorých spotrebiteľ nemal možnosť ovplyvniť ich obsah. Ide o osobitnú ochranu v rámci ochrany spotrebiteľa, pričom zákon v § 53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povinný nemohol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16. Odvolací súd v tomto smere poukazuje na ustanovenie § 44 ods. 2 Exekučného poriadku.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17. Uvedené závery sú v súlade aj s uznesením Najvyššieho súdu Slovenskej republiky z 13. októbra 2011 sp. zn. 3 Cdo 146/2011, v ktorom je uvedené, že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18. Odvolací súd z exekučného titulu - rozhodcovského rozsudku sp. zn. SR 00950/13 zo dňa 31.07.2013 založeného v súdnom spise na č. l. 4 zistil, že rozhodcovský súd v ňom konštatuje, že svoju právomoc odvodil od rozhodcovskej zmluvy. 19. Odvolací súd ďalej z obsahu súdneho spisu zistil, že podkladom na vydanie exekučného titulu bola práve Zmluva o úvere zo dňa 05.06.2012 č. 409100662. Súčasne je v súdnom spise založená aj predmetná rozhodcovská zmluva na č. l. 9, z ktorej vyplýva, že je uzavretá medzi oprávneným a povinným dňa 05.06.2012. 20. Odvolací súd preto konštatuje, že súd prvej inštancie v zmysle § 44 ods. 2 Exekučného poriadku správne preskúmal nielen žiadosť o udelenie poverenia na vykonanie exekúcie, návrh na vykonanie exekúcie, exekučný titul, ale aj zmluvu o úvere č. 409100662 zo dňa 05.06.2012 a rozhodcovskú zmluvu zo dňa 05.06.2012.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21. Odvolací súd v zmysle vyššie uvedeného dospel k záveru, že rozhodcovská zmluva je neplatná, pričom bol toho názoru, že rozhodcovskú zmluvu je potrebné posúdiť ako absolútne neplatnú zmluvu podľa § 39 Občianskeho zákonníka. V zmysle tohto ustanovenia § 39 Občianskeho zákonníka, neplatný je právny úkon, ktorý svojím obsahom alebo účelom odporuje zákonu alebo ho obchádza alebo sa prieči dobrým mravom. Odvolací súd má za to, že rozhodcovská zmluva celkom zjavne svojím obsahom a účelom sa prieči dobrým mravom. Rozpor s dobrými mravmi videl najmä v tom, že táto zmluva nebola so spotrebiteľom individuálne dojednaná a celkom zjavne nemal spotrebiteľ reálnu možnosť obsah predloženej formulárovej zmluvy ovplyvniť, resp. niektoré zo zmluvných dojednaní vylúčiť. Keďže spotrebiteľ nemal možnosť tento výber ovplyvniť, bol pre vybraný rozhodcovský súd zdrojom príjmov, a preto bola namieste obava, do akej miery je potom takéto rozhodcovské konanie objektívne, čo sa jednoznačne objavilo aj v nedostatočnej ochrane spotrebiteľa a priznaní práv, na ktoré oprávnený v zmysle spotrebiteľských predpisov nemal nárok. Rozpor s dobrými mravmi videl odvolací súd aj v okamihu, kedy došlo k podpísaniu rozhodcovskej zmluvy, nakoľko v čase podpisu ešte žiadna pohľadávka neexistovala a spotrebiteľ sa zameriaval na získanie finančných prostriedkov, na získanie ktorých mu bolo oprávneným predložených niekoľko listín a medzi nimi aj rozhodcovská zmluva. 22. V tomto prípade predmetná rozhodcovská zmluva je samostatná zmluva uzatvorená podľa zákona č. 244/2002 Z. z. o rozhodcovskom konaní, podpísaná oboma zmluvnými stranami. Ustanovenie § 4 ods. 1 citovaného zákona upravuje formu rozhodcovskej zmluvy. Rozhodcovská zmluva môže mať formu osobitnej zmluvy alebo formu rozhodcovskej doložky k zmluve. Jedná o formu osobitnej zmluvy a nie rozhodcovskej doložky. V tomto smere odvolací súd dáva do pozornosti aj skutočnosť, že už viackrát bolo judikované, že rozhodcovská doložka (v rovnakom znení ako je obsah v rozhodcovskej zmluve) je neprijateľnou zmluvnou podmienkou, nakoľko spôsobuje nerovnováhu v právach a povinnostiach zmluvných strán v neprospech spotrebiteľa. Pokiaľ teda právomoc rozhodcovského súdu bola založená na absolútne neplatnej zmluve, je nesporné, že rozhodcovský rozsudok ako celok bol vydaný v rozpore so zákonom a nemôže byť spôsobilým exekučným titulom. 23. Preto celý postup od rozhodcovskej zmluvy až po rozhodcovský rozsudok je prejavom zneužitia práv oprávneného, ktorý si vlastne takýmto postupom zaobstaral ekvivalent rozsudku súdu takmer na akékoľvek plnenie zo zmluvy. Výkon práv oprávneného - dodávateľa podľa predmetnej rozhodcovskej zmluvy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zmluvu) ani nemal byť vydaný, nakoľko rozhodcovský súd nemal ani právomoc rozhodovať spor účastníkov konania. Súd prvej inštancie preto správne zamietol žiadosť súdneho exekútora o udelenie poverenia na vykonanie exekúcie ako celok. 24. V závere odvolací súd poukazuje na skutočnosť, že súd prvej inštancie bol oprávnený takto rozhodnúť aj bez nariadenia pojednávania, nakoľko po podaní žiadosti súdneho exekútora o udelenie poverenia na vykonanie exekúcie súd preskúma žiadosť o udelenie poverenia, návrh na vykonanie exekúcie a exekučný titul z hľadiska ich súladu so zákonom. Pritom medziiným skúma, či návrh na vykonanie exekúcie má všetky náležitosti, či je k nemu pripojený exekučný titul opatrený potvrdením (doložkou) o vykonateľnosti, či je exekučný titul materiálne vykonateľný, či sú oprávnená a povinný osobami uvedenými v exekučnom titule a či sú splnené všeobecné podmienky konania v zmysle Občianskeho súdneho poriadku účinného v znení v čase rozhodovania súdu prvej inštancie. V štádiu, pri ktorom súd skúma, či žiadosť o udelenie poverenia na vykonanie exekúcie alebo návrh na vykonanie exekúcie alebo exekučný titul nie sú v rozpore so zákonom (§ 44 ods. 2 Exekučného poriadku), sa vychádza z tvrdení oprávneného v návrhu na vykonanie exekúcie a z exekučného titulu. V tomto štádiu súd nevykonáva dokazovanie (ako procesnú činnosť súdu osobitne upravenú v ustanoveniach Občianskeho súdneho poriadku) - postačujúce je totiž, ak sú rozhodujúce skutočnosti dostatočne osvedčené okolnosťami vyplývajúcimi zo spisu, vrátane do neho založených listín. Vzhľadom na to sa oboznamovanie s obsahom listín, ktoré je zamerané na posúdenie splnenia podmienok konania a predpokladov pre vyhovenie žiadosti súdneho exekútora o poverenie na vykonanie exekúcie, nemusí vykonávať na pojednávaní za prítomnosti oprávneného a povinného. S poukazom na to, odvolací súd nepovažoval za potrebné zaoberať sa ostatnými odvolacími námietkami. 25. Vzhľadom na vyššie uvedené skutočnosti odvolací súd rozhodol tak, ako je uvedené vo výrokovej časti tohto uznesenia. 26. Rozhodnutie odvolacieho súdu bolo prijaté pomerom hlasov 3 : 0. Poučenie: Proti rozhodnutiu odvolacieho súdu je prípustné dovolanie, ak to zákon pripúšťa (§ 419 - § 423 CSP). Dovolanie môže podať strana, v ktorej neprospech bolo rozhodnutie vydané v lehote dvoch mesiacov od doručenia rozhodnutia odvolacieho súdu oprávnenému subjektu na súde, ktorý rozhodoval v prvej inštancii.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https://www.kauzis.sk/judikatura/r/ECLI:SK:KSNR:2016:4214204635.1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