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2Co/1/2016 z 12. 1. 2016</w:t>
      </w:r>
    </w:p>
    <w:p>
      <w:r>
        <w:t>Uznesenie Krajského súdu Nitra z 12. januára 2016, sp. zn. 2Co/1/2016, ECLI:SK:KSNR:2016:4312217907.2</w:t>
      </w:r>
    </w:p>
    <w:p>
      <w:r>
        <w:t>Súd: Krajský súd Nitra</w:t>
      </w:r>
    </w:p>
    <w:p>
      <w:r>
        <w:t>Spisová značka: 2Co/1/2016</w:t>
      </w:r>
    </w:p>
    <w:p>
      <w:r>
        <w:t>ECLI: ECLI:SK:KSNR:2016:4312217907.2</w:t>
      </w:r>
    </w:p>
    <w:p>
      <w:r>
        <w:t>Dátum vydania: 12. 1. 2016</w:t>
      </w:r>
    </w:p>
    <w:p>
      <w:r>
        <w:t>Forma: Uznesenie</w:t>
      </w:r>
    </w:p>
    <w:p>
      <w:r>
        <w:t>Oblasť práva: Občianske právo</w:t>
      </w:r>
    </w:p>
    <w:p>
      <w:pPr>
        <w:pStyle w:val="Heading2"/>
      </w:pPr>
      <w:r>
        <w:t>Text rozhodnutia</w:t>
      </w:r>
    </w:p>
    <w:p>
      <w:r>
        <w:t>Súd: Krajský súd Nitra Spisová značka: 2Co/1/2016 Identifikačné číslo súdneho spisu: 4312217907 Dátum vydania rozhodnutia: 13. 01. 2016 Meno a priezvisko sudcu, VSÚ: JUDr. Ľubomíra Kubáňová ECLI: ECLI:SK:KSNR:2016:4312217907.2 Uznesenie Krajský súd v Nitre v právnej veci navrhovateľa: POHOTOVOSŤ, s. r. o. so sídlom Bratislava, Pribinova 25, IČO: 35 807 598, zastúpený Fridrich Paľko, s. r. o. so sídlom v Bratislave, Grösslingova 4, IČO: 36 864 421, proti odporcovi: Slovenská republika, zastúpená Ministerstvom spravodlivosti SR so sídlom v Bratislave, Župné nám. 13, o náhradu majetkovej škody a nemajetkovej ujmy, o odvolaní navrhovateľa proti uzneseniu Okresného súdu Nitra č. k. 7C/40/2013-88 zo dňa 29. októbra 2015, takto jednohlasne r o z h o d o l : Odvolací súd napadnuté uznesenie súdu prvého stupňa p o t v r d z u j e. o d ô v o d n e n i e : Okresný súd Nitra č. k. 7C/40/2013-88 zo dňa 29. októbra 2015 uložil navrhovateľovi povinnosť v lehote troch dní od nadobudnutia právoplatnosti uznesenia zaplatiť súdny poplatok za odvolanie, v sume XX eur, ktorý vyrubil podľa položky č. 7a sadzobníka súdnych poplatkov, zákona č. 71/1992 Zb. o súdnych poplatkoch v platnom znení. Zároveň navrhovateľa poučil, že v prípade, ak nebude súdny poplatok zaplatený bude ho súd vymáhať. Proti tomuto uzneseniu podal navrhovateľ v zákonom stanovenej lehote odvolanie, ktoré odôvodnil tým, že neobsahuje podstatnú náležitosť tohto druhu rozhodnutia a tým je odôvodnenie. Podľa položky č. 7a sadzobníka súdnych poplatkov sa poplatok vyrubuje za návrh na náhradu škody spôsobenej nezákonným rozhodnutím orgánu verejnej moci alebo jeho nesprávnym úradným postupom. Ako vyplýva z tejto definície spoplatneného úkonu, spoplatneniu podlieha len podanie návrhu na náhradu škody. Spoplatneniu nepodliehajú ďalšie úkony vo veci samej, ako sú odvolanie, dovolanie a pod. Navrhovateľ podal odvolanie proti rozsudku a nie žalobu. Súd nie je oprávnený svojvoľne rozširovať okruh úkonov podliehajúcich súdnemu poplatku. Navrhovateľ preto nemôže byť vyzvaný na platenie súdneho poplatku za podané odvolanie. Uvedené právne závery sú v súlade s publikovaným rozhodnutím všeobecného významu, rozsudkom Najvyššieho súdu Slovenskej republiky z 29.marca 2007, sp. zn. 4 Cdo 39/2007. V prílohe zákona č. 71/1992 Zb. nie je jasne a jednoznačne stanovená poplatková povinnosť za podanie odvolania voči rozhodnutiu súdu o žalobe na náhradu škody spôsobenej nezákonným rozhodnutím alebo nesprávnym úradným postupom. Podľa ustanovenia § 18ca zákona o súdnych poplatkoch z úkonov navrhnutých alebo za konania začaté do 30. septembra 2012 sa vyberajú poplatky podľa predpisov účinných do 30. septembra 2012, i keď sa stanú splatnými po 30. septembri 2012. V danom prípade bol návrh navrhovateľom podaný pred 01.10.2012, konanie teda začalo pred účinnosťou zákona č. 286/2012 Z. z. a preto je nutné v súvislosti s podaným odvolaním aplikovať právny stav platný do 30.09.2012. Do 30.09.2012 bolo konanie vo veciach náhrady škody spôsobenej nesprávnym úradným postupom od poplatku vecne oslobodené. S týmto názorom sa stotožňuje aj Najvyšší súdu Slovenskej republiky, ktorý v uznesení sp. zn. 5 M Cdo 14/2007 z 30.06.2008 vyslovil názor, že spoplatňovanie procesného úkonu sa musí riadiť časom začatia konania. Taktiež sa oprel aj o uznesenie Najvyššieho súdu Slovenskej republiky sp. zn. 6 M Cdo 2/2011 z 10.08.2011, podľa ktorého, ak išlo o vecné oslobodenie od povinnosti platiť súdny poplatok, ktoré vyplývalo priamo zo zákona, je od poplatkovej povinnosti oslobodené celé konanie. Na podporu svojich tvrdení priložil časť zápisnice z rokovania občianskoprávneho kolégia Krajského súdu v Banskej Bystrici. Na základe vyššie uvedených dôvodov navrhol, aby odvolací súd napadnuté uznesenie v celom rozsahu zrušil. Krajský súd v Nitre ako súd odvolací (§ 10 ods. 1 OSP) preskúmal napadnuté uznesenie súdu prvého stupňa ako aj konanie, ktoré mu predchádzalo podľa § 212 ods. 1 OSP, prejednal vec bez nariadenia odvolacieho pojednávania podľa § 214 ods. 2 OSP a dospel k záveru, že napadnuté uznesenie je potrebné ako vecne správne potvrdiť podľa § 219 ods. 1 OSP.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1 ods. 1 zákona č. 71/1992 Zb. o súdnych poplatkoch a poplatku za výpis z registra trestov,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citovaného zákona, poplatníkom je navrhovateľ poplatkového úkonu, ak je podľa sadzobníka ustanovený poplatok z návrhu. Podľa odseku 4, v odvolacom konaní je poplatníkom ten, kto podal odvolanie, pri dovolaní ten, kto podal dovolanie. Poplatníkom je tiež ten, kto podal opravný prostriedok proti rozhodnutiu správneho orgánu a v konaní nebol úspešný. Podľa § 5 ods. 1 písm. a/ citovaného zákona, poplatková povinnosť vzniká podaním návrhu, odvolania a dovolania alebo žiadosti na vykonanie poplatkového úkonu, ak je poplatníkom navrhovateľ, odvolateľ a dovolateľ. Podľa § 6 ods. 1 citovaného zákona, sadzba poplatku je uvedená v sadzobníku percentom zo základu poplatku (ďalej len "percentná sadzba") alebo pevnou sumou. Podľa odseku 2, ak je sadzba poplatku ustanovená za konanie, rozumie sa tým konanie na jednom stupni. Poplatok podľa rovnakej sadzby sa vyberá i v odvolacom konaní vo veci samej. Poplatok za dovolanie sa vyberá vo výške dvojnásobku poplatku ustanoveného v sadzobníku. Podľa § 8 ods. 1 citovaného zákona, poplatok za podanie návrhu alebo žiadosti, poplatok za uplatnenie námietky zaujatosti v konkurznom konaní alebo reštrukturalizačnom konaní podľa osobitného predpisu a poplatok za konanie o dedičstve je splatný vznikom poplatkovej povinnosti. Podľa § 18ca citovaného zákona (prechodné ustanovenie k úpravám účinným od 01. októbra 2012), z úkonov navrhnutých alebo za konania začaté do 30. septembra 2012 sa vyberajú poplatky podľa predpisov účinných do 30. septembra 2012, i keď sa stanú splatnými po 30. septembri 2012. Podľa § 18cc citovaného zákona (prechodné ustanovenie k úpravám účinným od 01. januára 2014), z úkonov navrhnutých alebo za konania začaté do 31. decembra 2013 sa vyberajú poplatky podľa predpisov účinných do 31. decembra 2013, i keď sa stanú splatnými po 31. decembri 2013. Odvolací súd k namietanej absencii odôvodnenia uznesenia je toho názoru, že napadnuté uznesenie spĺňa požiadavku dostatočného odôvodnenia rozhodnutia z toho hľadiska, že toto uvádza dôvod uloženej povinnosti, ako aj jej výšku a taktiež určuje, podľa akej konkrétnej položky sadzobníka súdnych poplatkov bola predmetná povinnosť uložená. Uznesenie spĺňa podstatné náležitosti, ktoré zákon kladie na tento typ rozhodnutia v zmysle § 157 ods. 2 v spojení s § 167 ods. 2 OSP. Námietka navrhovateľa týkajúca sa absencie odôvodnenia napadnutého uznesenia je nedôvodná vzhľadom k tomu, že napadnuté uznesenie obsahuje časť s nápisom odôvodnenie, kde súd prvého stupňa v podrobnostiach poukazuje na dôvody uloženia poplatkovej povinnosti za podané odvolanie. V žiadnom prípade sa nemožno stotožniť s tvrdením navrhovateľa, že dôvody rozhodnutia možno hádať, ako to vyplýva z obsahu podaného odvolania. Položka 7a Sadzobníka súdnych poplatkov, časť I., Poplatky vyberané v občianskom súdnom konaní znie: zo žaloby na náhradu škody spôsobenej nezákonným rozhodnutím orgánu verejnej moci alebo jeho nesprávnym úradným postupom XX eur. Predmetná položka bola do zákona vložená novelou - zákonom č. 286/2012 Z. z. od 01.10.2012 a doposiaľ nebola zmenená. Taktiež námietka navrhovateľa, že spoplatneniu nepodliehajú ďalšie úkony vo veci samej, ako sú odvolanie, dovolanie, ale len žaloba, je nedôvodná s poukazom na zákon o súdnych poplatkoch a to najmä ustanovenia § 2 ods. 4 tohto zákona, podľa ktorého poplatníkom je ten, kto podal odvolanie, ustanovenia § 5 ods. 1 písm. a/, podľa ktorého poplatková povinnosť vzniká podaním odvolania a s poukazom na ustanovenie § 6 ods. 2, podľa ktorého sa poplatok podľa rovnakej sadzby vyberá aj v odvolacom konaní vo veci samej. Teda navrhovateľom prezentovaný výklad vo svojom odvolaní je tendenčný a v rozpore so zákonom ako i so samotným zámerom zákonodarcu a viedol by v podstate k absurdnému záveru, že žiadne odvolacie konanie by nepodliehalo súdnemu poplatku, keďže poplatková povinnosť za odvolanie voči žiadnej žalobe/návrhu v sadzobníku súdnych poplatkov uvedená nie je. Neobstojí ani argumentácia navrhovateľa rozsudkom Najvyššieho súdu Slovenskej republiky sp. zn. 4Cdo 39/2007, keďže súd prvého stupňa svojvoľne nerozšíril okruh úkonov podliehajúcich súdnemu konaniu, a správne na daný prípad aplikoval ustanovenia účinné v čase podania odvolania, teda v čase vzniku poplatkovej povinnosti. Zároveň je nesprávne aj stanovisko navrhovateľa k aplikácii ustanovenia § 18ca zákona o súdnych poplatkoch riešiaceho určovanie poplatkovej povinnosti v konaniach začatých do 30.09.2012 (ako je tomu i v predmetnom prípade). Predmetné prechodné ustanovenia s cieľom predísť nežiaducej retroaktivite ustanovuje, že z úkonov navrhnutých alebo za konanie začaté (pričom, ak je sadzba poplatku ustanovená za konanie, rozumie sa tým konanie na jednom stupni - § 6 ods. 2 zákona o súdnych poplatkoch) do 30.09.2012 sa vyberú poplatky podľa predpisov účinných do 30.09.2012 (kedy bolo konanie o náhradu škody spôsobenej nesprávnym úradným postupom oslobodené od platenia súdnych poplatkov) a to i keď sa stanú splatnými po 30.09.2012. V danom prípade však úkon - odvolanie bol navrhnutý dňa 13.03.2014, preto správne súd prvého stupňa pristúpil k aplikácii právnej úpravy poplatkového zákona účinného v čase vzniku poplatkovej povinnosti. Keďže v danej veci ide o súdny poplatok (odvolacie konanie), pričom bolo podané po 30.09.2012, nešlo ani o úkon ani o konanie začaté do 30.09.2012, preto ak súd prvého stupňa vyrubil navrhovateľovi za podané odvolanie súdny poplatok podľa položky 7a sadzobníka súdnych poplatkov, jeho rozhodnutie je vecne správne. Z uvedených dôvodov odvolací súd napadnuté uznesenie súdu prvého stupňa podľa § 219 ods. 1 OSP ako vecne správne potvrdil. Toto rozhodnutie prijal senát Krajského súdu v Nitre pomerom hlasov 3:0. Poučenie: Proti tomuto uzneseniu odvolanie nie je prípustné.</w:t>
      </w:r>
    </w:p>
    <w:p/>
    <w:p>
      <w:r>
        <w:t>Zdroj: KAUZIS.SK – https://www.kauzis.sk/judikatura/r/ECLI:SK:KSNR:2016:4312217907.2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