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Nitra sp. zn. 5Co/584/2016 z 29. 9. 2016</w:t>
      </w:r>
    </w:p>
    <w:p>
      <w:r>
        <w:t>Uznesenie Krajského súdu Nitra z 29. septembra 2016, sp. zn. 5Co/584/2016, ECLI:SK:KSNR:2016:4412222018.2</w:t>
      </w:r>
    </w:p>
    <w:p>
      <w:r>
        <w:t>Súd: Krajský súd Nitra</w:t>
      </w:r>
    </w:p>
    <w:p>
      <w:r>
        <w:t>Spisová značka: 5Co/584/2016</w:t>
      </w:r>
    </w:p>
    <w:p>
      <w:r>
        <w:t>ECLI: ECLI:SK:KSNR:2016:4412222018.2</w:t>
      </w:r>
    </w:p>
    <w:p>
      <w:r>
        <w:t>Dátum vydania: 29. 9. 2016</w:t>
      </w:r>
    </w:p>
    <w:p>
      <w:r>
        <w:t>Forma: Uznesenie</w:t>
      </w:r>
    </w:p>
    <w:p>
      <w:r>
        <w:t>Oblasť práva: Občianske právo</w:t>
      </w:r>
    </w:p>
    <w:p>
      <w:pPr>
        <w:pStyle w:val="Heading2"/>
      </w:pPr>
      <w:r>
        <w:t>Text rozhodnutia</w:t>
      </w:r>
    </w:p>
    <w:p>
      <w:r>
        <w:t>Súd: Krajský súd Nitra Spisová značka: 5Co/584/2016 Identifikačné číslo súdneho spisu: 4412222018 Dátum vydania rozhodnutia: 30. 09. 2016 Meno a priezvisko sudcu, VSÚ: JUDr. Vladimír Pribula ECLI: ECLI:SK:KSNR:2016:4412222018.2 Uznesenie Krajský súd v Nitre, v senáte zloženom z predsedu senátu JUDr. Vladimíra Pribulu a sudcov Mgr. Andrey Szombathovej-Polákovej a JUDr. Borisa Minksa, v právnej veci žalobcu: POHOTOVOSŤ, s. r. o., so sídlom Bratislava, Pribinova 25, IČO: 35 807 598, zastúpený Fridrich Paľko, s. r. o., so sídlom Bratislava, Grösslingova 4, IČO: 36 864 421,v mene ktorej koná ako advokát a konateľ doc. JUDr. Branislav Fridrich, PhD., proti žalovanému: Slovenská republika, v mene ktorej koná Ministerstvo spravodlivosti Slovenskej republiky so sídlom Bratislava, Župné nám. 13, o náhradu majetkovej škody a nemajetkovej ujmy, o odvolaní žalobcu proti uzneseniu Okresného súdu Komárno zo dňa 20. januára 2016, č. k. 7C/182/2012-94, takto r o z h o d o l : Odvolací súd napadnuté uznesenie súdu prvej inštancie p o t v r d z u j e . o d ô v o d n e n i e : 1. Okresný súd Komárno (ako súd prvého stupňa v zmysle § 9 ods. zákona č. 99/1963 Zb. Občiansky súdny poriadok, ďalej len „OSP“, účinný do 1.7.2016 a ako súd prvej inštancie v zmysle § 12 zákona č. 160/2015 Z.z. Civilný sporový poriadok, ďalej len „CSP“) uznesením zo dňa 20. januára 2016, č. k. 7C/182/2012-94 uložil žalobcovi povinnosť, aby v lehote 3 dní od právoplatnosti tohto uznesenia zaplatil súdny poplatok za odvolanie zo dňa 12.01.2015 proti rozsudku Okresného súdu Komárno č. 7C/182/2012-58 zo dňa 8.12.2014, ktorý je 20 Eur. Uviedol, že súdny poplatok je vyrubený podľa položky č. 7a sadzobníka súdnych poplatkov a možno ho zaplatiť a/ pripojeným platobným predpisom na kiosku, ak súdny poplatok neprevyšuje sumu 300 eur, b/ pripojeným príkazom na úhradu na číslo účtu: IBAN: SK 3665000000000020545761,SWIFT:POBNSKBA, VS:3246456754, ŠS:4244901516,KS:0999,c/ pripojeným poštovým poukazom. Ak sa poplatok v určenej lehote nezaplatí, bude ho súd vymáhať. 2. Proti tomuto uzneseniu podal žalobca v zákonnej 15 dňovej lehote odvolanie, v ktorom uviedol, že jeho právnemu zástupcovi súd doručil uznesenie na zaplatenie súdneho poplatku z odvolanie 20,- EUR a toto uznesenie napáda v celom rozsahu. 3. Uviedol, že napadnuté uznesenie neobsahuje podstatnú náležitosť tohto druhu rozhodnutia a tým je odôvodnenie (§ 169 ods.1 OSP) , neobsahuje žiadne dôvody, skutkové ani právne, ktoré viedli súd k vydaniu predmetného rozhodnutia. Nedostatok odôvodnenia ako dôvod na zrušenie uznesenia o uložení povinnosti zaplatiť poplatok za odvolanie podľa položky 7a) konštatoval v množstve vecí napr. Krajský súd v Žiline v uznesení zo dňa 30.07.2013, sp. zn. 8Co/295/2013. 4. Žalobcovi bol vyrubený poplatok vo výške 20,- eur za podané odvolanie, avšak tento poplatok sa podľa položky 7a sadzobníka súdnych poplatkov vyrubuje za žalobu na náhradu škody spôsobenej nezákonným úradným rozhodnutím orgánu verejnej moci alebo jeho nesprávnym úradným postupom. Ako vyplýva z tejto definície spoplatneného úkonu, spoplatneniu podlieha len podanie žaloby na náhradu škody a spoplatneniu nepodliehajú ďalšie úkony vo veci samej ako odvolanie, dovolanie a pod. Poukázal na dôvodovú správu k vládnemu návrhu zákona, ktorým sa mení a dopĺňa zákon č. 145/1995 Z. z. o správnych poplatkoch, čl. II k bodu 3, že žaloby sa budú spoplatňovať podľa Položky č. 1 Sadzobníka súdnych poplatkov. Podľa pozmeňujúceho návrhu k vládnemu návrhu zákona sa v nadväznosti na zrušenie vecného oslobodenia pri žalobách na náhradu škody spôsobenej nezákonným rozhodnutím orgánu verejnej moci alebo jeho nesprávnym úradným postupom sa navrhlo zaviesť paušálny súdny poplatok pre tieto žaloby vo výške 20,- eur, čím sa jednak čiastočne zohľadňuje účel vládneho návrhu a súčasne sa zlepšuje v porovnaní s vládnym návrhom prístupu k spravodlivosti v týchto veciach, pretože sa nebude vyberať poplatok podľa percentuálnej sadzby (položka 1), ale práve ako paušálny poplatok, ktorý je podstatne nižší. Dodal, že v predmetnej veci podal odvolanie proti rozsudku a nie žalobu. 5. Súd teda nie je oprávnený svojvoľne rozširovať okruh úkonov podliehajúcich súdnemu poplatku, a preto nemal byť vyzvaný na zaplatenie súdneho poplatku za podané odvolanie. Vyššie uvedené závery považoval za súladné s publikovaným rozhodnutím všeobecného významu, a to rozsudkom Najvyššieho súdu SR z 29. marca 2007, sp. zn. 4 Cdo 39/2007. V prílohe zákona č. 71/1992 Zb. o súdnych poplatkoch nie je jasne a jednoznačne stanovená poplatková povinnosť za podanie odvolania voči rozhodnutiu súdu o žalobe na náhradu škody spôsobenej nezákonným rozhodnutím alebo nesprávnym úradným postupom. Takýmto konaním súdu mu bola v rozpore so zákonom o súdnych poplatkoch uložená poplatková povinnosť v prípade, kde ju nemal. Takéto konanie súdu považoval za zásah do základného práva žalobcu na súdnu ochranu zaručeného v čl. 46 ods. 1 Ústavy SR a práva na spravodlivý súdny proces podľa čl. 6 ods. 1 Európskeho dohovoru o ochrane ľudských práv a základných slobôd v spojení s čl. 12 ods. 1 a čl. 13 ods. 1 písm. a/ Ústavy SR. Poznamenal, že v § 1 zákona o súdnych poplatkoch je vyjadrená ústavná zásada vyplývajúca z čl. 59 ods. 2 Ústavy, podľa ktorej dane a poplatky možno ukladať zákonom alebo na základe zákona. Súdy teda vyberajú súdne poplatky za jednotlivé úkony alebo konanie súdov, ak sa vykonávajú za návrh a za úkony štátnej správy súdov a prokuratúry uvedené v sadzobníku súdnych poplatkov a poplatku za výpis z registra trestov. 6. Zdôraznil, že použitie analógie legis je v prípadoch vyrubenia súdneho poplatku vzhľadom na čl. 59 ods. 2 Ústavy SR vylúčené. S poukazom na uvedené, ak je účastníkovi konania v rozpore so zákon č. 71/1992 Zb. ukladaná poplatková povinnosť tam, kde ju nemá, predstavuje takýto zásah zo strany štátu spravidla i zásah do jeho základného práva na súdnu ochranu ako aj práva upraveného čl. 12 ods. 1 a čl. 13 ods. 1 písm. a/ Ústavy SR. Súd je pri výkone svoje rozhodovacej právomoci viazaný čl. 2 ods. 2, a teda platí, že môže konať iba na základe ústavy, v jej medziach a v rozsahu a spôsobom, ktorý ustanoví zákon. Navyše dodal, že podľa ust. § 18ca ZoSP z úkonov navrhnutých alebo za konania začaté do 30. 09. 2012 sa vyberajú poplatky podľa predpisov účinných do 30. 09. 2012, i keď sa stanú splatnými po 30. 09. 2012. 7. V danom prípade bola žaloba žalobcom podaná pred 01. 10. 2012 ,konanie teda začalo pred účinnosťou zákona č. 286/2012 Z. z., a preto je nutné v súvislosti s podaným odvolaním aplikovať právny stav platný do 30. 09. 2012. Do 30. 09. 2012 bolo podľa ust. § 4 ods. 1 písm. k/ ZoSP konanie vo veciach náhrad škody spôsobenej nezákonným rozhodnutím orgánu verejnej moci alebo jeho nesprávnym úradným postupom od poplatku vecne oslobodené. 8. Žiadal prvostupňový súd, aby s poukazom na ust. § 210a OSP tomuto odvolaniu v celom rozsahu vyhovel a napadnuté uznesenie zrušil bez náhrady a ak tento postup prvostupňový súd nevyužije, žiadal, aby odvolací súd napadnuté uznesenie zrušil bez náhrady. 9. Krajský súd v Nitre ako odvolací súd (§ 34 CSP), viazaný rozsahom odvolania v zmysle § 379 CSP a dôvodmi odvolania v zmysle § 380 CSP, o odvolaní žalobcu proti uzneseniu súdu prvej inštancie stupňa zo dňa 9.mája 2016 č. k. 10C/325/2012-83,o vyrubení súdneho poplatku žalobcovi za podané odvolanie rozhodol bez nariadenia pojednávania a dospel k záveru, že odvolanie nie je dôvodné, preto napadnuté uznesenie súdu prvej inštancie ako vo výroku vecne správne podľa § 387 ods. 1 CSP potvrdil. 10. Podľa § 470 ods.1 CSP ak nie je ustanovené inak, platí tento zákon aj na konania začaté predo dňom nadobudnutia jeho účinnosti. Podľa § 474 CSP tento zákon nadobúda účinnosť 1. júla 2016. Podľa § 387 ods.1 CSP odvolací súd rozhodnutie súdu prvej inštancie potvrdí, ak je vo výroku vecne správne. 11. Podľa § 1 ods. 1 zák. č. 71/1992 Zb. o súdnych poplatkoch v znení účinnom v čase podania odvolania (ďalej len "ZoSP") súdne poplatky (ďalej len "poplatky") sa vyberajú za jednotlivé úkony alebo konanie súdov, ak sa vykonávajú na návrh a za úkony orgánov štátnej správy súdov a prokuratúry (ďalej len "poplatkový úkon") uvedené v sadzobníku súdnych poplatkov a poplatku za výpis z registra trestov (ďalej len "sadzobník"), ktorý tvorí prílohu tohto zákona. Podľa § 2 ods. 4 ZoSP v odvolacom konaní je poplatníkom ten, kto podal odvolanie, pri dovolaní ten, kto podal dovolanie. Poplatníkom je tiež ten, kto podal opravný prostriedok proti rozhodnutiu správneho orgánu a v konaní nebol úspešný. Podľa § 5 ods. 1 písm. a) ZoSP poplatková povinnosť vzniká podaním návrhu, odvolania a dovolania alebo žiadosti na vykonanie poplatkového úkonu, ak je poplatníkom navrhovateľ, odvolateľ a dovolateľ. Podľa § 6 ods. 1 ZoSP sadzba poplatku je uvedená v sadzobníku percentom zo základu poplatku (ďalej len "percentná sadzba") alebo pevnou sumou. Podľa § 6 ods. 2 ZoSP ak je sadzba poplatku ustanovená za konanie, rozumie sa tým konanie na jednom stupni. Poplatok podľa rovnakej sadzby sa vyberá i v odvolacom konaní vo veci samej. Poplatok za dovolanie sa vyberá vo výške dvojnásobku poplatku ustanoveného v sadzobníku. Podľa § 18ca citovaného zákona z úkonov navrhnutých alebo za konania začaté do 30. septembra 2012 sa vyberajú poplatky podľa predpisov účinných do 30. septembra 2012, i keď sa stanú splatnými po 30. septembri 2012. Podľa položky 7a) sadzobníka súdnych poplatkov zákona o súdnych poplatkoch (ďalej len "sadzobník súdnych poplatkov") je súdny poplatok zo žaloby na náhradu škody spôsobenej nezákonným rozhodnutím orgánu verejnej moci alebo jeho nesprávnym úradným postupom 20 eur. 12. Právnym posúdením je činnosť súdu, pri ktorej zo skutkových zistení vyvodzuje právne závery a aplikuje konkrétnu právnu normu na zistený skutkový stav. Nesprávne práve posúdenie je chybnou aplikáciou práva na zistený skutkový stav a dochádza k nej vtedy, ak súd nepoužil správny (náležitý) právny predpis alebo ak síce aplikoval správny právny predpis, ale ho nesprávne interpretoval alebo ak zo správnych skutkových záverov vyvodil nesprávne právne závery. 13. Z obsahu spisu vyplýva, že Okresný súd Komárno rozsudkom zo dňa 8.decembra 2014, č. k. 7C/182/2012-58 zamietol žalobu žalobcu, ktorý sa proti žalovanému domáhal zaplatenia majetkovej škody 175 eur a zaplatenia nemajetkovej ujmy 1.327,68 eura podľa zákona č. 514/2003 Z.z. o zodpovednosti za škodu spôsobenú pri výkone verejnej moci, ktorá mu vznikla nesprávnym úradným postupom Okresného súdu Nové Zámky sp. zn. 9Er/532/2005. . Žalovanému nepriznal náhradu trov konania. 14. Žalobca podal proti tomuto rozsudku odvolanie z 12.01.2015, o ktorom rozhodol Krajský súd v Nitre rozsudkom zo dňa 30.septembra 2015, č. k. 6Co/448/2015-89, ktorý rozsudok Okresného súdu Komárno zo dňa 8.decembra 2014, č. k. 7C/182/2012-58 potvrdil a žalovanému nepriznal náhradu trov odvolacieho konania. Tento rozsudok nadobudol právoplatnosť 30.10.2015. 15. Žalobca s podaním odvolania nezaplatil súdny poplatok za podané odvolanie, preto mu súd prvého stupňa uložil napadnutým uznesením povinnosť zaplatiť súdny poplatok za podané odvolanie. 16. Odvolací súd sa stotožňuje s napadnutým uznesením súdu prvej inštancie a s jeho odôvodnením a k námietkam žalobcu, že napadnuté uznesenie neobsahuje žiadne dôvody, a preto je nepreskúmateľné, odvolací súd poznamenáva, že aj keď riadne odôvodnenie uznesenia, rovnako ako rozsudku, je súčasťou základného práva účastníka súdneho konania na súdnu ochranu a s ňou súvisiaceho práva na spravodlivý proces podľa článku 46 ods. 1 a článku 48 ods. 2 Ústavy SR, stručné odôvodnenie rozhodnutia o poplatkovej povinnosti spočívajúce len v uvedení, že ide o súdny poplatok za podané odvolanie s uvedením konkrétnej položky sadzobníka súdnych poplatkov v konkrétnej veci a príslušných zákonných ustanovení zákona o súdnych poplatkoch vyhovuje požiadavke dostatočného odôvodnenia rozhodnutia v zmysle v tom čase platného a účinného znenia § 157 ods. 2 v spojení s § 167 ods. 2 OSP a nenapĺňa intenzitu odňatia možnosti konať pred súdom z dôvodu nedostatočného odôvodnenia napadnutého uznesenia. Podstatou súdneho rozhodovania je totiž poskytovanie materiálnej právnej ochrany dotknutých práv, a nie prepätý formalizmus pri koncipovaní súdneho rozhodnutia. 17. K námietke žalobcu, že spoplatneniu podlieha len podanie žaloby na náhradu škody, ale spoplatneniu nepodliehajú ďalšie úkony vo veci samej, ako sú odvolanie a dovolanie, odvolací súd dodáva, že tento právny názor žalobcu neberie na zreteľ ustanovenia Zákona o súdnych poplatkoch, a to § 2 ods. 4 tohto zákona, podľa ktorého poplatníkom je ten, kto podal odvolanie a ten, kto podal dovolanie, § 5 ods. 1 písm. a), podľa ktorého poplatková povinnosť vzniká podaním odvolania a dovolania a § 6 ods. 2, podľa ktorého sa poplatok podľa rovnakej sadzby vyberá aj v odvolacom konaní vo veci samej a poplatok za dovolanie sa vyberá vo výške dvojnásobku poplatku ustanoveného v sadzobníku. Výklad žalobcu je účelový, je v rozpore so zákonom i zámerom zákonodarcu a viedol by k záveru, že v podstate žiadne odvolacie konanie, prípadne dovolacie konanie by nepodliehalo súdnemu poplatku, keďže poplatková povinnosť za odvolanie, či dovolanie voči žiadnej žalobe v sadzobníku súdnych poplatkov uvedená nie je. Rozhodnutím súdu prvého stupňa nedošlo k svojvoľnému rozširovaniu okruhu úkonov podliehajúcich súdnemu poplatku a použitiu analógie legis pri vyrubení súdneho poplatku, pretože prvostupňový súd iba aplikoval ustanovenia Zákona o súdnych poplatkoch. 18. K argumentácii žalobcu v odvolaní s poukazom na rozsudok NS SR sp. zn. 4Cdo 39/2007, odvolací súd uvádza, že z uvedeného rozsudku najvyššieho súdu vyplýva, že pokiaľ nie je stanovená sadzba súdneho poplatku za určitý druh konania v sadzobníku, teda pokiaľ určité konanie nie je ako poplatkový úkon uvedené v sadzobníku, v rámci tohto konania nevzniká ani poplatková povinnosť za odvolacie konanie. V danom prípade však už v čase podania odvolania poplatková povinnosť za tento druh konania - žaloba na náhradu škody spôsobenej nezákonným rozhodnutím orgánu verejnej moci alebo jeho nesprávnym úradným postupom bola stanovená. 19. K prechodnému ustanoveniu § 18ca odvolací súd ešte dodáva, že toto ustanovenie stanovuje, že z úkonov navrhnutých alebo za konania začaté do 30. 09. 2012, i keď sa stanú splatnými po 30. 09. 2012 sa vyberú poplatky podľa predpisov účinných do 30. 09. 2012. 20. Keďže v danej veci bolo odvolanie zo dňa 12.01.2015 podané toho istého dňa a v prípade uznesenia súdu prvého stupňa zo dňa 20.januára 2016, č. k. 7C/182/2012-94 išlo o súdny poplatok za odvolacie konanie , teda tento opravný prostriedok bol podaný až po 30. 09. 2012, nešlo ani o úkon, ani o konanie začaté do 30. 09. 2012, preto ak súd prvého stupňa vyrubil žalobcovi za podané odvolanie súdny poplatok podľa položky 7 písm. a) sadzobníka súdnych poplatkov v sume 20 eur je jeho rozhodnutie vecne správne, preto odvolací súd napadnuté uznesenie súdu prvej inštancie podľa § 387 ods. 1 CSP ako vecne správne potvrdil. 21. Záverom odvolací súd poukazuje aj na Stanovisko občianskoprávneho kolégia Najvyššieho súdu Slovenskej republiky zo dňa 3. decembra 2015 k otázke vzniku poplatkovej povinnosti v odvolacom a dovolacom konaní, ak v čase podania žaloby bolo konanie oslobodené od súdneho poplatku v zmysle § 4 ods. 1 písm. k/ zákona č. 71/1992 Zb. o súdnych poplatkoch a poplatku za výpis z registra trestov. V tomto stanovisku najvyšší súd uvádza, že „Ak bolo odvolanie (dovolanie) podané po 30. septembri 2012, vzťahuje sa na poplatkovú povinnosť v odvolacom (dovolacom) konaní právna úprava účinná od 1. októbra 2012, i keď konanie vo veci samej na súde prvého stupňa začalo pred 30. septembrom 2012.“ Ďalej sa v uvedenom stanovisku poukazuje na to, že „Občianske súdne konanie vo veciach náhrady škody spôsobenej nezákonným rozhodnutím orgánu verejnej moci alebo jeho nesprávnym úradným postupom bolo podľa § 4 ods. 1 písm. k/ zákona č. 71/1992 Zb. v znení pred 1. októbrom 2012 ex lege vecne oslobodené od súdneho poplatku. Zákonom č. 286/2012 Z.z., ktorým sa mení a dopĺňa zákon č. 145/1995 Z.z. o správnych poplatkoch v znení neskorších právnych predpisov a ktorým sa menia a dopĺňajú niektoré zákony (ďalej len „zákon č. 286/2012 Z.z.), došlo k novelizácii zákona č. 71/1992 Zb., ktorou bolo s účinnosťou od 1. októbra 2012 vypustené ustanovenie § 4 ods. 1 písm. k/ zákona č. 71/1992 Zb. Z intertemporálneho (prechodného) ustanovenia § 18ca zákona č. 71/1992 Zb. vyplýva, že z úkonov navrhnutých alebo za konania začaté do 30. septembra 2012 sa vyberajú poplatky podľa predpisov účinných do 30. septembra 2012, i keď sa stanú splatnými po tomto dni. Pri výklade tohto ustanovenia treba vychádzať z celého kontextu zákona č. 71/1992 Zb. a použiť definície pojmu poplatkový úkon (§ 1 zákona č. 71/1992 Zb.), ako aj vznik poplatkovej povinnosti (§ 5 zákona č. 71/1992 Zb.) a ostatné pojmy používané v zákone č. 71/1992 Zb. Stanoviská a rozhodnutia vo veciach občianskoprávnych Zbierka stanovísk NS a súdov SR 1/2016 .Ak bol poplatkový úkon navrhnutý, alebo ak je v Sadzobníku ustanovený súdny poplatok za konanie a konanie začalo do 30. septembra 2012, vyberajú sa poplatky podľa doterajších predpisov. Ide o zakotvenie princípu zákazu retroaktivity, avšak iba vo vzťahu k úkonom navrhnutým alebo konaniam začatým do uvedeného dňa (t.j. do 30. septembra 2012). V prípade podania odvolania vzniká poplatková povinnosť podľa § 5 zákona č. 71/1992 Zb. podaním odvolania, ktoré je poplatkovým úkonom (podobne je to v prípade dovolania). Ak bolo odvolanie (dovolanie) podané po 30. septembra 2012, i keď samotné konanie na súde prvého stupňa začalo do 30. septembra 2012, vzťahuje sa na poplatkovú povinnosť v odvolacom (dovolacom) konaní právna úprava účinná po 30. septembri 2012. Podľa položky 7a Sadzobníka v znení účinnom od 1. októbra 2012 sa za žalobu o náhradu škody spôsobenej nezákonným rozhodnutím orgánu verejnej moci alebo jeho nesprávnym úradným postupom platí súdny poplatok vo výške 20 Eur. Ak je ustanovená sadzba za konanie, myslí sa tým konanie na jednom stupni (§ 6 ods. 2 prvá veta zákona č. 71/1992 Zb.). Poplatok podľa rovnakej sadzby sa ale vyberá aj v odvolacom konaní vo veci samej. Za dovolanie sa vyberá poplatok vo výške dvojnásobku poplatku ustanoveného v Sadzobníku. Z uvedeného vyplýva, že sám zákonodarca pre poplatkové účely rozlišuje medzi konaním na prvom stupni a konaním odvolacím a dovolacím. Poplatková povinnosť za odvolanie (dovolanie) sa posudzuje v každom z týchto konaní samostatne, a to podľa právneho stavu platného v čase začatia odvolacieho (dovolacieho) konania. Na opodstatnenosti právneho názoru, ktorý je vyjadrený v právnej vete tohto stanoviska, nič nemení skutočnosť, že pri položke 7a Sadzobníka nie je žiadna osobitná zmienka (poznámka) o platení súdneho poplatku za odvolanie a dovolanie. Ak totiž položka neobsahuje žiadnu poznámku, alebo v poznámke nie je zmienka o platení odvolania a dovolania, postupuje sa podľa § 2 ods. 1 písm. a/ v spojení s § 5 ods. 1 písm. a/ a § 6 ods. 1 a 2 zákona č. 71/1992 Zb. 22. Toto rozhodnutie prijal odvolací senát pomerom hlasov 3:0 (§ 393 ods.2 druhá veta CSP a § 3 ods. 9 posledná veta zák. č. 757/2004 Z. z. o súdoch a o zmene a doplnení niektorých zákonov). Poučenie: Proti rozhodnutiu odvolacieho súdu je prípustné dovolanie, ak to zákon pripúšťa (§ 419 CSP) .Dovolanie sa podáva v lehote dvoch mesiacov od doručenia rozhodnutia odvolacieho súdu oprávnenému subjektu na súde, ktorý rozhodoval v prvej inštancii. Ak bolo vydané opravné uznesenie, lehota plynie znovu od doručenia opravného uznesenia len v rozsahu vykonanej opravy (§ 427 ods. 1 CSP). V dovolaní sa popri všeobecných náležitostiach podania uvedie, proti ktorému rozhodnutiu smeruje, v akom rozsahu sa toto rozhodnutie napáda, z akých dôvodov sa rozhodnutie považuje za nesprávne (dovolacie dôvody) a čoho sa dovolateľ domáha (dovolací návrh) (§ 428 CSP). Dovolateľ musí byť v dovolacom konaní zastúpený advokátom. Dovolanie a iné podania dovolateľa musia byť spísané advokátom (§ 429 ods. 1 CSP).</w:t>
      </w:r>
    </w:p>
    <w:p/>
    <w:p>
      <w:r>
        <w:t>Zdroj: KAUZIS.SK – https://www.kauzis.sk/judikatura/r/ECLI:SK:KSNR:2016:4412222018.2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