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11S/120/2016 z 14. 3. 2017</w:t>
      </w:r>
    </w:p>
    <w:p>
      <w:r>
        <w:t>Rozsudok Krajského súdu Nitra z 14. marca 2017, sp. zn. 11S/120/2016, ECLI:SK:KSNR:2017:4016200445.2</w:t>
      </w:r>
    </w:p>
    <w:p>
      <w:r>
        <w:t>Súd: Krajský súd Nitra</w:t>
      </w:r>
    </w:p>
    <w:p>
      <w:r>
        <w:t>Spisová značka: 11S/120/2016</w:t>
      </w:r>
    </w:p>
    <w:p>
      <w:r>
        <w:t>ECLI: ECLI:SK:KSNR:2017:4016200445.2</w:t>
      </w:r>
    </w:p>
    <w:p>
      <w:r>
        <w:t>Dátum vydania: 14. 3. 2017</w:t>
      </w:r>
    </w:p>
    <w:p>
      <w:r>
        <w:t>Forma: Rozsudok</w:t>
      </w:r>
    </w:p>
    <w:p>
      <w:r>
        <w:t>Oblasť práva: Správne právo</w:t>
      </w:r>
    </w:p>
    <w:p>
      <w:pPr>
        <w:pStyle w:val="Heading2"/>
      </w:pPr>
      <w:r>
        <w:t>Text rozhodnutia</w:t>
      </w:r>
    </w:p>
    <w:p>
      <w:r>
        <w:t>Súd: Krajský súd Nitra Spisová značka: 11S/120/2016 Identifikačné číslo súdneho spisu: 4016200445 Dátum vydania rozhodnutia: 15. 03. 2017 Meno a priezvisko sudcu, VSÚ: JUDr. Darina Vargová ECLI: ECLI:SK:KSNR:2017:4016200445.2 ROZSUDOK V MENE SLOVENSKEJ REPUBLIKY Krajský súd v Nitre, v senáte zloženom z predsedníčky senátu JUDr. Dariny Vargovej a členiek senátu JUDr. Marty Molnárovej a JUDr. Evy Šiškovej, v právnej veci žalobcu: Ľuboš Török AUTOSPEKTRUM, Považská 13, Nitra, IČO: 117 612 29, zastúpeného advokátom: Mgr. Dávidom Štefankom, Kutlíkova 17, Bratislava, proti žalovanému: Finančné riaditeľstvo Slovenskej republiky, Lazovná 63, Banská Bystrica, o preskúmanie zákonnosti postupu a rozhodnutia žalovaného č. 160044/2016 zo dňa 16. 02. 2016, takto r o z h o d o l : Súd z r u š u j e rozhodnutie Finančného riaditeľstva Slovenskej republiky č. 160044/2016 zo dňa 16. 02. 2016 a vec v r a c i a žalovanému na ďalšie konanie. Súd p r i z n á v a žalobcovi právo na náhradu trov konania v plnom rozsahu. o d ô v o d n e n i e : I. Priebeh administratívneho konania 1. Na základe oznámenia správcu dane zo dňa 17. 07. 2013 o daňovej kontrole sa dňa 26. 08. 2013 začala u žalobcu daňová kontrola dane z pridanej hodnoty za zdaňovacie obdobie február až november 2010. 2. V predloženom administratívnom spise sa nachádza splnomocnenie zo dňa 23. 09. 2013, ktorým žalobca splnomocnil C. F., aby ho zastúpila u správcu dane dňa 23. 09. 2013. V uvedený deň bolo u správcu dane spísané potvrdenie o zapožičaní dokladov, súčasťou ktorého je i zoznam vydaných faktúr, zoznam prijatých faktúr a ďalšie tam uvedené doklady. Zápisnica o ústnom pojednávaní bola spísaná dňa 15. 10. 2013, na ktorom žalobca predložil ďalšie doklady. Správcovi dane boli okrem iného predložené i faktúry od dodávateľa LK IMPOEXPO, s.r.o., a to faktúra č. 10100597 zo dňa 27. 08. 2010 a dodací list k nej č. 20100597 zo dňa 27. 08. 2010, faktúra č. 10100563 zo dňa 19. 08. 2010 a dodací list k nej č. 20100563 zo dňa 19. 08. 2010, faktúra č. 10100520 zo dňa 05. 08. 2010 a dodací list k nej č. 20100520 zo dňa 05. 08. 2010, ktorými žalobca deklaroval dodanie tovaru - náhradných dielov od tohto dodávateľa a uplatnil si odpočítanie dane z pridanej hodnoty celkom v sume 9.561,88 eur, ďalej bola predložená faktúra vystavená žalobcom ako dodávateľom č. 2010/062-1 zo dňa 05. 08. 2010 ako i dodací list k nej zo dňa 05. 08. 2010 pre odberateľa VVG spol. s r.o. Karviná (Česká republika) za predaj náhradných dielov, faktúra č. 2010/065-1 zo dňa 25. 08. 2010 a dodací list k nej zo dňa 25. 08. 2010 vystavená žalobcom ako dodávateľom pre odberateľa Miroslav Vlček za predaj náhradných dielov, faktúra č. 2010/064 zo dňa 10. 08. 2010 pre odberateľa FIEGE s.r.o. Praha za prepravu a faktúra č. 2010/062 zo dňa 05. 08. 2010 pre odberateľa CHMELO TRANS KFT. za prepravu. 3. Správca dane dožiadaním zo dňa 10. 12. 2013 požiadal Daňový úrad Trnava, pobočka Galanta o preverenie skutočností u dodávateľa žalobcu, okrem iného i v mesiaci august 2010, a to v spoločnosti LK IMPOEXPO, s.r.o. podľa predložených faktúr. 4. Medzinárodnou výmenou informácií požiadal správca dane českú daňovú správu o preverenie v spoločnosti VVG spol. s r.o. Karviná podľa faktúry zo dňa 05. 08. 2010 číslo 2010/062-1 v sume 2.316,50 eur, za účelom preverenia dodania tovaru s uplatnením oslobodenia od dane z tuzemska do iného členského štátu tomuto odberateľovi so sídlom v Českej republike. 5. Daňový úrad Trnava, pobočka Galanta spísal dňa 03. 03. 2014 zápisnicu o ústnom pojednávaní za účasti žalobcu, na ktorom bol ako svedok vypočutý bývalý konateľ spoločnosti LK IMPOEXPO, s.r.o. M. L., ktorý potvrdil vystavenie predložených faktúr pre žalobcu ako odberateľa s tým, že doklady už nevie predložiť, pretože tieto má nová konateľka. Jednalo sa o dodávku náhradných dielov a súčiastok, tovar bol uskladnený v prenajatých skladových priestoroch v Senici a spoločnosť tovar nadobudla od spoločnosti v Bratislave, ktorej názov si už nepamätal. Žalobca na tomto pojednávaná uviedol, že ohľadne náhradných dielov oslovil pána H. a v sklade v Senci si vybral náhradné diely, ktoré potreboval. Následne účtovníčka spoločnosti LK IMPOEXPO, s.r.o. vystavila dodacie listy a faktúry, ktoré v hotovosti uhradil. Tovar potom prepravil do Nitry a do Veľkých Ripnian na vlastné náklady. 6. Dožiadaný správca dane zároveň v podaní zo dňa 26. 05. 2014 oznámil, že spoločnosť LK IMPOEXPO, s.r.o. má splnomocneného zástupcu D. H. a jej konateľkou je D. R. F. s trvalým pobytom v Sofii. Medzinárodným dožiadaním na bulharskú finančnú správu bolo zistené, že menovaná sa konateľkou spoločnosti stala za peniaze, D. H. nepozná, nesplnomocnila ho na zastupovanie, podpísala viacero dokladov v cudzom jazyku a nevie, čo podpisovala. 7. Dňa 03. 06. 2010 bola spísaná správcom dane zápisnica o miestnom zisťovaní na čerpacej stanici Slovnaft v Nitre, Chrenová 20, Nitra za účelom preverenia zdaniteľných obchodov dodávateľa (predaj pohonných hmôt tempo plus diesel) Ing. O. Z. pre žalobcu ako odberateľa podľa dokladov z elektronickej registračnej pokladne. Ing. O. Z. uviedol, že predložené doklady z registračnej pokladne DKP6311028448982003 a DKP6311028448982005 nevystavil a ani na základe nich nedodal tovar, nemá ich zaevidované v elektronickom žurnále za uvedené zdaňovacie obdobie (február až november 2010). V mesiaci august 2010 sa malo jednať o predaj tovaru (pohonných hmôt temp diesel plus) v počte 3 krát s daňou z pridanej hodnoty v sume 261,76 eur, ktorú si žalobca ako odberateľ uplatnil na odpočítanie. 8. Rozhodnutím zo dňa 03. 06. 2014 správca dane podľa ust. 61 ods. 1, písm. b/ zák. č. 563/2009 Z. z. o správe daní (daňový poriadok) a o zmene a doplnení niektorých zákonov v znení neskorších predpisov prerušil daňovú kontrolu u žalobcu odo dňa 06. 06. 2014 do doručenia odpovede na žiadosť o medzinárodnú výmenu informácií (do Českej republiky ohľadne spoločnosti VVG spol. s r.o. ako odberateľa žalobcu). 9. Odpoveď na medzinárodné dožiadanie bola doručená správcovi dane dňa 12. 06. 2014. Česká daňová správa oznámila správcovi dane, že daňový subjekt VVG spol. s r.o. podal daňové priznanie k dani z pridanej hodnoty za zdaňovacie obdobie január až jún 2010, v ktorých nevykázal nadobudnutie tovaru z iného členského štátu. Za obdobie júl a august 2010 daňový subjekt podal negatívne priznanie k dani z pridanej hodnoty. Pre správcu dane je nekontaktný a písomnosti sú mu doručované uplynutím lehoty. 10. Správca dane v podaní zo dňa 16. 06. 2014 oznámil žalobcovi, že odpoveď na medzinárodné dožiadanie mu bola doručená dňa 12. 06. 2014 a pokračuje sa vo výkone daňovej kontroly. Výzvou zo dňa 18. 06. 2014 bol žalobca vyzvaný, aby v lehote 8 dní od doručenia výzvy vydal správcovi dane tam uvedené účtovné doklady týkajúce sa zdaňovacieho obdobia september - december 2013. Výzvu prezval splnomocnený zástupca žalobcu podľa doručenky dňa 26. 06. 2014. 11. V podaní zo dňa 26. 06. 2014 správca dane oboznámil žalobcu s výsledkami zistenia v priebehu daňovej kontroly za kontrolované zdaňovacie obdobia (v predmetnej veci august 2010 - uplatnenie odpočítania dane z pridanej hodnoty na základe faktúr od dodávateľa LK IMPOEXPO, s.r.o. za dodávku náhradných dielov a na základe výdavkových pokladničných dokladov o zaúčtovaní nákupu pohonných látok podľa dokladov z registračnej pokladne DKP6311028448982003 a DKP6311028448982005, dodanie služby s miestom dodania v inom členskom štáte - medzinárodná preprava bez podania súhrnného výkazu) a vyzval ho, aby sa k zisteným skutočnostiam, k spôsobu ich získania vyjadril. Výzva bola adresovaná žalobcovi a doručená splnomocnenému zástupcovi dňa 08. 07. 2014. 12. Dňa 29. 07. 2014 bol spísaný protokol z daňovej kontroly u žalobcu, z ktorého vyplýva, že v zdaňovacom období august 2010 si žalobca uplatnil odpočítanie dane z pridanej hodnoty v sume 9.561,88 eur z faktúr od dodávateľa LK IMPOEXPO, s.r.o. (predaj náhradných dielov) a v sume 261,76 eur z výdavkových pokladničných dokladov od dodávateľa Ing. O. Z., ako i dodanie tovarov a služieb s oslobodením od dane pre odberateľa: VVG spol. s r.o. Karviná, ktorý je identifikovaný pre daň v inom členskom štáte, a to v Českej republike. Protokol spolu s výzvou zo dňa 01. 08. 2014 adresovanou žalobcovi bol doručený splnomocnenému zástupcovi žalobcu, ktorý ho prevzal dňa 12. 08. 2014. 13. V predloženom administratívnom spise sa nachádza i podanie PhDr. F. F., PhD. zo dňa 28. 08. 2014, v ktorom správcu dane upozorňuje, že výzva nebola doručená zákonným spôsobom, nakoľko bola doručená C. F., ktorá nie je zástupcom pre doručovanie písomností v daňovom konaní. Z predmetného podania vyplýva, že správca dane bol dňa 09. 07. 2014 informovaný, že daňový subjekt F. F. bol dňa 10. 03. 2014 vzatý do väzby a nemôže reagovať na výzvy správcu dane, o čom bola spísaná i zápisnica pod č. 9401401/5/3358992/2014. 14. Dňa 18. 09. 2014 správca dane spísal úradný záznam, z ktorého vyplýva, že žalobca sa nevyjadril k zisteniam uvedeným v protokole zo dňa 29. 07. 2014 a na podanie PhDr. F. F. zo dňa 28. 08. 2014 správca dane neprihliadol, nakoľko bolo podané osobou, ktorá nebola oprávnená konať za daňový subjekt. Následne správca dane vydal dňa 18. 09. 2014 rozhodnutie, ktorým žalobcovi vyrubil daň z pridanej hodnoty za zdaňovacie obdobie august 2010 v sume 9.823,64 eur, nepriznal mu nadmerný odpočet uplatnený v podanom daňovom priznaní v sume 9.102,77 eur a vyrubil mu vlastnú daňovú povinnosť v sume 720,87 eur. O doručenie predmetného rozhodnutia správca dane požiadal Ústav na výkon väzby a Ústav na výkon trestu odňatia slobody v Nitre a žalobcovi bolo doručené dňa 01. 10. 2014. 15. Proti predmetnému rozhodnutiu podal žalobca odvolanie, v ktorom okrem iného namietal i to, že správca dane mal od 09. 07. 2014 vedomosť, že je vo väzbe, a napriek tomu s ním nekomunikoval, čo znamená, že úkony, ktoré správca dane vykonával neboli vykonané procesne relevantným spôsobom a nemôžu slúžiť ako dôkazný prostriedok. Na základe výzvy správcu dane zo dňa 21. 10. 2014, doručovanej žalobcovi prostredníctvom Ústavu na výkon väzby a Ústavu na výkon trestu odňatia slobody v Nitre, žalobca v podaní zo dňa 05. 12. 2014 podané odvolanie doplnil, pričom poukázal na nedostatočne zistený skutkový stav, porušenie základných zásad správy daní, nesprávne doručovanie, prekročenie lehoty na výkon daňovej kontroly a neprípustný prenos dôkaznej povinnosti na daňový subjekt. 16. O podanom odvolaní žalobcu žalovaný rozhodol dňa 27. 02. 2015 tak, že rozhodnutie správcu dane zo dňa 18. 09. 2014 (týkajúce sa zdaňovacieho obdobia august 2010) zrušil a vec vrátil správcovi dane na ďalšie konanie z dôvodu, že zistenie skutkového stavu správcom dane je nedostačujúce na posúdenie veci a bude potrebné doplniť dokazovanie a okrem iného vypočuť svedkov p. V. s manželkou, p. H. a G. Q.. 17. Následne správca dane požiadal žalovaného o predĺženie lehoty na rozhodnutie z dôvodu mimoriadnej zložitosti prípadu. Žalovaný lehotu na rozhodnutie predĺžil o 180 dní, čo vyplýva z jeho vyjadrenia k žiadosti o predĺženie lehoty na rozhodnutie zo dňa 22. 04. 2015. 18. Správca dane výzvou zo dňa 24. 07. 2015 vyzval žalobcu, aby bližšie špecifikoval osoby, ktoré požaduje vypočuť ako svedkov, na základe čoho žalobca v podaní zo dňa 13. 08. 2015 oznámil adresu G. H. a D. H.. 19. Správca dane predvolal na pojednávanie ako svedka D. H. (zásielka sa vrátila správcovi dane ako nedoručená s poznámkou poštového doručovateľa, že adresát si zásielku neprevzal v odbernej lehote) a G. H. (zásielka sa vrátila správcovi dane ako nedoručená s poznámkou poštového doručovateľa, že adresát je neznámy). 20. Dňa 23. 11. 2015 správca dane vydal v poradí druhé rozhodnutie, ktorým žalobcovi vyrubil daň z pridanej hodnoty za zdaňovacie obdobie august 2010 v sume 9.823,64 eur, nepriznal mu nadmerný odpočet uplatnený v podanom daňovom priznaní v sume 9.102,77 eur a vyrubil mu vlastnú daňovú povinnosť v sume 720,87 eur. O doručenie predmetného rozhodnutia správca dane požiadal Ústav na výkon väzby a Ústav na výkon trestu odňatia slobody v Nitre a žalobcovi bolo doručené dňa 25. 11. 2015. Proti uvedenému rozhodnutiu podal žalobca odvolanie. 21. Na základe odvolania žalobcu proti rozhodnutiu správcu dane zo dňa 23. 11. 2015 vo veci rozhodoval žalovaný rozhodnutím zo dňa 16. 02. 2016, ktorým rozhodnutie správcu dane zo dňa 23. 11. 2015 potvrdil ako vecne správne. II. Zhrnutie napadnutého rozhodnutia žalovaného 22. V odôvodnení svojho rozhodnutia žalovaný popísal vykonané dokazovanie uskutočnené správcom dane. Uviedol, že žalobca si v zdaňovacom období august 2010 uplatnil odpočítanie dane z pridanej hodnoty na základe faktúr č. 10100597 zo dňa 27. 08. 2010, č. 10100563 zo dňa 19. 08. 2010 a č. 10100520 zo dňa 05. 08. 2010, vystavených dodávateľom LK IMPOEXPO, s.r.o. za dodávku náhradných dielov celkom v sume v sume 9.561,88 eur. Vykonaným dokazovaním nebol preukázaný vznik daňovej povinnosti u označeného dodávateľa a reálne dodanie tovaru žalobcovi, v dôsledku čoho potom ani žalobcovi nevzniklo právo na uplatnenie odpočítanie dane z pridanej hodnoty. 23. Taktiež si žalobca uplatnil i odpočítanie dane z pridanej hodnoty v sume 261,76 eur na základe výdavkových pokladničných dokladov z elektronickej registračnej pokladnice DKP6311028448982003 od dodávateľa Ing. O. Z.. Vykonaným dokazovaním bolo preukázané, že u tohto dodávateľa sa nenachádzali sporné pokladničné doklady z elektronickej registračnej pokladnice DKP6311028448982003 a DKP6311028448982005 pod poradovými číslami, ktoré predložil žalobca a v predmetných sumách a množstvách. Dodávateľ sa vyjadril, že sporné pokladničné doklady nevystavil a tovar na základe týchto dokladov nedodal. 24. Žalobca neodstránil pochybnosti správcu dane o vierohodnosti a pravdivosti deklarovaných obchodov, v dôsledku čoho potom správca dane žalobcovi nepriznal uplatnené právo na odpočítanie dane z pridanej hodnoty v sume 9.561,88 eur pri faktúrach vystavených spoločnosťou LK IMPOEXPO, s.r.o. a na základe pokladničných dokladov v sume 261,76 eur za nákup pohonných hmôt. 25. V ďalšej časti svojho rozhodnutia sa žalovaný vysporiadal s námietkami žalobcu v podanom odvolaní. Bol toho názoru, že žalobca nekonkretizoval, akým spôsobom, resp. čím správca dane porušil jeho právo na spravodlivý proces a neuviedol, akým spôsobom rozhodnutie správcu dane ignoruje judikatúru Najvyššieho súdu SR, ESD i judikatúru Ústavného súdu SR, a preto k tejto námietke nezaujal stanovisko. 26. Žalovaný nezistil také konanie správcu dane, ktoré by bolo v rozpore so základnými zásadami daňového konania, alebo by bolo v rozpore s Ústavou SR. Správca dane vyzval žalobcu, aby relevantnými dôkazmi preukázal, že zdaniteľné obchody boli reálne uskutočnené deklarovanými dodávateľmi, ale na túto výzvu žalobca nereagoval a nepredložil listinné dôkazy. 27. K námietke žalobcu ohľadne nesprávneho doručovania písomností žalovaný uviedol, že v zmysle daňového poriadku sa písomnosti doručujú na miesto doručenia, pričom miestom doručenia je adresa, ktorú daňový subjekt oznámi správcovi dane, resp. adresa trvalého pobytu. Poukázal i na bod 6.2.5 poštových podmienok, podľa ktorých adresát môže písomne splnomocniť ktorúkoľvek plnoletú osobu na preberanie jemu adresovaných zásielok. V prípade, ak má daňový subjekt na pošte splnomocnenú osobu na preberanie zásielok, pošta zodpovedá za odovzdanie písomnosti oprávnenej osobe a osoba splnomocnená na pošte je oprávnená prijímať písomnosti. Žalovaný zistil, že žalobca mal na pošte splnomocneného zástupcu na preberanie listových zásielok, ako i zásielok určených do vlastných rúk. Potvrdenia o doručení (doručenky) sa správcovi dane vrátili podpísané p. F. so skratkou "spl". Dňa 09. 07. 2014 PhDr. F. F. (syn žalobcu) správcovi dane oznámil, že má splnomocnenie na preberanie zásielok adresovaných žalobcovi, a preto správca dane doručoval písomnosti na adresu trvalého pobytu fyzickej osoby. Žalovaný taktiež uviedol, že žalobca mohol správcovi dane oznámiť novú adresu na doručovanie z dôvodu väzby, ale tak neurobil. 28. K námietke žalobcu o prekročení lehoty na výkon daňovej kontroly žalovaný poukázal na ust. § 46 ods. 10 daňového poriadku, v zmysle ktorého je lehota na vykonanie daňovej kontroly najviac jeden rok odo dňa jej začatia. V predmetnej veci daňová kontrola u žalobcu začala dňa 26. 08. 2013, prerušená bola od 06. 06. 2014 do 12. 06. 2014 a ukončená bola dňa 12. 08. 2014, t. j. dňom doručenia protokolu z daňovej kontroly, ktorý prebrala p. F., splnomocnená osoba na preberanie zásielok za žalobcu. Lehota na výkon daňovej kontroly bola teda dodržaná. 29. K rozloženiu dôkazného bremena žalovaný uviedol, že správca dane vykonal dokazovanie v zmysle ust. § 24 ods. 2, 4 daňového poriadku, pričom vychádzal z predložených dokladov a dôkazov, ktoré mu boli predložené, resp. ktoré obstaral. Zistil, že dodanie tovaru deklarovaným dodávateľom nebolo preukázané, teda nebola preukázaná reálnosť zdaniteľného plnenia, čo je rozhodujúce pre uznanie nároku na odpočítanie dane z pridanej hodnoty. V tejto súvislosti žalovaný poukázal na to, že existuje množstvo judikátov vo veci dôkazného bremena (do pozornosti dal najmä rozsudok Najvyššieho súdu SR v konaní pod sp. zn. 2Sžf/4/2009 zo dňa 23. 06. 2010 v spojení s nálezom Ústavného súdu Slovenskej republiky č. k. III.ÚS/78/2011-17 zo dňa 23. 02. 2011), z ktorých vyplýva, že dôkazné bremeno je na strane daňového subjektu. Dokazovanie zo strany správcu dane slúži až na verifikáciu skutočností a dokladov predkladaných daňovým subjektom. Ak daňový subjekt, na ktorom leží dôkazné bremeno, svoje tvrdenia spoľahlivo nepreukáže, nemôže byť nárok na odpočítanie dane z pridanej hodnoty uznaný ako oprávnený. III. Zhrnutie argumentov žalobcu v podanej žalobe 30. Podanou žalobou, doručenou súdu dňa 05. 05. 2016, žalobca žiadal, aby súd zrušil rozhodnutie žalovaného č. 159472/2016 zo dňa 16. 02. 2016 a vec mu vrátil na ďalšie konanie. Namietal nezákonnosť rozhodnutia žalovaného po právnej stránke ako i nesprávne zistenie skutkového stavu a zároveň nezákonný procesný postup správneho orgánu. Dôvody nezákonnosti žalobca uviedol v odvolaní proti rozhodnutiu správcu dane a týchto dôvodov sa v plnom rozsahu pridržiava. Vykonané dokazovanie a procesný postup považuje za zmätočný, nakoľko dokazovanie bolo v rozpore s procesnými predpismi a získané dôkazy sú nepoužiteľné, pretože boli získané nezákonne. 31. V ďalšej časti žaloby žalobca namietal, že sa nekonalo s ním ako s daňovým subjektom. Už v odvolaní poukázal na to, že dňa 10. 03. 2014 bol vzatý do väzby, o čom mal správca dane vedomosť z úradnej činnosti a z osobného informovania o tejto skutočnosti synom žalobcu, a to dňa 09. 07. 2014, kedy bola spísaná i zápisnica o ústnom pojednávaní. Žalobca sa teda nezdržiaval na adrese pobytu a z toho dôvodu doručovanie úradných zásielok nebolo účinne vykonané. Správca dane mal komunikovať priamo so žalobcom ako s daňovým subjektom, prípadne ho mal vyzvať na ustanovenie zástupcu pre konanie. Toto však nebolo nutné, a to s poukazom na ust. § 9 zák. č. 221/2006 Z. z. o výkone väzby v znení neskorších predpisov. Postup podľa tohto zákona nebol dodržaný, pričom právo osobne vystupovať v konaní je súčasťou práva na spravodlivý proces, ktoré je garantované tak Ústavou SR ako aj Dohovorom o ochrane ľudských práv a základných slobôd. V tejto súvislosti žalobca taktiež poukázal na rozhodnutie Najvyššieho súdu SR vo veci pod sp. zn. 6 Sžf 28/2011. 32. Žalobca už v podanom odvolaní proti rozhodnutiu správcu dane namietal, že neboli dodržané jeho práva v konaní, ale na tieto námietky žalovaný neprihliadal napriek tomu, že účastník konania, teda i daňový subjekt má právo aktívne v konaní vystupovať, vyjadrovať sa v priebehu daňovej kontroly k zisteným skutočnostiam a k spôsobu ich zistenia alebo navrhnúť, aby v protokole boli uvedené jeho vyjadrenia k nim a toto právo je garantované ustanovením § 45 ods. 1, písm. f/ zák. č. 563/2009 Z. z. o správe daní (daňový poriadok) a o zmene a doplnení niektorých zákonov v znení neskorších predpisov. Správny orgán žiadnym spôsobom nevysvetlil, prečo nedoručoval dokumenty, vrátane protokolu z daňovej kontroly na správnu adresu, napriek tomu, že o nej bol výslovne a preukázateľne informovaný. 33. V ďalšej časti žaloby žalobca namietal vady dokazovania, keď mu bolo dávané za vinu pochybenie jeho obchodných partnerov pri vedení evidencií. Dôkazné bremeno žalobcu ako daňového subjektu však v tomto nie je neobmedzené. Pokiaľ daňový subjekt má predpísané a obvyklé doklady, nie je povinný skúmať viac a v tejto súvislosti žalobca citoval rozsudok ESD vo veci C-354/03, C-355/03 a C-484/03 (Optigen). Na tieto rozhodnutia potom nadväzuje i rozhodnutie Najvyššieho súdu SR vo veci vedenej pod sp. zn. 3 Sžf 1/2011, z ktorého žalobca v podanej žalobe taktiež citoval. 34. V závere žaloby žalobca poukázal na vady v doručovaní a na to, že ak má správca dane pochybnosti, tak je povinný vyzvať daňový subjekt na predloženie dôkazov, čo predpokladá, že by správca dane musel s daňovým subjektom komunikovať a toto zjavne neurobil ani potom, ako bol preukázateľne dňa 09. 07. 2014 upozornený synom žalobcu. S týmto súvisí i lehota na vykonanie daňovej kontroly, ktorá je ukončená doručením protokolu o vykonanej daňovej kontrole. V prípade, ak protokol nie doručený daňovému subjektu, nemôžu nastať účinky doručenia, a teda ani daňová kontrola nie riadne ukončená. To, že sa daňový subjekt zoznámil s protokolom alternatívnym spôsobom, na veci nič nemení. Vzhľadom na uvedené, uplynula prekluzívna lehota na vyrubenie dane, keďže nedošlo k vyrubeniu dane právne účinným spôsobom podľa ust. § 69 zák. č. 563/2009 Z. z. o správe daní (daňový poriadok) a o zmene a doplnení niektorých zákonov v znení neskorších predpisov. IV. Zhrnutie vyjadrenia žalovaného 35. Žalovaný sa k žalobe vyjadril v podaní zo dňa 15. 06. 2016, ktoré bolo súdu doručené dňa 22. 06. 2016. Bol toho názoru, že ak žalobca neuviedol, v čom konkrétne bolo porušené jeho právo na spravodlivý proces, žalovaný k tejto námietka nevie zaujať relevantné stanovisko. 36. K námietke žalobcu, že sa s ním nekonalo, žalovaný zopakoval svoje stanovisko uvedené v samotnom rozhodnutí napadnutom žalobou (ako je uvedené v bode 27 tohto rozsudku) a uviedol, že správca dane postupoval pri doručovaní písomností v zmysle zákona č. 563/2009 Z. z. o správe daní (daňový poriadok) a o zmene a doplnení niektorých zákonov v znení neskorších predpisov, písomnosti preukázateľne doručoval splnomocnenému zástupcovi žalobcu, čo znamená, že žalobca bol o úkonoch správcu dane informovaný, obsah doručovaných písomností mu bol známy, o čom svedčí aj jeho konanie (odvolanie proti rozhodnutiu správcu dane). 37. Žalovaný vo svojom vyjadrení uviedol, že zo znenia námietok nie je zrejmé, akým spôsobom bolo porušené právo žalobcu osobne vystupovať v konaní, ktoré je súčasťou práva na spravodlivý proces. Správca dane v priebehu daňovej kontroly vyzýval žalobcu na predloženie dokladov preukazujúcich jeho tvrdenia, upovedomoval ho o konaní svedeckých výpovedí, oboznamoval ho s výsledkami šetrení a pod. Skutočnosť, že bol žalobca dňa 10. 03. 2014 vzatý do väzby, bola dôvodom na ustanovenie splnomocneného zástupcu v zmysle ust. § 9 ods. 2 daňového poriadku. V priebehu daňovej kontroly a vyrubovacieho konania, t. j. v čase, kedy už bol žaloba vo väzbe, na výzvy správcu dane reagoval. Písomnosti preberal a potrebné písomnosti správcovi dane predkladal syn žalobcu PhDr. F. F., teda je preukázané, že správca dane viedol daňové konanie so splnomocneným zástupcom žalobcu. 38. K rozsudkom ESD a Najvyššieho súdu SR žalovaný uviedol, že žalobca z týchto rozsudkov citoval, ale neuviedol, akým spôsobom správca dane ignoroval túto judikatúru, a preto žalovaný k tomu nezaujme stanovisko. Preskúmaním spisového materiálu žalovaný dospel k záveru, že správca dane v priebehu daňovej kontroly postupoval v úzkej súčinnosti so žalobcom, používal prostriedky najmenej zaťažujúce žalobcu a získané dôkazy hodnotil podľa svojej úvahy, a to každý dôkaz jednotlivo a všetky dôkazy v ich vzájomnej súvislosti, pričom prihliadal na všetko, čo pri správe daní vyšlo najavo. 39. Ďalej žalovaný poukázal na to, že i keď mal daňový subjekt faktúry a iné doklady súvisiace s dodaním tovaru, toto ešte nie je relevantný dôkaz o tom, že k dodaniu tovarov uvedených na dokladoch reálne došlo. To, že doklad je riadne zaúčtovaný, nerobí z neho dôkaz, že sa zdaniteľný obchod uskutočnil. Splnenie formálnej stránky je síce jednou z podmienok, aby bolo na základe týchto dokladov uznané odpočítanie dane, tieto doklady však musia byť odrazom reálneho plnenia, ktoré v prípade pochybností preukazuje daňový subjekt. Dokazovanie zo strany správcu dane slúži až na verifikáciu skutočností a dokladov predkladaných daňovým subjektom. Ak daňový subjekt, na ktorom leží dôkazné bremeno, svoje tvrdenia spoľahlivo nepreukáže, nemôže byť nárok na odpočet dane z pridanej hodnoty uznaný ako oprávnený. 40. K námietke žalobcu, že riadnym nedoručením protokolu z daňovej kontroly a teda neukončením daňovej kontroly uplynula prekluzívna lehota na vyrubenie dane žalovaný uviedol, že povinnosťou žalobcu bolo oznámiť vzatie žalobcu do väzby bezprostredne potom, čo sa tak stalo, lebo bol v tom čase účastníkom daňového konania. Žalobca si povinnosť nesplnil a splnomocnil k preberaniu zásielok svojho syna. Z uvedeného dôvodu považuje žalovaný námietky za irelevantné. Žalovaný navrhol, aby súd podanú žalobu zamietol. V. Posúdenie podstatných skutkových zistení a právne argumenty 41. Krajský súd v Nitre ako súd vecne a miestne príslušný v čase začatia predmetného konania (ust. § 246 ods. 1, ust. § 246a ods. 1 OSP v znení účinnom do 30. 06. 2016), viazaný rozsahom a dôvodmi podanej žaloby (ust. § 134 ods. 1, 2 zák. č. 162/2015 Z. z. Správny súdny poriadok, ďalej len "SSP") a vychádzajúc zo zisteného skutkového stavu, preskúmal rozhodnutie žalovaného zo dňa 16. 02. 2016 a dospel k záveru, že podaná žaloba je dôvodná, a preto na pojednávaní konanom dňa 15. 03. 2017 vyššie označené rozhodnutie žalovaného podľa ust. § 191 ods. 1, písm. g/ SSP zrušil a vec mu vrátil na ďalšie konanie z dôvodu, že došlo k podstatnému porušeniu ustanovení o konaní pred orgánom verejnej správy, ktoré mohlo mať za následok vydanie nezákonného rozhodnutia. 42. Od žalovaného si súd vyžiadal výzvu zo dňa 18. 06. 2014 pod č. 9401401/5/2913189/2014 adresovanú žalobcovi (ktorú prevzal splnomocnený zástupca), ktorou bol žalobca vyzvaný, aby vydal tam uvedené písomnosti týkajúce sa zdaňovacieho obdobia september, október, november a december 2013, ktoré môžu byť dôkazom pri správe daní. Na základe tejto výzvy sa k správcovi dane dňa 09. 07. 2014 dostavil PhDr. F. F., s ktorým bola spísaná zápisnica o ústnom pojednávaní pod č. 9401401/5/3358992/2014, z ktorej vyplýva, že menovaný (syn žalobcu) predložil správcovi dane zápisnicu o výsluchu obvineného - žalobcu zo dňa 10. 03. 2014. Syn žalobcu podal vysvetlenie, že na základe uznesenia, ktoré je obsahom zápisnice o výsluchu obvineného F. F. (žalobcu), bola táto osoba zadržaná dňa 07. 03. 2014 a vzatá do väzby dňa 10. 03. 2014. Uviedol, že z uvedeného dôvodu nemôže osobne reagovať na výzvy od správcu dane. Z pripojenej zápisnice o výsluchu obvineného F. F. (žalobcu) zo dňa 10. 03. 2014 vyplýva, že žalobca bol vzatý do väzby s tým, že väzba sa začína dňom 07. 03. 2014 (v deň jeho zadržania) a bude sa vykonávať v ÚVV Nitra. 43. Podľa § 491 ods. 1, 2 SSP, účinného od 01. 07. 2016,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44. Podľa § 3 ods. 1, 2, 3, 5, 6, 8 zák. č. 563/2009 Z. z. o správe daní (daňový poriadok) a o zmene a doplnení niektorých zákonov v znení neskorších predpisov účinnom v čase vykonávania daňovej kontroly,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Správca dane je povinný vykonať úkony pri správe daní aj z vlastného podnetu, ak sú splnené zákonné podmienky pre vznik alebo existenciu daňovej pohľadávky, a to aj vtedy, ak daňový subjekt nesplnil riadne alebo vôbec svoje povinnosti.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Právom aj povinnosťou daňových subjektov a iných osôb podľa § 4 ods. 2 písm. d) pri správe daní je úzko spolupracovať so správcom dane. Podľa § 9 ods. 1, 2, 3, 4, 6 vyššie citovaného zákona, fyzická osoba, ktorá nemôže pri správe daní vystupovať samostatne, musí byť zastúpená svojím zákonným zástupcom. Ak opatrovník nie je ustanovený súdom, ustanoví na účely správy daní zástupcu rozhodnutím správca dane. Daňový subjekt, jeho zákonný zástupca alebo jeho opatrovník sa môže dať zastupovať zástupcom, ktorého si zvolí a ktorý koná v rozsahu plnomocenstva udeleného písomne alebo ústne do zápisnice u správcu dane. Ak má zástupca trvalý pobyt alebo sídlo mimo územia členských štátov Európskej únie a štátov, ktoré sú zmluvnou stranou Dohody o Európskom hospodárskom priestore (ďalej len "členský štát"), musí si zvoliť zástupcu na doručovanie s trvalým pobytom alebo sídlom na území Slovenskej republiky; inak sa budú písomnosti ukladať u správcu dane s účinkami doručenia v deň ich vydania. Ak nie je rozsah plnomocenstva presne vymedzený, považuje sa také plnomocenstvo za všeobecné. Ak to vyplýva z obsahu plnomocenstva, môže za zástupcu, ktorým je daňový poradca alebo advokát konať aj iná osoba; na také konanie udelí zástupca inej osobe plnomocenstvo. Konanie inej osoby sa považuje za konanie zástupcu. V tej istej veci môže mať daňový subjekt, zákonný zástupca alebo opatrovník len jedného zástupcu. Ak je zástupcom právnická osoba, koná za zástupcu jej štatutárny orgán alebo osoba, ktorú tento orgán poveril. Plnomocenstvo je voči správcovi dane účinné odo dňa jeho doručenia správcovi dane alebo odo dňa jeho udelenia do zápisnice u správcu dane. Daňovému subjektu, ktorého pobyt nie je známy alebo ktorému sa nepodarilo doručiť písomnosť na známu adresu mimo územia Slovenskej republiky, ako aj tomu, kto nemôže pri správe daní vystupovať osobne, najmä z dôvodu väzby, výkonu trestu odňatia slobody, dlhodobého pobytu mimo územia Slovenskej republiky, ktorý trvá nepretržite aspoň tri mesiace alebo dlhodobej choroby a nezvolil si žiadneho zástupcu, môže ustanoviť zástupcu správca dane. Rozhodnutie o ustanovení zástupcu môže správca dane vydať len s predchádzajúcim súhlasom navrhovaného zástupcu. Ak nie je možné takto ustanoviť zástupcu, môže správca dane požiadať Slovenskú komoru daňových poradcov, aby do 30 dní od doručenia žiadosti navrhla zástupcu zo zoznamu daňových poradcov; predchádzajúci súhlas sa u zástupcu navrhnutého Slovenskou komorou daňových poradcov nevyžaduje. Podľa § 24 ods. 1, 2, 3, 4 vyššie citovaného zákona,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30 ods. 1, 2 písm. a/, b/ ods. 3, 5 vyššie citovaného zákona, správca dane doručuje písomnosť elektronickými prostriedkami. Ak je to účelné a možné, písomnosti doručujú zamestnanci správcu dane. Ak písomnosť nie je možné doručiť spôsobom podľa odseku 1, správca dane doručuje písomnosť prostredníctvom a) poskytovateľa poštových služieb, b) iného orgánu, ak to ustanovuje osobitný predpis, 28) Ak má adresát zástupcu s plnomocenstvom na účely správy daní, doručuje sa písomnosť len tomuto zástupcovi. Ak má však adresát osobne pri správe daní niečo vykonať, doručuje sa písomnosť jemu aj jeho zástupcovi. Týmto nie je dotknuté doručenie písomnosti uložením podľa § 9 ods. 2 a 11. Ak nejde o doručovanie elektronickými prostriedkami, doručuje sa písomnosť na adresu na území členského štátu, ktorú daňový subjekt oznámil správcovi dane; inak sa doručuje písomnosť fyzickej osobe na adresu trvalého pobytu a právnickej osobe na adresu sídla (ďalej len "miesto doručenia"); ustanovenie § 9 ods. 11 tým nie je dotknuté. Podľa § 31 ods. 1 vyššie citovaného zákona, do vlastných rúk sa doručujú písomnosti, a) o ktorých tak výslovne ustanovuje tento zákon, b) ak je deň doručenia rozhodujúci pre začiatok plynutia lehoty, ktorej nesplnenie by pre adresáta mohlo byť spojené s právnou ujmou, c) ak tak určí správca dane. Podľa § 44 ods. 1 vyššie citovaného zákona, daňovou kontrolou správca dane zisťuje alebo preveruje skutočnosti rozhodujúce pre správne určenie dane alebo dodržiavanie ustanovení osobitných predpisov. Daňová kontrola sa vykonáva v rozsahu, ktorý je nevyhnutne potrebný na dosiahnutie jej účelu. Podľa § 45 ods. 1 vyššie citovaného zákona,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Podľa § 46 ods. 8, 9 písm. a/, ods. 10 vyššie citovaného zákona,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36a) Daňová kontrola je ukončená dňom a) doručenia protokolu podľa odseku 8,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45. Podľa § 43 ods. 1 zák. č. 222/2004 Z. z. o dani z pridanej hodnoty v znení neskorších prepisov platnom do 31. 12. 2010, oslobodené od dane je dodanie tovaru, ktorý je odoslaný alebo prepravený z tuzemska do iného členského štátu predávajúcim alebo nadobúdateľom tovaru alebo na ich účet, ak nadobúdateľ je osobou identifikovanou pre daň v inom členskom štáte. Podľa § 49 ods. 1, 2 písm. a), b) vyššie citovaného zákona,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Podľa§ 51 ods. 1 písm. a), b), ods. 2 vyššie citovaného zákona, právo na odpočítanie dane podľa § 49 môže platiteľ uplatniť, ak a) pri odpočítaní dane podľa § 49 ods. 2 písm. a) má faktúru od platiteľa vyhotovenú podľa § 71, b) pri odpočítaní dane podľa § 49 ods. 2 písm. b) je daň uvedená v záznamoch podľa § 70.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46. Úlohou správneho súdu v predmetnej veci bolo posúdiť správnosť postupu a právnych záverov daňových orgánov pri rozhodovaní o vyrubení rozdielu dane z pridanej hodnoty za zdaňovacie obdobie august 2010 v sume 9.823,64 eur, o nepriznaní nadmerného odpočítania dane z pridanej hodnoty uplatnenom v daňovom priznaní za uvedené zdaňovacie obdobie v sume 9.102,77 eur, o vyrubení vlastnej daňovej povinnosti za uvedené zdaňovacie obdobie v sume 720,87 eur a zistiť, či daňové orgány pri rozhodovaní v danej veci vychádzali zo spoľahlivo zisteného skutkového stavu pri vyslovení záveru, že žalobca si v daňovom priznaní k dani z pridanej hodnoty za zdaňovacie obdobie august 2010 nedôvodne uplatnil odpočítanie dane z pridanej hodnoty pri dodaní tovarov v sume 9.102,77 eur. Skôr ako správny súd pristúpil k meritórnemu preskúmaniu rozhodnutia žalovaného zo dňa 16. 02. 2016 však na základe námietky žalobcu v podanej žalobe skúmal, či daňové orgány (žalovaný a správca dane) venovali dostatočnú pozornosť správnej aplikácii príslušných ustanovení zákona č. 563/2009 Z. z. o správe daní (daňový poriadok) a o zmene a doplnení niektorých zákonov v znení neskorších predpisov s poukazom na tú skutočnosť, že žalobca už v podanom odvolaní namietal porušenie vyššie citovaného zákona v jeho neprospech, a to v súvislosti s vykonávaním úkonov správcu dane v čase, keď už tento mal vedomosť o tom, že žalobca je vo výkone väzby ako i v súvislosti s doručovaním protokolu z daňovej kontroly. 47. Predpokladom zákonnosti rozhodnutia je zákonnosť postupu daňových orgánov, ktorý predchádzal vydaniu rozhodnutia. Pri preskúmavaní zákonnosti rozhodnutia je pre súd rozhodujúci skutkový stav, ktorý tu bol v čase vydania napadnutého rozhodnutia. Súd po preskúmaní napadnutého rozhodnutia žalovaného ako i jeho postupu a postupu správcu dane pri vykonaní kontroly dane z pridanej hodnoty za zdaňovacie obdobie august 2010 zistil, že postup správcu dane ani žalovaného tak, ako je upravený v zák. č. 563/2009 Z. z. o správe daní (daňový poriadok) a o zmene a doplnení niektorých zákonov v znení neskorších predpisov, nebol dodržaný. 48. Na základe výzvy správneho súdu zo dňa 23. 02. 2017 žalovaný predložil súdu výzvu správcu dane zo dňa 18. 06. 2014 adresovanú žalobcovi na adresu jeho trvalého pobytu (D. XX, U.), v ktorej správca dane žalobcu vyzval, aby v lehote 8 dní predložil daňové doklady uvedené vo výzve týkajúce sa iných zdaňovacích období. Podľa pripojenej doručenky výzvu prevzala dňa 26. 06. 2014 splnomocnená osoba. Ďalej bola správnemu súdu predložená i zápisnica o ústnom pojednávaní zo dňa 09. 07. 2014 pod č. 9401401/5/3358992/2014, z ktorej vyplynulo, že syn žalobcu PhDr. F. F. sa v tento deň dostavil k správcovi dane na základe uvedenej výzvy a správcovi dane predložil i zápisnicu o výsluchu obvineného F. F. zo dňa 10. 03. 2014 pod č.k. 0Tp/116/2014. Syn žalobcu podal vysvetlenie, že na základe uznesenia, ktoré je obsahom zápisnice o výsluchu obvineného F. F., bola táto osoba zadržaná dňa 07. 03. 2014 a vzatá do väzby dňa 10. 03. 2014. Z tohto dôvodu nemôže daňový subjekt (jeho otec) osobne reagovať na výzvy správcu dane. Okrem toho sa vyjadril, že nevie, kde sa nachádzajú účtovné a iné doklady, ktoré správca dane žiada. 49. Z uvedeného vyplýva, že správca dane mal najneskôr dňa 09. 07. 2014 vedomosť o tom, že žalobca ako daňový subjekt sa nachádza vo výkone väzby (v ÚVV Nitra) , a teda pri správe daní nemôže vystupovať osobne. Napriek tejto skutočnosti správca dane protokol z daňovej kontroly zo dňa 29. 07. 2014 spolu s výzvou na vyjadrenie sa k protokolu zo dňa 01. 08. 2014 doručoval žalobcovi opäť na adresu trvalého bydliska žalobcu, kde bola prevzatá splnomocnencom na preberanie zásielok. V administratívnom spise sa nachádza i podanie syna žalobcu PhDr. F. F. zo dňa 28. 08. 2014, v ktorom upozornil správcu dane, že výzva na vyjadrenie sa k zisteniam uvedeným v protokole zo dňa 01. 08. 2014 nebola doručená zákonným spôsobom. V podaní uviedol, že dňa 07. 08. 2014 bola výzva nesprávne doručená C. F., ktorá nie je zástupcom pre doručovanie písomností v daňovom konaní. Poukázal i na to, že správca dane bol dňa 09. 07. 2014 práve ním informovaný o tom, že daňový subjekt bol dňa 10. 03. 2014 vzatý do väzby a nemôže reagovať na výzvy správcu dane. 50. Po dôslednom oboznámení sa s obsahom predloženého administratívneho spisu žalovaného, súčasťou ktorého je i spis správcu dane súd zistil, že správca dane nepostupoval vo vzťahu k žalobcovi v súlade s vyššie citovanými ustanoveniami zákona č. 563/2009 Z. z. o správe daní (daňový poriadok) a o zmene a doplnení niektorých zákonov v znení neskorších predpisov, keď nevenoval pozornosť oznámeniu syna žalobcu zo dňa 09. 07. 2014 (kedy bola spísaná i zápisnica z ústneho pojednávania zo dňa 09. 07. 2014) o tom, že žalobca sa nachádza od 10. 03. 2014 vo väzbe (v ÚVV Nitra), čo znamená, že sa nenachádzal na adrese svojho trvalého pobytu, na ktorú adresu mu boli zásielky dovtedy doručované. Napriek takto získanej informácii správca dane naďalej doručoval písomnosti žalobcovi na adresu jeho trvalého pobytu, a teda nerešpektoval ust. § 30 ods. 5 daňového poriadku, v zmysle ktorého sa písomnosť doručuje na adresu na území členského štátu, ktorú daňový subjekt oznámil správcovi dane. Za oznámenie novej adresy "miesta doručenia" podľa názoru súdu bolo potrebné považovať informáciu o tom, že žalobca sa od 10. 03. 2014 nachádza vo výkone väzby, a to v Ústave na výkon väzby Nitra. Správca dane nerešpektoval ani ust. § 9 ods. 6 daňového poriadku, ktorý uvažuje i s takou situáciou, že daňový subjekt sa ocitne vo väzbe a teda nemôže sa osobne zúčastniť pri správe daní. Žalobca ako daňový subjekt, u ktorého bola vykonaná daňová kontrola za zdaňovacie obdobie február - november 2010, mal právo zúčastniť sa osobne daňovej kontroly a úkonov v nej vykonávaných, resp. sa mohol dať zastupovať zástupcom (túto možnosť, ale žalobca nevyužil). Plnomocenstvo, ktoré žalobca udelil pre účely preberania listových zásielok a predložil ho Slovenskej pošte, a. s. nemožno považovať za plnomocenstvo udelené pre účely zastupovania v daňovom konaní. 51. Pokiaľ teda správca dane dňa 09. 07. 2014 preukázateľne získal informáciu, že žalobca sa nachádza vo výkone väzby, teda nie v mieste svojho trvalého pobytu, ani v mieste podnikania, resp. na adrese, ktorá bola správcovi dane oznámená pri začatí daňovej kontroly ako "miesto doručovania" v zmysle ust. § 30 ods. 5 daňového poriadku, mal mu doručovať písomnosti (teda i protokol z daňovej kontroly a výzvu na vyjadrenie k nemu) priamo do ústavu na výkon väzby a samotné doručenie písomnosti by už zabezpečil ústav, čo vyplýva z ust. § 30 ods. 2, písm. b/ daňového poriadku. Získanie informácie o tom, že žalobca sa nachádza od 09. 07. 2014 vo výkone väzby spolu so zápisnicou o výsluchu obvineného zo dňa 10. 03. 2014 (z ktorej vyplýva, že väzba sa bude vykonávať v Ústave na výkon väzby Nitra) mal podľa názoru súdu správca dane považovať za oznámenie novej adresy "miesta doručenia" v zmysle ust. § 30 ods. 5 daňového poriadku a na toto miesto, teda do výkonu väzby mali byť žalobcovi doručované písomnosti správcu dane, vrátane protokolu z daňovej kontroly a výzvy na vyjadrenie k nemu. V dôsledku toho, že žalobca sa nachádzal vo väzbe, nemohol potom konať pri správe daní osobne a bolo povinnosťou správcu dane postupovať podľa ust. § 9 ods. 6 daňového poriadku a zisťovať, či si žalobca zvolil, resp. nezvolil zástupcu pre účely daňovej kontroly, resp. daňového konania. V prípade, ak by si žalobca zástupcu zvolil (čo bolo potrebné preukázať predložením plnomocenstva), správca dane by pri výkone daňovej kontroly a v následnom konaní bol povinný so zvoleným zástupcom konať. Pokiaľ by si žalobca zástupcu pre účely daňového konania nezvolil, správca dane mal postupovať v zmysle ust. § 9 ods. 6 daňového poriadku a žalobcovi ustanoviť zástupcu (so súhlasom zástupcu), resp. po splnení zákonom stanovených podmienok mohol požiadať Slovenskú komoru daňových poradcov, aby v zákonom určenej lehote navrhla zástupcu zo zoznamu daňových poradcov. Správca dane však zvolil iný postup a konal priamo so žalobcom, keď mu doručoval písomnosti (protokol z daňovej kontroly a výzvu na vyjadrenie sa k nemu) na adresu jeho trvalého pobytu, kde ich preberala osoba splnomocnená na preberanie poštových zásielok, pretože žalobca sa na tomto "mieste doručovania" už nenachádzal a adresu nového "miesta doručovania" správca dane neakceptoval. Až neskôr začal doručovať písomnosti žalobcovi do Ústavu na výkon trestu odňatia slobody a na výkon väzby v Nitre. Súd sa nestotožnil s názorom žalovaného, že týmto postupom správcu dane nebol porušený zákon a že konal v súlade s daňovým poriadkom. Rovnako sa súd nestotožnil s názorom žalovaného v tom, že nie je zrejmé, čo mal žalobca na mysli, ak tvrdil, že bolo porušené jeho ústavné právo na spravodlivý proces. Právo fyzickej osoby na spravodlivý proces v sebe subsumuje i právo sa tohto procesu osobne zúčastniť, čo v prípade žalobcu nebolo dodržané a teda správca dane porušil procesné právo žalobcu osobne sa zúčastniť daňovej kontroly. 52. Zákonnosti rozhodnutia o daňovej povinnosti žalobcu ako daňového subjektu musí predchádzať taký postup daňových orgánov, ktorý je v súlade s procesnoprávnym predpisom upravujúcim daňové konanie. Zákonodarca v právnej úprave zakotvenej v ust. § 9 ods. 6 daňového poriadku upravuje postup daňových orgánov v prípade, ak nemôže daňový subjekt osobne konať, pričom v demonštratívnom výpočte je uvedený aj prípad, ktorý nastal u žalobcu, teda že nemôže osobne konať, lebo je vo väzbe. Pokiaľ správca dane v priebehu daňovej kontroly i žalovaný v odvolacom konaní nechali bez povšimnutia oznámenie syna žalobcu zo dňa 09. 07. 2014, že žalobca je od 10. 03. 2014 vo väzbe ako i ďalšie námietky žalobcu uvedené v odvolaní proti rozhodnutiu správcu dane zo dňa 23. 11. 2015, takýto postup nie je v súlade so zákonom a správne orgány zaťažili svoje konanie takou vadou, ku ktorej bol správny súd povinný prihliadať i z úradnej povinnosti, pretože mohla mať za následok nezákonnosť rozhodnutia v merite veci. Z uvedených dôvodov súd po preskúmaní napadnutého rozhodnutia žalovaného, vychádzajúc zo zistení vyplývajúcich z predloženého administratívneho spisu dospel k záveru, že vzhľadom na vyššie uvedenú vadu konania nie je možné považovať postup žalovaného, ktorý predchádzal vydaniu žalobou napadnutého rozhodnutia za zákonný, a preto ani napadnuté rozhodnutie žalovaného nie je možné považovať za súladné so zákonom, ktorá skutočnosť sama osebe je dôvodom pre zrušenie rozhodnutia žalovaného a vrátenie veci na ďalšie konanie podľa ust. § 191 ods. 1 písm. g/ SSP, nakoľko v priebehu daňového konania došlo k podstatnému porušeniu ustanovení daňového poriadku, ktoré mohlo mať za následok vydanie nezákonného rozhodnutia. 53. Podstatné porušenie ust. § 9 ods. 6 daňového poriadku, ktoré mohlo mať za následok vydanie nezákonného rozhodnutia žalovaného spočívalo v tom, že i keď správca dane mal informáciu získanú najneskôr dňa 09. 07. 2014 od syna žalobcu (PhDr. F. F.) o tom, že žalobca sa nachádza vo väzbe v Ústave na výkon väzby v Nitre a teda sa nemôže osobne zúčastniť pri správe daní (daňovej kontroly) a v jej rámci konať, doručoval protokol z daňovej kontroly (spolu s výzvou na vyjadrenie sa k zisteniam uvedeným v protokole) i po získaní takejto informácie žalobcovi na adresu trvalého pobytu, kde ho prevzala splnomocnená osoba na preberanie poštových zásielok - manželka žalobcu, ako to vyplynulo z písomného podania PhDr. F. zo dňa 28. 08. 2014. Podľa názoru správneho súdu si daňové orgány nesprávne stotožnili osobu splnomocnenú na preberanie poštových zásielok so zástupcom daňového subjektu pri daňovej kontrole, ako to má na mysli ust. § 9 ods. 6 daňového poriadku. Osobu splnomocnenú na preberanie zásielok však nemožno považovať za zástupcu daňového subjektu v daňovom konaní, čo vyplýva zo samotnej podstaty plnej moci na preberanie zásielok, ktorá je podstatne užšia, nakoľko splnomocnená osoba môže len prevziať písomnosť za adresáta, ale nemôže za neho konať v daňovom konaní. Zástupca daňového subjektu pri daňovej kontrole, pokiaľ ho daňový subjekt splnomocní, prípadne ho ustanoví správca dane, sa môže namiesto daňového subjektu zúčastniť daňovej kontroly a realizovať tak všetky práva, ktoré v zmysle daňového poriadku prináležia daňovému subjektu. Pochybenie správcu dane neodstránil ani žalovaný, ktorý rozhodnutie správcu dane potvrdil napriek tomu, že na to neboli splnené podmienky. Z administratívneho spisu, ktorý súdu predložil žalovaný, správny súd zistil a je toho názoru, že protokol z daňovej kontroly nebol riadne a zákonným spôsobom doručený žalobcovi ako daňovému subjektu, v dôsledku čoho potom vzniká otázka, či vôbec a akým spôsobom a kedy bola ukončená daňová kontrola u žalobcu. V predloženom administratívnom spise sa nenachádza žiadne splnomocnenie udelené žalobcom jeho synovi, PhDr. F. F. a nie je zrejmé, na základe čoho žalovaný vo svojom vyjadrení zo dňa 15. 06. 2016 (vyjadrenie k podanej žalobe) tvrdil, že PhDr. F. F. preukázal, že má splnomocnenie na preberanie zásielok adresovaných žalobcovi, vrátane zásielok adresovaných do vlastných rúk. Toto tvrdenie žalovaného nemá oporu v administratívnom spise, ktorý bol predložený správnemu súdu. 54. V ďalšom konaní bude povinnosťou žalovaného opätovne rozhodnúť o odvolaní žalobcu proti rozhodnutiu správcu dane zo dňa 23. 11. 2015, pričom žalovaný svoje rozhodnutie riadne a v súlade s požiadavkami kladenými na preskúmateľnosť rozhodnutia odôvodní. Zároveň sa žalovaný v novom rozhodnutí vysporiada so všetkými relevantnými námietkami žalobcu vznesenými proti napadnutému rozhodnutiu v podanom odvolaní žalobcu ako i v podanej žalobe, vrátane námietky týkajúcej sa trvania daňovej kontroly a neúčinnosti doručenia protokolu z daňovej kontroly žalobcovi. V odvolacom konaní má žalovaný rozsiahle oprávnenia vyplývajúce z ust. § 74 ods. 2, 3, 4 zákonom č. 563/2009 Z. z. o správe daní (daňový poriadok) a o zmene a doplnení niektorých zákonov v znení neskorších predpisov a v prípade, ak odvolaním napadnuté rozhodnutie správcu dane zruší, bude i správca dane viazaný právnym názorom súdu. 55. Žalovaný sa teda v ďalšom konaní bude dôsledne zaoberať tým, či boli dodržané procesné práva žalobcu a či správca dane zákonným spôsobom doručil protokol z daňovej kontroly ako i výzvu na vyjadrenie sa k protokolu z daňovej kontroly žalobcovi, teda i tým, či je daňová kontrola u žalobcu zákonným spôsobom ukončená. Podľa názoru správneho súdu bude potrebné vychádzať z toho, že od okamihu, kedy sa správca dane dozvedel o tom, že sa žalobca nachádza vo výkone väzby (v dôsledku čoho nemôže osobne konať pri správe daní) bolo potrebné doručovať mu protokol z daňovej kontroly a výzvu na vyjadrenie sa k nemu do miesta výkonu väzby a vyzvať ho na zvolenie si zástupcu v daňovom konaní, resp. mu takéhoto zástupcu ustanoviť a konať s ním namiesto žalobcu, u ktorého bola objektívna prekážka, pre ktorú sa nemohol osobne zúčastniť pri správe daní, hoci má toto právo garantované i v daňovom poriadku. V tejto súvislosti bude potrebné sa vysporiadať i s námietkou žalobcu týkajúcou sa dĺžky a trvania daňovej kontroly, a to s poukazom na jeho tvrdenie, že mu protokol z daňovej kontroly nebol doposiaľ riadne doručený, pričom daňová kontrola začala dňa 26. 08. 2013 a uplynula zákonom stanovená lehota na vykonanie daňovej kontroly, ktorá podľa tvrdenia žalobcu doteraz nebola ukončená v zmysle zákona. 56. Pokiaľ by žalovaný túto námietku žalobcu i naďalej považoval za nedôvodnú, súd dáva do pozornosti žalovaného jeho prvé rozhodnutie v tejto veci zo dňa 27. 02. 2015, ktorým zrušil rozhodnutie správcu dane zo dňa 18. 09. 2014 z dôvodu, že zistenie skutkového stavu zo strany správcu dane je nedostačujúce na posúdenie veci a bude potrebné doplniť dokazovanie i výsluchom svedkov. V predloženom administratívnom spise nie je zadokumentované doplnenie dokazovania správcom dane v súlade s právnym názorom žalovaného vyjadreným v jeho rozhodnutí zo dňa 27. 02. 2015, čo však žalovaný pri rozhodovaní o odvolaní žalobcu proti rozhodnutiu správcu dane zo dňa 23. 11. 2015 nechal bez povšimnutia a rozhodnutie správcu dane potvrdil bez toho, aby sa zaoberal tým, že správca dane v priebehu ďalšieho konania (po zrušení jeho predchádzajúceho rozhodnutia zo dňa 18. 09. 2014) nerešpektoval právny názor vyslovený žalovaným v jeho rozhodnutí zo dňa 27. 02. 2015 a dokazovanie žiadnym spôsobom nedoplnil. 57. Vzhľadom na to, že správny súd zrušil rozhodnutie žalovaného pre procesné pochybenie daňových orgánov, nezaoberal sa hmotnoprávnymi námietkami žalobcu uvedenými v žalobe a samotným meritom veci. 58. Žalovaný je viazaný právnym názorom súdu s poukazom na ust. § 191 ods. 6 SSP. 59. O trovách konania správny súd rozhodol tak, že žalobcovi, ktorý mal v konaní úspech (súd žalobe vyhovel), priznal právo na plnú náhradu trov konania, a to s poukazom na ust. § 167 ods. 1 SSP. O výške náhrady trov konania rozhodne správny súd po právoplatnosti rozhodnutia, ktorým sa konanie končí, samostatným uznesením, ktoré vydá súdny úradník (§ 175 ods. 2 SSP). 60. Súd takto rozhodol v pomere hlasov 3 : 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https://www.kauzis.sk/judikatura/r/ECLI:SK:KSNR:2017:4016200445.2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