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11S/41/2017 z 27. 8. 2017</w:t>
      </w:r>
    </w:p>
    <w:p>
      <w:r>
        <w:t>Uznesenie Krajského súdu Nitra z 27. augusta 2017, sp. zn. 11S/41/2017, ECLI:SK:KSNR:2017:4017200239.2</w:t>
      </w:r>
    </w:p>
    <w:p>
      <w:r>
        <w:t>Súd: Krajský súd Nitra</w:t>
      </w:r>
    </w:p>
    <w:p>
      <w:r>
        <w:t>Spisová značka: 11S/41/2017</w:t>
      </w:r>
    </w:p>
    <w:p>
      <w:r>
        <w:t>ECLI: ECLI:SK:KSNR:2017:4017200239.2</w:t>
      </w:r>
    </w:p>
    <w:p>
      <w:r>
        <w:t>Dátum vydania: 27.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Nitra Spisová značka: 11S/41/2017 Identifikačné číslo súdneho spisu: 4017200239 Dátum vydania rozhodnutia: 28. 08. 2017 Meno a priezvisko sudcu, VSÚ: JUDr. Marta Molnárová ECLI: ECLI:SK:KSNR:2017:4017200239.2 Uznesenie Krajský súd v Nitre, v právnej veci žalobcu: AJCOR RECYCLING, spol. s r. o., Novozámocká cesta 2/3862, Komárno, IČO: 36 614 262, zastúpeného JUDr. Martinom Kanásom, advokátom, Školská 3, Nitra, proti žalovanému: Finančné riaditeľstvo Slovenskej republiky, so sídlom Lazovná 63, Banská Bystrica, o preskúmanie zákonnosti rozhodnutia žalovaného zo dňa 13. decembra 2016 č. XXXXXXXXX/ XXXX, takto r o z h o d o l : Súd z r u š u j e svoje uznesenie zo dňa 26. apríla 2017 č. k. 11S/41/2017-136. o d ô v o d n e n i e : 1. Žalobca pri podaní žaloby zo dňa 03. 03. 2017 o preskúmanie zákonnosti rozhodnutia žalovaného zo dňa 13. 12. 2016 č. XXXXXXXXX/XXXX nezaplatil súdny poplatok 70,- eur podľa položky 10 písm. a/ Sadzobníka súdnych poplatkov, ktorý je prílohou k zák. č. 71/1992 Zb. o súdnych poplatkoch a poplatku za výpis z registra trestov v znení účinnom do 31. 03. 2017 (t. j. zo správnej žaloby proti rozhodnutiu orgánu verejnej správy alebo opatreniu orgánu verejnej správy) a neurobil tak ani dodatočne na výzvu súdu, pričom bol poučený, že ak súdny poplatok nezaplatí v určenej lehote, súd konanie zastaví. 2. Uznesením zo dňa 26. 04. 2017 č. k. 11S/41/2017-136, ktoré bolo doručené právnemu zástupcovi žalobcu dňa 01. 06. 2017, súd konanie zastavil pre nezaplatenie súdneho poplatku. Dňa 15. 06. 2017 bola zložená platba v sume 70,- eur na účet Slovenskej pošty a.s., pričom podľa záznamu o zložení bol platiteľom žalobca. 3. Proti predmetnému uzneseniu podal žalobca prostredníctvom svojho právneho zástupcu odvolanie zo dňa 15. 06. 2017 (osobne podané tunajšiemu súdu dňa 16. 06. 2017), v ktorom uviedol, že ku dňu 15. 06. 2017 bol vyrubený súdny poplatok zaplatený v plnej výške. Z uvedeného dôvodu žiadal, aby súd napadnuté uznesenie zrušil v celom rozsahu a vo veci konal ďalej. 4. Podľa § 10 ods. 3 veta prvá, zák. č. 71/1992 Zb. o súdnych poplatkoch a poplatku za výpis z registra trestov (v znení účinnom do 30. 06. 2017), prvoinštančný súd zruší uznesenie o zastavení konania pre nezaplatenie súdneho poplatku, ak poplatník zaplatí súdny poplatok do konca lehoty na podanie odvolania. 5. Podľa § 14 ods. 1 zák. č. 71/1992 Zb. o súdnych poplatkoch a poplatku za výpis z registra trestov, ak tento zákon neustanovuje inak, na konanie vo veciach poplatkov sa primerane použijú ustanovenia Civilného sporového poriadku. 6. Podľa ust. § 25 veta prvá zák. č. 162/2015 Z. z. Správny súdny poriadok, ak tento zákon neustanovuje inak, použijú sa na konanie pred správnym súdom primerane ustanovenia prvej a druhej časti Civilného sporového poriadku okrem ustanovení o intervencii. 7. S poukazom na vyššie citované zákonné ustanovenie súd rozhodol tak, že uznesenie o zastavení konania pre nezaplatenie súdneho poplatku zo dňa 26. 04. 2017 č. k. 11S/41/2017-136 zrušil, nakoľko žalobca zaplatil súdny poplatok v lehote na podanie odvolania proti tomuto uzneseniu. 8. Súd prvej inštancie takto rozhodol pomerom hlasov 3:0 (§ 3 ods. 9 zák. č. 757/2004 Z. z. o súdoch a o zmene a doplnení niektorých zákonov v znení neskorších predpisov). Poučenie: Proti tomuto uzneseniu odvolanie nie je prípustné (§ 355 ods. 2 zákona č. 160/2015 Z. z. Civilný sporový poriadok).</w:t>
      </w:r>
    </w:p>
    <w:p/>
    <w:p>
      <w:r>
        <w:t>Zdroj: KAUZIS.SK – https://www.kauzis.sk/judikatura/r/ECLI:SK:KSNR:2017:4017200239.2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