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6Sd/30/2010 z 21. 9. 2011</w:t>
      </w:r>
    </w:p>
    <w:p>
      <w:r>
        <w:t>Rozsudok Krajského súdu Prešov z 21. septembra 2011, sp. zn. 6Sd/30/2010, ECLI:SK:KSPO:2011:8010200340.1</w:t>
      </w:r>
    </w:p>
    <w:p>
      <w:r>
        <w:t>Súd: Krajský súd Prešov</w:t>
      </w:r>
    </w:p>
    <w:p>
      <w:r>
        <w:t>Spisová značka: 6Sd/30/2010</w:t>
      </w:r>
    </w:p>
    <w:p>
      <w:r>
        <w:t>ECLI: ECLI:SK:KSPO:2011:8010200340.1</w:t>
      </w:r>
    </w:p>
    <w:p>
      <w:r>
        <w:t>Dátum vydania: 21. 9. 2011</w:t>
      </w:r>
    </w:p>
    <w:p>
      <w:r>
        <w:t>Forma: Rozsudok</w:t>
      </w:r>
    </w:p>
    <w:p>
      <w:pPr>
        <w:pStyle w:val="Heading2"/>
      </w:pPr>
      <w:r>
        <w:t>Text rozhodnutia</w:t>
      </w:r>
    </w:p>
    <w:p>
      <w:r>
        <w:t>Súd: Krajský súd Prešov Spisová značka: 6Sd/30/2010 Identifikačné číslo súdneho spisu: 8010200340 Dátum vydania rozhodnutia: 22. 09. 2011 Meno a priezvisko sudcu, VSÚ: JUDr. Viera Zoľáková ECLI: ECLI:SK:KSPO:2011:8010200340.1 ROZSUDOK V MENE SLOVENSKEJ REPUBLIKY Krajský súd v Prešove samosudkyňou JUDr. Vierou Zoľákovou, v právnej veci navrhovateľa Ing. J. Q., bytom vo W., B. č. XX, proti odporkyni Sociálnej poisťovni, ústredie v Bratislave, ul. 29. augusta č. 8, Bratislava, o invalidný dôchodok, dňa 22. septembra 2011 tak r o z h o d o l : Súd z r u š u j e rozhodnutie odporkyne zo dňa 22. apríla 2010 č. XXXXXXXXXX v spojení so zmenovým rozhodnutím zo dňa 21. septembra 2010 č. XXXXXXXXXX X. podľa § 250j ods. 3 O.s.p. v spojení s ustanovením § 250l ods. 2 a § 250q ods. 2 O.s.p. a vec vracia na ďalšie konanie. Náhradu trov konania účastníkom n e p r i z n á v a . o d ô v o d n e n i e : Preskúmavaným rozhodnutím zo dňa 22.04.2010 odporkyňa podľa § 73, § 112 ods. 4 a § 82 zákona č. 461/2003 Z.z. o sociálnom poistení v znení neskorších predpisov zvýšila navrhovateľovi sumu invalidného dôchodku od 05.05.2009 na 265,40 Eur mesačne podľa § 82 zákona č. 461/2003 Z.z. o sociálnom poistení v znení neskorších predpisov a v súlade s opatrením Ministerstva práce, sociálnych vecí a rodiny Slovenskej republiky č. 413/2009 Z.z., ktoré ustanovuje percento zvýšenia dôchodkovej dávky mu od 01.01.2010 zvýšila invalidný dôchodok na sumu 273,50 Eur mesačne. Proti tomuto rozhodnutiu včas podal opravný prostriedok navrhovateľ, ktorý odôvodnil tým, že trvá na priznaní plného invalidného dôchodku zo spätnou platnosťou od 05.12.2005, t.j. odo dňa priznania invalidného dôchodku. Odporkyňa navrhla preskúmavané rozhodnutie ako vecne správne potvrdiť. Krajský súd podľa § 250l a nasledujúcich ustanovení O.s.p. preskúmal napadnuté rozhodnutie odporkyne, vypočul účastníkov konania, oboznámil sa s posudkovým a dávkovým spisom odporkyne a ostatným spisovým materiálom a zistil tento skutkový stav: Preskúmavaným rozhodnutím zo dňa 22.04.2010 odporkyňa podľa § 73, § 112 ods. 4 a § 82 zákona č. 461/2003 Z.z. o sociálnom poistení v znení neskorších predpisov zvýšila navrhovateľovi sumu invalidného dôchodku od 05.05.2009 na 265,40 Eur mesačne podľa § 82 zákona č. 461/2003 Z.z. o sociálnom poistení v znení neskorších predpisov a v súlade s opatrením Ministerstva práce, sociálnych vecí a rodiny Slovenskej republiky č. 413/2009 Z.z., ktoré ustanovuje percento zvýšenia dôchodkovej dávky mu od 01.01.2010 zvýšila invalidný dôchodok na sumu 273,50 Eur mesačne. Výrok rozhodnutia odôvodnila tým, že pokles schopnosti vykonávať zárobkovú činnosť navrhovateľa od 05.05.2009 je 60 %. Jeho dlhodobo nepriaznivý zdravotný stav a pokles schopnosti vykonávať zárobkovú činnosť bol posúdený posudkovým lekárom sociálneho poistenia Sociálnej poisťovne, pobočka Poprad a výsledok jeho posúdenia je uvedený v lekárskej správe z 21.01.2010. Posudkový záver posudkového lekára sociálneho poistenia vychádzal zo skutočností, ktoré boli preukázané počas konania o zmene sumy invalidného dôchodku. Ak by v budúcnosti došlo k zhoršeniu zdravotného stavu navrhovateľa, ktoré by odôvodňovalo stanovenie vyššej miery poklesu schopnosti vykonávať zárobkovú činnosť alebo zmenu rozhodujúceho zdravotného postihnutia, môže požiadať o opätovné posúdenie jeho invalidity a zvýšenie sumy invalidného dôchodku. Sumu invalidného dôchodku určil podľa § 73 ods. 2 zákona č. 461/2003 Z.z. Zároveň odôvodnil spôsob výpočtu priznanej výšky invalidného dôchodku. Rozhodnutím zo dňa 21.09.2010 č. XXXXXXXXXX X odporkyňa podľa § 112 ods. 1 zákona č. 461/2003 Z.z. o sociálnom poistení zrušila rozhodnutie sociálnej poisťovne, ústredie toho istého čísla z 19.04.2010 o priznaní invalidného dôchodku a rozhodnutie sociálnej poisťovne toho istého čísla z 22.04.2010 o zmene sumy invalidného dôchodku. Rozhodnutím zo dňa 21.09.2010 č. XXXXXXXXXX X odporkyňa podľa § 70 ods. 1 a § 82 ods. 2 zákona č. 461/2003 Z.z. o sociálnom poistení v znení zákona č. 439/2004 Z.z. navrhovateľovi od 05.12.2005 priznala invalidný dôchodok v sume 5.951,- Sk mesačne. Podľa § 82 zákona č. 461/2003 Z.z. o sociálnom poistení a v súlade s opatrením Ministerstva práce, sociálnych vecí a rodiny SR č. 229/2006 Z.z., ktoré ustanovuje percento zvýšenia dôchodkovej dávky, zvýšila navrhovateľovi od 01.07.2006 invalidný dôchodok na sumu 6.306,- Sk mesačne. Podľa § 82 zákona č. 461/2003 Z.z. o sociálnom poistení v znení zákona č. 310/2006 Z.z. a v súlade s opatrením Ministerstva práce, sociálnych vecí a rodiny SR č. 197/2007 Z.z., ktoré ustanovuje percento zvýšenia dôchodkovej dávky, zvýšila navrhovateľovi invalidný dôchodok na sumu 6.701,- Sk mesačne. Podľa § 82 zákona č. 461/2003 Z.z. o sociálnom poistení v znení neskorších predpisov a v súlade s opatrením Ministerstva práce, sociálnych vecí a rodiny SR č. 136/2008 Z.z., ktoré ustanovuje percento zvýšenia dôchodkovej dávky, zvýšila navrhovateľovi od 01.07.2008 invalidný dôchodok na sumu 7.037,- Sk mesačne. Podľa § 293ar ods. 1 zákona č. 461/2003 Z.z. o sociálnom poistení v znení zákona č. 659/2007 Z.z. patrí navrhovateľovi k 01.01.2009 invalidný dôchodok v sume 233,60 Eur mesačne. Podľa § 82 zákona č. 461/2003 Z.z. o sociálnom poistení v znení neskorších predpisov a v súlade s opatrením Ministerstva práce, sociálnych vecí a rodiny SR č. 450/2008 Z.z. zvýšila navrhovateľovi od 01.01.2009 invalidný dôchodok na sumu 249,90 Eur mesačne. Podľa § 82 zákona č. 461/2003 Z.z. o sociálnom poistení v znení neskorších predpisov a v súlade s opatrením Ministerstva práce, sociálnych vecí a rodiny SR č. 413/2009 Z.z. zvýšila navrhovateľovi od 01.01.2010 invalidný dôchodok na sumu 257,60 Eur mesačne. Výrok rozhodnutia odôvodnila tým, že navrhovateľ bol za invalidného uznaný z dôvodu, že má pokles schopnosti vykonávať zárobkovú činnosť o 60 % v porovnaní so zdravou fyzickou osobou. Jeho dlhodobo nepriaznivý zdravotný stav a pokles schopnosti vykonávať zárobkovú činnosť bol posúdený posudkovým lekárom sociálneho poistenia Sociálnej poisťovne, ústredie so sídlom v Prešove a výsledok jeho posúdenia je uvedený v lekárskej správe z 03.09.2010. Posudkový záver posudkového lekára sociálneho poistenia vychádzal zo skutočností, ktoré boli preukázané počas konania o priznaní invalidného dôchodku. Ak by v budúcnosti došlo k zhoršeniu jeho zdravotného stavu, ktoré by odôvodňovalo stanovenie vyššej miery poklesu schopnosti vykonávať zárobkovú činnosť alebo zmenu rozhodujúceho zdravotného postihnutia, má možnosť požiadať o opätovné posúdenie invalidity a zvýšenie sumy invalidného dôchodku. Zároveň odôvodnila spôsob výpočtu výšky invalidného dôchodku. Navrhovateľ oznámil súdu, že trvá na svojom opravnom prostriedku a podáva odvolanie aj proti rozhodnutiu odporkyne zo dňa 21.09.2010 a žiada o priznanie plného invalidného dôchodku. Ako dôvod odvolania označil ťažkú poruchu stavu výživy (veľmi slabý až takmer nemožný prehĺtací akt už pri pokuse prehltnúť aj obyčajnú vodu) a výkonnosti organizmu, ktorý pretrváva od prvého dňa po operácii vykonanej 04.11.2004 a trvá až dodnes. Podľa lekárskych nálezov sa jedná o trvalý stav. Z posudku, ktorý je súčasťou lekárskej správy posudkového lekára sociálneho poistenia MUDr. Q. E. zo dňa 21.01.2010 vyplýva, že rozhodujúcim zdravotným postihnutím navrhovateľa je funkčná alebo organická stenóza pažeráka s veľmi slabým až nemožným prehĺtacím aktom, zaradené pod kapitolu X - A - 4 - c 50 %. Iným zdravotným postihnutím sú depresívne poruchy nálad stredne ťažkej formy, zaradené pod kapitolu V - 3a, opodstatňujúce zvýšenie percentuálnej miery o 10 %. Podľa celkového posudku u navrhovateľa sa jedná o 57 ročného muža s akademickým vzdelaním, ktorý sa v novembri 2004 na špecializovanom pracovisku (naj)vyššieho typu podrobil úspešnému odstráneniu nezhubného nádoru na pravej strane krku. Náročná lokalizácia, ako i rozsiahlosť (C1-7) nezhubného nádoru s origom v oblasti krčnicového klbka (glomus caroticum) vpravo zapríčinila, že došlo k poškodeniu troch do tumoru zavzatých hlavových nervov (IX., X., XII.), ako i návratného nervu vpravo, následkom čoho došlo k rozvoju dysfágie a dysartrie (narušený prehĺtací akt a porucha reči pre ochrnutie pravej hlasivky). Pokusom o zlepšenie nepriaznivého stavu bol rekonštrukčný stomatochirurgický zákrok realizovaný (10/2005) so zámerom zvýšiť hrebeň ďasien kostným štepom do sánky a čeľuste za účelom kompenzácie úbytku ich objemu. Z posudkového hľadiska na základe doložených odborných vyšetrení je postihnutie možné zaradiť do kapitoly X - A - 4 - c s tým, že sa určuje len dolná hranica rozpätia, t.j. 50 %, nakoľko nedošlo k ťažkej poruche výživy (hmotnosť posudzovaného od 05.12.2005, kedy posudzovaný vážil 70 kg vzrástla k dnešnému dňu na 78 kg). Navýšenie miery poklesu o 10 % je možné realizovať pre stredne ťažké depresívne poruchy nálad. Zvýšenie celkovej miery poklesu schopnosti vykonávať zárobkovú činnosť z doterajších 50 % je dňom 05.05.2009 (dátum relevantného kontrastného vyšetrenia) určené na 60 %. Podľa výroku posudku je navrhovateľ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nie je už 50 %, ale je 60 %. Invalidita navrhovateľa bola opätovne posúdená posudkovou lekárkou sociálneho poistenia Sociálnej poisťovne, ústredie so sídlom v Prešove dňa 03.09.2010. Podľa celkového posudku navrhovateľ je vysokoškolsky vzdelaný 57 ročný muž, ktorý sa v novembri 2004 podrobil operačnému zákroku na ORL klinike v Bratislave. Operácii predchádzalo vytvorenie hrčky na pravej strane krku, z diferenciálne - diagnostických dôvodov absolvoval vytrhnutie všetkých zubov horného zuboradia (myslelo sa na chronický infekt zo zubných koreňov) presná diagnostika potvrdila nádor vyrastajúci z krčnicového klbka (= glomus caroticum). Bol operačne totálne odstránený bez porušenia cievnej steny krčnicových tepien. V pooperačnom období bolo zistené na základe subjektívnych ťažkostí posudzovaného a neskôr objektívnym vyšetrením porušenie funkcie vetvičiek hlavových nervov IX., X., XII., čo u posudzovaného spôsobilo najmä poruchu funkcie hltania a tým spojené problémy pri prijímaní potravy, najmä tuhej a polotuhej potravy. Pomocou videofluoroskopie bola overená orofaryngeálna dysfágia s ťažiskom s poruchou prehĺtania vo faryngeálnej fáze s nebezpečím zabehnutia potravy do subglotického priestoru. Bolo mu preto doporučené stimulačné a mobilizačné cvičenie zadnej časti jazyka (Masako - manéver), posilňovanie hyiodálnych svalov (Shaker manéver), cvičenia na eleváciu laryngu (Mendelsohnov manéver), nácvik kompenzačného prehltnutia a supraglotického prehltnutia (preorientovať sa na ľavú - neochrnutú časť hltana. V októbri 2005 bol operovaný na Stomatochirurgickej klinike v Košiciach, šlo o rekonštrukčný výkon - zvýšenie hrebeňa ďasien pomocou kostného štepu do čeľuste a sánky, čím sa kompenzoval úbytok objemu. (Posudzovaný v súčasnosti nosí kompletnú zubnú protézu). Okrem poruchy hltania sa mu zhoršil po operácii hlas, došlo k ochrnutiu pravej hlasivky, (porušenie návratného nervu vpravo) - ostatné laryngoskopické vyšetrenie dokumentuje takmer úplný záver hlasivkovej štrbiny, vďaka kompenzácii zdravej strany. Pri vyšetrení tvorený hlas je dobre zrozumiteľný, badať miernu dysartriu, stav možno považovať za zlepšený. Pri užívaní kašovitej stravy pribral na váhe, pri výške 180 cm váži 77 kg. Pri vyšetrení je posudzovaný na dobrej intelektuálnej úrovni, bez známok psychického ochorenia, od liečby (PAL) v roku 2002 úplne abstinuje, nefajčí, predpísané lieky užíva pravidelne, užíva lieky na vysoký krvný tlak, recidíva tumoru nie je doteraz dokumentovaná, tumor bol histologicky benígnej povahy. Na vyšetrenie z 12.05.2009 dokumentuje ťažkú poruchu prehĺtania v dolnej časti hltana a jeho prechode do pažeráka, tento stav trvá od roku 2005. Posudzovaný je schopný používať kašovitú stravu, čím jeho výživa netrpí, t.č. bez akýchkoľvek metabolických porúch. Z posudkového hľadiska je názor posudkového lekára taký, že miera poklesu schopnosti vykonávať zárobkovú činnosť je po navýšení 60 %, posudzovaný je schopný vykonávať ako vysokoškolsky vzdelaný prácu primeranú jeho vzdelaniu aj na skrátenú dobu, čím neutrpí príprava kašovitej stravy a jej príjem do organizmu. Porovnanie s príslušnou kapitolou pre ochorenie pažeráka je orientačné, v písmene c napriek tomu, že stav t.č. pri základnom ochorení len s ľahkou poruchou výživy. Zdravotný stav tak ako vznikol a trvá doteraz (porucha prehĺtania) vznikol 05.12.2005. Preto posudkový lekár zmenil dátum vzniku priznanej miery poklesu 60 % od tohto dátumu. Posudzovaný prejavil s výsledkom spokojnosť a na dotaz, či má nejakú námietku odpovedal, že nie. Podľa výroku posudku je navrhovateľ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je 60 %. Z písomného vyjadrenia odporkyne k opravnému prostriedku navrhovateľa vyplýva, že navrhovateľ bol za invalidného uznaný z dôvodu, že má pokles schopnosti vykonávať zárobkovú činnosť o 60 % v porovnaní so zdravou fyzickou osobou. Dlhodobo nepriaznivý zdravotný stav a pokles schopnosti vykonávať zárobkovú činnosť navrhovateľa bol posúdený posudkovým lekárom sociálneho poistenia Sociálnej poisťovne, ústredie so sídlom v Prešove a výsledok jeho posúdenia je uvedený v lekárskej správe z 03.09.2010. Posudkový záver posudkového lekára sociálneho poistenia vychádzal zo skutočností, ktoré boli preukázané počas konania o priznanie invalidného dôchodku. Ak by v budúcnosti došlo k zhoršeniu zdravotného stavu navrhovateľa, ktoré by odôvodňovalo stanovenie vyššej miery poklesu schopnosti vykonávať zárobkovú činnosť alebo zmenu rozhodujúceho zdravotného postihnutia, má možnosť požiadať o opätovné posúdenie invalidity a zvýšenie sumy invalidného dôchodku. Ďalej sa vyjadrila k spôsobu výpočtu výšky invalidného dôchodku, ktorý nebol navrhovateľom namietaný. Na základe takto zisteného skutkového stavu krajský súd dospel k záveru, že opravný prostriedok navrhovateľky je dôvodný. Zákon č. 461/2003 Z.z. o sociálnom poistení v znení neskorších predpisov stanovuje podmienky pre vznik, resp. trvanie invalidity a určenie miery poklesu schopnosti vykonávať zárobkovú činnosť. Podmienky nároku na invalidný dôchodok upravuje v § 70 Zákon o sociálnom poistení č. 461/2003 Z.z., podľa ktorého poistenec má nárok na invalidný dôchodok, ak sa stal invalidným, získal počet rokov dôchodkového poistenia uvedený v § 72 a ku dňu vzniku invalidity nesplnil podmienky nároku na starobný dôchodok alebo mu nebol priznaný predčasný starobný dôchodok. Pokles schopnosti vykonávať zárobkovú činnosť a mieru poklesu schopnosti vykonávať zárobkovú činnosť upravuje ustanovenie § 71 v odseku 1 až 10. Podľa § 71 ods. 1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č. 461/2003 Z.z. o sociálnom poistení v znení neskorších predpisov lekársku posudkovú činnosť dôchodkového poistenia vykoná posudkový lekár sociálnej poisťovne príslušnej pobočky a posudkový lekár sociálnej poisťovne ústredie (ďalej len ,,posudkový lekár“). V súlade s čl. 152 ods. 4 Ústavy Slovenskej republiky nedostatočne odôvodnené rozhodnutie odporkyne porušuje ústavné právo navrhovateľa na súdny prieskum rozhodnutia správneho orgánu v zmysle čl. 46 ods. 2 Ústavy SR, nakoľko sa účastníkovi správneho konania dotknutému na jeho právach odopiera možnosť efektívne spochybniť takéto rozhodnutie a preto nie je možné označiť napadnuté rozhodnutie ako spravodlivé. Konanie a rozhodovanie súdu o opravnom prostriedku podanom proti rozhodnutiu odporkyne v dávkových veciach sociálneho poistenia je konaním o preskúmanie zákonnosti rozhodnutia podľa piatej časti O.s.p. a nie je pokračovaním administratívneho konania. Nie je preto úlohou súdu doplňovať vecnú, či právnu argumentáciu rozhodnutia odporkyne, ktorá mala byť uvedená už v odôvodnení rozhodnutia. Odporkyňa sa v napadnutom rozhodnutí nevyporiadala so zmenou zdravotného stavu navrhovateľa, ktorá opodstatňovala priznanie čiastočného invalidného dôchodku a odňatie invalidného dôchodku. Z toho dôvodu súd považuje rozhodnutie odporkyne za nedostatočne odôvodnené. Ako to vyplýva z posudkov posudkových lekárov, rozhodujúce zdravotné postihnutie navrhovateľa bolo zaradené pod kapitolu X, oddiel A, položka 4c s určením percentuálnej miery poklesu schopnosti vykonávať zárobkovú činnosť na 50 %. Z prílohy č. 4 k zákonu č. 461/2003 Z.z. v znení neskorších predpisov vyplýva, že zdravotné postihnutie zaradené do kapitoly X, oddiel A, pod položku 4c má rozpätie miery poklesu schopnosti vykonávať zárobkovú činnosť 50 až 70 %. Z posudkov posudkových lekárov, ani z rozhodnutí odporkyne nevyplýva, z akého dôvodu bola napriek konštatovanému ťažkému zdravotnému postihnutiu navrhovateľa priznaná miera poklesu schopnosti vykonávať zárobkovú činnosť z uvedeného rozpätia v spodnej hranici, teda na 50 %, aj keď z lekárskych nálezov odborných lekárov vyplýva, že sa u navrhovateľa jedná o ťažkú poruchu prehĺtania v dolnej časti hltana, z čoho možno dedukovať aj problém pri prijímaní akejkoľvek aj kašovitej stravy a tekutín. Z rozhodnutí odporkyne, ani z posudkov posudkových lekárov nevyplýva, či zdravotné postihnutie navrhovateľa nemôže nepriaznivo ovplyvniť aj jeho výkonnosť a schopnosť uplatniť sa v pracovnej sfére. Krajský súd poznamenáva a poukazuje na to, že odôvodnenie napadnutého rozhodnutia je nepreskúmateľné pre nedostatok dôvodov. Stručný odkaz na dikciu zákona bez uvedenia skutočností, ktoré boli podkladom na rozhodnutie odporkyne, akými úvahami odporkyňa bola vedená pri hodnotení dôkazov a pri použití právnych predpisov nezodpovedá náležitostiam odôvodnenia rozhodnutia. Ako to vyplýva z ustanovenia § 209 ods. 4 zákona č. 461/2003 Z.z. v znení neskorších predpisov je nevyhnutné, aby rozhodnutie bolo presvedčivo a individuálne zdôvodnené tak, aby bolo možné preskúmať jeho zákonnosť s prihliadnutím na odôvodnenie a nie na obsah administratívneho spisu, ktorý je iba podkladom rozhodnutia. Ako to vyplýva z ustanovenia § 209 ods. 4 zákona č. 461/2003 Z.z. v znení neskorších predpisov, je nevyhnutné, aby rozhodnutie bolo presvedčivo a individuálne zdôvodnené tak, aby bolo možné preskúmať jeho zákonnosť s prihliadnutím na odôvodnenie a nie na obsah administratívneho spisu, ktorý je iba podkladom rozhodnutia. Z týchto dôvodov krajský súd zrušil napadnuté rozhodnutie podľa § 250q ods. 2 O.s.p. v spojení s ustanovením § 250j ods. 3 a § 250l ods. 2 O.s.p. a vec vrátil odporkyni na ďalšie konanie., lebo je nepreskúmateľné pre nedostatok dôvodov. V ďalšom konaní bude povinnosťou odporkyne opätovne posúdiť invaliditu navrhovateľa a určiť mieru poklesu schopnosti vykonávať zárobkovú činnosť, vo veci opätovne rozhodnúť a rozhodnutie odôvodniť v zmysle vyššie uvedeného. O náhrade trov konania krajský súd rozhodol podľa § 250k ods. 1 O.s.p. v spojení s ustanovením § 250l ods. 2 O.s.p. Aj keď bol navrhovateľ v konaní úspešný, súd mu náhradu trov konania nepriznal, pretože si neuplatnil nárok na náhradu trov konania a odporkyňa zo zákona nemá nárok na náhradu trov konania. Poučenie: Proti tomuto rozsudku odvolanie nie je prípustné.</w:t>
      </w:r>
    </w:p>
    <w:p/>
    <w:p>
      <w:r>
        <w:t>Zdroj: KAUZIS.SK – https://www.kauzis.sk/judikatura/r/ECLI:SK:KSPO:2011:8010200340.1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