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4Cob/95/2011 z 7. 11. 2011</w:t>
      </w:r>
    </w:p>
    <w:p>
      <w:r>
        <w:t>Uznesenie Krajského súdu Prešov z 7. novembra 2011, sp. zn. 4Cob/95/2011, ECLI:SK:KSPO:2011:8507204202.2</w:t>
      </w:r>
    </w:p>
    <w:p>
      <w:r>
        <w:t>Súd: Krajský súd Prešov</w:t>
      </w:r>
    </w:p>
    <w:p>
      <w:r>
        <w:t>Spisová značka: 4Cob/95/2011</w:t>
      </w:r>
    </w:p>
    <w:p>
      <w:r>
        <w:t>ECLI: ECLI:SK:KSPO:2011:8507204202.2</w:t>
      </w:r>
    </w:p>
    <w:p>
      <w:r>
        <w:t>Dátum vydania: 7. 11. 2011</w:t>
      </w:r>
    </w:p>
    <w:p>
      <w:r>
        <w:t>Forma: Uznesenie</w:t>
      </w:r>
    </w:p>
    <w:p>
      <w:pPr>
        <w:pStyle w:val="Heading2"/>
      </w:pPr>
      <w:r>
        <w:t>Text rozhodnutia</w:t>
      </w:r>
    </w:p>
    <w:p>
      <w:r>
        <w:t>Súd: Krajský súd Prešov Spisová značka: 4Cob/95/2011 Identifikačné číslo súdneho spisu: 8507204202 Dátum vydania rozhodnutia: 08. 11. 2011 Meno a priezvisko sudcu, VSÚ: JUDr. Roman Tóth ECLI: ECLI:SK:KSPO:2011:8507204202.2 Uznesenie Krajský súd v Prešove v právnej veci žalobcu: M. G., nar. XX.XX.XXXX, bytom M. XXX proti žalovanému: A. - A. W. M., M. XXX, IČO: 36 473 952, zastúpenému JUDr. Martou Konkoľovou, advokátkou v Starej Ľubovni, ul. Jarmočná 79, o vyhlásenie neplatnosti rozhodnutia členskej schôdze, o odvolaní žalovaného proti rozsudku Okresného súdu Stará Ľubovňa zo dňa 4. júna 2009, č.k. 3Cb/152/2007-108 takto r o z h o d o l : P r i p ú š ť a späťvzatie návrhu. R u š í rozsudok súdu prvého stupňa v spojení s opravným uznesením a konanie z a s t a v u j e. Žiaden z účastníkov n e m á právo na náhradu trov konania. o d ô v o d n e n i e : Žalobca ako žalobca v 23. rade podal žalobu na vyhlásenie neplatnosti rozhodnutia členskej schôdze zo dňa 9.8.2007 o jeho vylúčení z členstva v družstve. 23 žalobcov žalobou zo dňa 7.9.2007 sa domáhalo určenia, že rozhodnutie členskej schôdze A. - podielnícke družstvo M. zo dňa 9.8.2007, ktorým bolo potvrdené rozhodnutie Predstavenstva družstva A. - A. W. zo dňa 12.5.2007 o vylúčení z členstva v družstve je neplatné, lebo je v rozpore s právnymi predpismi a Stanovami družstva a naďalej zostávajú členmi družstva. Všetci žalobcovia podaním z 12.11.2007 zobrali návrh späť v časti určenia, že naďalej zostávajú členmi družstva. Okresný súd Stará Ľubovňa uznesením z 10. decembra 2007 č.k. 3Cb/149/2007-17 zastavil konanie v časti výroku „aj naďalej zostáva členom družstva“ a zvyšok nároku žalobcu vylúčil na samostatné konanie. Vec bola ďalej vedená na Okresnom súde Stará Ľubovňa pod sp.zn. 3Cb/152/2007. Okresný súd Stará Ľubovňa rozsudkom zo dňa 4. júna 2009 č.k. 3Cb/152/2007-108 určil, že rozhodnutie členskej schôdze A. - podielnícke družstvo M. zo dňa 9.8.2007, ktorým bolo potvrdené rozhodnutie Predstavenstva družstva A. o vylúčení z členstva v družstve žalobcu M. G., je neplatné. Na odvolanie žalovaného Krajský súd v Prešove rozsudkom zo dňa 8. decembra 2009 č.k. 4Cob 53/2009-171 zmenil rozsudok súdu prvého stupňa v jeho napadnutej časti tak, že návrh žalobcu zamietol. Nepriznal žalovanému náhradu trov odvolacieho konania. Na podané dovolanie Najvyšší súd Slovenskej republiky uznesením zo dňa 31.mája 2011 č.k. 4Obdo 14/2010-208 zrušil rozsudok Krajského súdu a vec mu vrátil na ďalšie konanie. Opravným uznesením zo dňa 30. septembra 2011 Okresný súd Stará Ľubovňa opravil výrok rozsudku Okresného súdu tak, že o trovách konania súd rozhodne samostatným uznesením po právoplatnosti rozhodnutia vo veci samej. Žalobca podaním dňa 4.10.2011 zobral svoj návrh späť. Žiada krajský súd konanie zastaviť. Právna zástupkyňa žalovaného so späťvzatím súhlasila s tým, že nežiada priznať náhradu trov konania. Nakoľko žalobca zobral svoj návrh späť celkom a žalovaný s tým súhlasil, potom odvolací súd s poukazom na § 208 O.s.p. pripustil späťvzatie návrhu. Zrušil rozsudok súdu prvého stupňa v spojení s opravným uznesením a konanie zastavil. O trovách konania účastníkov bolo rozhodnuté podľa § 224 ods. 1 v spojení s § 146 ods. 1 písm. c) O.s.p., kde žiaden z účastníkov nemá právo na náhradu trov konania, ktoré bolo zastavené. Poučenie: Proti tomuto uzneseniu odvolanie nie je prípustné.</w:t>
      </w:r>
    </w:p>
    <w:p/>
    <w:p>
      <w:r>
        <w:t>Zdroj: KAUZIS.SK – https://www.kauzis.sk/judikatura/r/ECLI:SK:KSPO:2011:8507204202.2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