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6Sd/50/2010 z 30. 1. 2012</w:t>
      </w:r>
    </w:p>
    <w:p>
      <w:r>
        <w:t>Rozsudok Krajského súdu Prešov z 30. januára 2012, sp. zn. 6Sd/50/2010, ECLI:SK:KSPO:2012:8010200519.2</w:t>
      </w:r>
    </w:p>
    <w:p>
      <w:r>
        <w:t>Súd: Krajský súd Prešov</w:t>
      </w:r>
    </w:p>
    <w:p>
      <w:r>
        <w:t>Spisová značka: 6Sd/50/2010</w:t>
      </w:r>
    </w:p>
    <w:p>
      <w:r>
        <w:t>ECLI: ECLI:SK:KSPO:2012:8010200519.2</w:t>
      </w:r>
    </w:p>
    <w:p>
      <w:r>
        <w:t>Dátum vydania: 30. 1. 2012</w:t>
      </w:r>
    </w:p>
    <w:p>
      <w:r>
        <w:t>Forma: Rozsudok</w:t>
      </w:r>
    </w:p>
    <w:p>
      <w:r>
        <w:t>Oblasť práva: Správne právo</w:t>
      </w:r>
    </w:p>
    <w:p>
      <w:pPr>
        <w:pStyle w:val="Heading2"/>
      </w:pPr>
      <w:r>
        <w:t>Text rozhodnutia</w:t>
      </w:r>
    </w:p>
    <w:p>
      <w:r>
        <w:t>Súd: Krajský súd Prešov Spisová značka: 6Sd/50/2010 Identifikačné číslo súdneho spisu: 8010200519 Dátum vydania rozhodnutia: 31. 01. 2012 Meno a priezvisko sudcu, VSÚ: JUDr. Ľuboslava Mruškovičová ECLI: ECLI:SK:KSPO:2012:8010200519.2 ROZSUDOK V MENE SLOVENSKEJ REPUBLIKY Krajský súd v Prešove samosudkyňou JUDr. Ľuboslavou Mruškovičovou v právnej veci navrhovateľky L. C., bytom M. XX, Y., H. L., zastúpenej Advokátskou kanceláriou ZAHRADNÍK &amp; Spol., s.r.o., Pluhová 78, Bratislava, proti odporkyni Sociálnej poisťovni, ústredie, Ul. 29. augusta č. 8, Bratislava, o preskúmanie rozhodnutia odporkyne zo dňa 13. apríla 2010, číslo: XXXXXXXXXX X takto r o z h o d o l : P o t v r d z u j e rozhodnutie odporkyne zo dňa 13. apríla 2010, číslo: XXXXXXXXXX 0. Náhradu trov konania účastníkom n e p r i z n á v a . o d ô v o d n e n i e : Preskúmavaným rozhodnutím zo dňa 13.4.2010 odporkyňa zamietla podľa § 70 ods. 1 zákona č. 461/2003 Z.z. o sociálnom poistení (ďalej len zákona), podľa článku 39 ods. 1 nariadenia Rady (EHS) č. 1408/71 o uplatňovaní systémov sociálneho zabezpečenia na zamestnané osoby, samostatne zárobkovo činné osoby a členov ich rodín pohybujúcich sa v rámci spoločenstva, a článku 40 vykonávacieho nariadenia Rady (EHS) č. 574/72 žiadosť navrhovateľky o invalidný dôchodok zo dňa 30.10.2009 z dôvodu, že nemá pokles schopnosti vykonávať zárobkovú činnosť o viac ako 40 % v porovnaní so zdravou fyzickou osobou. V odôvodnení preskúmavaného rozhodnutia poukázala na posudok posudkového lekára Sociálnej poisťovne, pobočky Bratislava zo dňa 17.3.2010. Včas podaným opravným prostriedkom sa navrhovateľka domáhala preskúmania tohto rozhodnutia. Poukázala na § 70 ods. 1, § 71 ods. 1, 5 zákona a uviedla, že odporkyňa rozhodla na základe nedostatočne zisteného skutkového stavu, lebo nesprávne určila rozhodujúce zdravotné postihnutie, za ktoré nesprávne určila percentuálnu mieru poklesu schopnosti vykonávať zárobkovú činnosť. Zdôraznila, že je dlhodobo liečená na polyartritídu, pri ktorej je miera postihnutia kĺbov, a teda miera poklesu schopnosti vykonávať zárobkovú činnosť vyššia ako pri nesprávne diagnostikovanej chorobe artritída. Tiež trpí na hyperphyreosu, ktorú posudkový lekár vôbec nediagnostikoval, hoci vyplýva zo zdravotnej dokumentácie. Má za to, že posudkový lekár Sociálnej poisťovne nepristúpil k stanoveniu jej diagnózy profesionálne a s odbornou starostlivosťou, čo považuje za vážne pochybenie zo strany odporkyne a to najmä z dôvodu, že zákon o sociálnom poistení so stanovením diagnózy spája také závažné následky týkajúce sa práv navrhovateľky, ako je vznik nároku na invalidný dôchodok, t.j. právo na pomoc štátu, ktoré má každá fyzická osoba, ktorá vzhľadom na svoj zlý zdravotný stav nemôže vykonávať zárobkovú činnosť a tým sa ocitne bez vlastného zavinenia v nepriaznivej sociálnej situácii. Žiadala, aby krajský súd zrušil rozhodnutie odporkyne a vrátil jej vec na ďalšie konanie. Zároveň žiadala, aby jej boli nahradené trovy konania. Poverený zástupca odporkyne navrhol preskúmavané rozhodnutia ako vecne správne potvrdiť. Krajský súd podľa § 250l a nasledujúcich ustanovení zákona č. 99/1963 Občianskeho súdneho poriadku (ďalej len O.s.p.) preskúmal napadnuté rozhodnutie a konanie ktoré mu predchádzalo, vypočul zástupcov navrhovateľky a odporkyne s tým, že podľa § 250g ods. 2 v spojení s ustanovením § 250l ods. 2 O.s.p. konal a rozhodol v neprítomnosti navrhovateľky, ktorá sa z neúčasti písomne ospravedlnila a súhlasila, aby súd konal v jej neprítomnosti, oboznámil sa s posudkovým a dávkovým spisom odporkyne a dospel k záveru, že opravnému prostriedku navrhovateľky nie je možné vyhovieť. Na základe žiadosti navrhovateľky o invalidný dôchodok bol jej zdravotný stav posúdený posudkovým lekárom Sociálnej poisťovne, pobočky Bratislava dňa 17.3.2010. Podľa posudku sú rozhodujúcim zdravotným postihnutím choroby podporného a pohybového aparátu, artropatie a iné choroby kĺbov, artropatie, dlhotrvajúce neprogredujúce s poruchou funkcie, ktoré zaradil pod Kapitolu XV, oddiel A, pod položku 1b prílohy 4 zákona a stanovil 35 % mieru poklesu schopnosti vykonávať zárobkovú činnosť. V posudkovom závere uviedol, že sa jedná o 50 ročnú ženu pracujúcu ako pracovníčku v službách, od roku 2007 vo Švajčiarsku, invalidnú na 60 %. Podľa doloženého odborného nálezu vo formulári E 213 sa u menovanej jedná o zhrubnutie periférnych článkov prstov na oboch rukách a ľahký opuch hánok, funkčne bez popisovaného obmedzenia pohybu, RTG nie sú popisované, preto ako rozhodujúce zdravotné postihnutie zvolil dlhotrvajúce neprogredujúce formy s poruchou funkcie a s prihliadnutím na obojstranné postihnutie, ako aj predchádzajúcu prácu stanovil mieru poklesu schopnosti vykonávať zárobkovú činnosť na hornej hranici rozpätia, t.j. 35 %. Keďže navrhovateľka nemá viac ako 40 % v porovnaní so zdravou fyzickou osobou, nie je invalidná podľa § 71 ods. 1 zákona. Na základe tohto posudku navrhovateľka vydala preskúmavané rozhodnutie. Po tom čo navrhovateľka podala opravný prostriedok, bol jej zdravotný stav opätovne posúdený posudkovým lekárom Sociálnej poisťovne, ústredie, so sídlom v Bratislave dňa 15.12.2011. V posudku uviedol, že navrhovateľka trpí chorobami: artrózou drobných kĺbov rúk, reumatoidnou artritídou, seronegatívnou, bolesťami chrbtice - dorzalgiou, chronickým zápalom štítnej žľazy. Za rozhodujúce zdravotné postihnutie určil choroby podporného a pohybového aparátu, artropatie a iné choroby kĺbov, ktoré zaradil pod Kapitolu XV, oddiel A, pod položku 1b prílohy 4 zákona a taktiež stanovil 35 % mieru poklesu schopnosti vykonávať zárobkovú činnosť. V posudkovom závere uviedol, že menovaná 52 ročná žena má ukončené stredoškolské vzdelanie - hotelovú školu, v minulosti pracovala ako čašníčka u viacerých zamestnávateľov, od 10.1.2007 bola uznaná práceneschopnou, podľa záznamov z dostupnej dokumentácie, s anamnézou interného ochorenia - bolesti kĺbov, najmä drobných kĺbov rúk, bolesti chrbtice. Po dôkladnom preštudovaní kompletnej posudkovej spisovej dokumentácie, v ktorej je zdokladovaný reumatologický aj interný posudok zo dňa 9.3.2009, konštatoval, že zdravotný stav menovanej nespĺňa posudkové kritériá na uznanie invalidity. Predmetné vyšetrenia sú tri roky staré. Reumatologické vyšetrenie potvrdilo, že sa jedná o podozrenie na seronegatívnu spondylartropatiu s periférnym kĺbovým postihnutím, sú prítomné Heberdenove artrózy na rukách, začínajúca Rhiz - artróza obojstranne, na veľkých kĺboch tela neboli dokázané artrotické zmeny stredného alebo stredne ťažkého stupňa, funkcia týchto kĺbov nie je v žiadnom rozsahu obmedzená. Rth vyšetrenie LS chrbtice a nôh nepotvrdilo závažné degeneratívne zmeny, Rtg rúk potvrdilo počínajúce artrotické zmeny až prejavy deštruktívnej erozívnej polyartrózy prstov, neboli potvrdené ťažké klinické prejavy daného ochorenia - klasického reumatologického charakteru, aplikovaná liečba je dostatočne účinná. Pridružené sekundárne ochorenia ktoré sú uvedené v tomto posudku sú posudkovo nezávažné, nepodmieňujú zvýšenie percentuálnej miery pre iné zdravotné postihnutie, pretože sú liečbou alebo bez liečby dostatočne kompenzované, vykazujú len ľahký stupeň funkčného postihnutia. Vzhľadom na uvedené podľa tohto posudku navrhovateľka nie je invalidná podľa § 71 ods. 1 zákona, lebo pre dlhodobo nepriaznivý zdravotný stav nemá pokles schopnosti vykonávať zárobkovú činnosť o viac ako 40 % v porovnaní so zdravou fyzickou osobou. Miera poklesu schopnosti vykonávať zárobkovú činnosť je o 35 %. Podľa § 70 ods. 1 zákona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poistenec je invalidný, ak pre dlhodobo nepriaznivý zdravotný stav má pokles schopnosti vykonávať zárobkovú činnosť o viac ako 40 % v porovnaní so zdravou fyzickou osobou. Podľa § 71 ods. 2 zákona dlhodobo nepriaznivý zdravotný stav je taký zdravotný stav, ktorý spôsobuje pokles schopnosti vykonávať zárobkovú činnosť a ktorý má podľa poznatkov lekárskej vedy trvať dlhšie ako jeden rok. Podľa § 71 ods. 3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zákona miera poklesu schopnosti vykonávať zárobkovú činnosť je uvedená v prílohe č. 4. Podľa § 71 ods. 6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zákona jednotlivé percentuálne miery poklesu schopnosti vykonávať zárobkovú činnosť sa nesčítavajú. Podľa § 71 ods. 8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153 ods. 1 písm. b), ods. 3 písm. a), ods. 5 zákona lekársku posudkovú činnosť dôchodkového poistenia vykonáva posudkový lekár Sociálnej poisťovne príslušnej pobočky a posudkový lekár Sociálnej poisťovne, ústredie (ďalej len posudkový lekár). Podľa prílohy 4 zákona, Kapitola XV, oddiel A, položka 1b - infekčná artropatia, zápalová polyartropatia, reaktívne artritídy, metabolické artropatie, dlhotrvajúce neprogredujúce formy, občas recidivujúce, s poruchou funkcie (obmedzenie funkcie kĺbu o 1/3), so subjektívnymi ťažkosťami, stacionárnym röntgenologickým nálezom, prípadne s dôkazom laboratórnych pozitívnych zápalových parametrov, s postihnutím jedného alebo viacerých kĺbov s výrazným obmedzením výkonnosti organizmu podmieňujú 25 % až 35 % mieru poklesu schopnosti vykonávať zárobkovú činnosť. Ako to vyplýva z vyššie citovaných zákonných ustanovení, zdravotný stav žiadateľa o invalidný dôchodok posudzujú posudkoví lekári Sociálnej poisťovne pobočky aj ústredia, ktorí sa v danom prípade náležite zaoberali zdravotnými postihnutiami navrhovateľky, ich dlhodobosťou a vplyvom na jej zárobkovú schopnosť. V obidvoch prípadoch dospeli k záveru, že rozhodujúce zdravotné postihnutie zodpovedá zaradeniu podľa Kapitoly XV, oddiel A, položka 1b prílohy 4 zákona a za toto postihnutie určili 35 % mieru poklesu schopnosti vykonávať zárobkovú činnosť, t.j. hornú hranicu zákonného rozpätia (25 % až 35%). Ak navrhovateľka v opravnom prostriedku namietala, že posudkoví lekári vyhodnotili jej rozhodujúce zdravotné postihnutie ako artropatiu, pričom ona trpí polyartropatiou, je potrebné poukázať na znenie Kapitoly XV, oddiel A, písm. 1, ktoré hovorí, že táto kapitola sa vzťahuje nielen na infekčnú artropatiu, ale aj na zápalové polyartropatie, reaktívne artritídy, metabolické artropatie. Posudkoví lekári posúdili závažnosť aj ďalších ochorení navrhovateľky, pričom dospeli k záveru, že nie je dôvod na postup podľa § 71 ods. 8 zákona, pretože tieto ďalšie ochorenia nepodmieňujú zvýšenie percentuálneho poklesu schopnosti vykonávať zárobkovú činnosť. Posudkový lekár v posudku zo dňa 15.12.2011 uviedol, že iné zdravotné postihnutia sú liečbou dostatočne kompenzované, vykazujú len ľahký stupeň funkčného postihnutia. Keďže navrhovateľka nemá pokles schopnosti vykonávať zárobkovú činnosť o viac ako 40 % v porovnaní so zdravou fyzickou osobou, nesplnila medicínsku podmienku, preto v súlade so zákonom rozhodla odporkyňa, ak z týchto dôvodov zamietla žiadosť navrhovateľky o invalidný dôchodok. Preto krajský súd podľa § 250q ods. 2 O.s.p. preskúmavané rozhodnutie ako zákonné potvrdil. O náhrade trov konania rozhodol podľa § 250k ods. 1 v spojení s ustanovením § 250l ods. 2 O.s.p.. Navrhovateľka nebola v konaní úspešná, odporkyňa nemá zo zákona právo na náhradu trov konania, preto súd účastníkom náhradu trov konania nepriznal. Poučenie: Proti tomuto rozsudku je prípustné odvolanie v lehote 15 dní odo dňa jeho doručenia, prostredníctvom Krajského súdu v Prešove na Najvyšší súd SR v Bratislave,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https://www.kauzis.sk/judikatura/r/ECLI:SK:KSPO:2012:8010200519.2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