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2CoP/41/2012 z 29. 4. 2012</w:t>
      </w:r>
    </w:p>
    <w:p>
      <w:r>
        <w:t>Uznesenie Krajského súdu Prešov z 29. apríla 2012, sp. zn. 2CoP/41/2012, ECLI:SK:KSPO:2012:8111230833.1</w:t>
      </w:r>
    </w:p>
    <w:p>
      <w:r>
        <w:t>Súd: Krajský súd Prešov</w:t>
      </w:r>
    </w:p>
    <w:p>
      <w:r>
        <w:t>Spisová značka: 2CoP/41/2012</w:t>
      </w:r>
    </w:p>
    <w:p>
      <w:r>
        <w:t>ECLI: ECLI:SK:KSPO:2012:8111230833.1</w:t>
      </w:r>
    </w:p>
    <w:p>
      <w:r>
        <w:t>Dátum vydania: 29. 4. 2012</w:t>
      </w:r>
    </w:p>
    <w:p>
      <w:r>
        <w:t>Forma: Uznesenie</w:t>
      </w:r>
    </w:p>
    <w:p>
      <w:pPr>
        <w:pStyle w:val="Heading2"/>
      </w:pPr>
      <w:r>
        <w:t>Text rozhodnutia</w:t>
      </w:r>
    </w:p>
    <w:p>
      <w:r>
        <w:t>Súd: Krajský súd Prešov Spisová značka: 2CoP/41/2012 Identifikačné číslo súdneho spisu: 8111230833 Dátum vydania rozhodnutia: 30. 04. 2012 Meno a priezvisko sudcu, VSÚ: JUDr. Mariana Muránska ECLI: ECLI:SK:KSPO:2012:8111230833.1 Uznesenie Krajský súd v Prešove v právnej veci navrhovateľa A. T., nar. X.X.XXXX, bytom U. XX, proti odporcovi M. T., nar. XX.X.XXXX, bytom S. S., Z. XX, o určenie výživného, o odvolaní odporcu proti rozsudku Okresného súdu Prešov zo dňa 13.2.2012 č.k. 28P/166/2011- 23 takto r o z h o d o l : Odmieta odvolanie. Nepriznáva účastníkom náhradu trov odvolacieho konania. o d ô v o d n e n i e : Napadnutým rozsudkom súd prvého stupňa zmenil rozsudok Okresného súdu Prešov sp. zn. 7 C 187/1998 v časti výživného tak, že odporca je povinný prispievať na výživu navrhovateľa sumou 80 Eur mesačne vždy do 15 -teho dňa v mesiaci vopred od 1.9.2011 do budúcna. Dlžné výživné za čas od 1.9.2011 do 31.1.2012 vo výške 100 Eur uložil odporcovi zaplatiť navrhovateľovi do 30 dní od právoplatnosti rozsudku. V prevyšujúcej časti návrh zamietol a vyslovil, že žiaden z účastníkov nemá právo na náhradu trov konania. Proti tomuto rozsudku podal odvolanie odporca, ktorý navrhol rozsudok súdu prvého stupňa zrušiť a vrátiť vec mu na ďalšie konanie. Navrhovateľ žiadal rozsudok prvostupňového súdu ako vecne správny potvrdiť. Podľa § 204 ods. 1 O.s.p., odvolanie sa podáva do 15 dní od doručenia rozhodnutia na súde, proti rozhodnutiu ktorého smeruje. Ak bolo vydané opravné uznesenie, lehota plynie znovu od doručenia opravného uznesenia len v rozsahu vykonanej opravy. Podľa § 57 ods. 3 O.s.p., lehota je zachovaná, ak sa posledný deň lehoty urobí úkon na súde alebo podanie odovzdá orgánu, ktorý má povinnosť ho doručiť. Ako je zrejmé z obsahu spisu, rozsudok súdu prvého stupňa bol odporcovi doručený dňa 28.2.2012 (utorok, riadny pracovný deň). Lehota na podanie odvolania začala plynúť nasledujúcim dňom a jej koniec pripadol na deň 14.3.2012 (streda, riadny pracovný deň). Odvolanie odporcu proti napadnutému rozsudku však bolo podané na súde prvého stupňa osobne až dňa 20.3.2012. Za tejto situácie je potrebné konštatovať, že odporca podal odvolanie po uplynutí zákonom určenej odvolacej lehoty, a preto jeho odvolanie bolo odmietnuté postupom podľa § 218 ods. 1 písm. a/ O.s.p. O trovách odvolacieho konania bolo rozhodnuté podľa § 224 ods. 1 O.s.p. v spojení s § 142 ods. 1 O.s.p. Navrhovateľovi v tomto štádiu konania trovy nevznikli, preto mu ich náhrada nebola priznaná a odporca vzhľadom na výsledok odvolacieho konania nemá právo na ich náhradu. Poučenie: Proti tomuto uzneseniu odvolanie nie je prípustné.</w:t>
      </w:r>
    </w:p>
    <w:p/>
    <w:p>
      <w:r>
        <w:t>Zdroj: KAUZIS.SK – https://www.kauzis.sk/judikatura/r/ECLI:SK:KSPO:2012:8111230833.1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