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Prešov sp. zn. 3CoP/29/2012 z 17. 4. 2012</w:t>
      </w:r>
    </w:p>
    <w:p>
      <w:r>
        <w:t>Uznesenie Krajského súdu Prešov z 17. apríla 2012, sp. zn. 3CoP/29/2012, ECLI:SK:KSPO:2012:8312200224.1</w:t>
      </w:r>
    </w:p>
    <w:p>
      <w:r>
        <w:t>Súd: Krajský súd Prešov</w:t>
      </w:r>
    </w:p>
    <w:p>
      <w:r>
        <w:t>Spisová značka: 3CoP/29/2012</w:t>
      </w:r>
    </w:p>
    <w:p>
      <w:r>
        <w:t>ECLI: ECLI:SK:KSPO:2012:8312200224.1</w:t>
      </w:r>
    </w:p>
    <w:p>
      <w:r>
        <w:t>Dátum vydania: 17. 4.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Prešov Spisová značka: 3CoP/29/2012 Identifikačné číslo súdneho spisu: 8312200224 Dátum vydania rozhodnutia: 18. 04. 2012 Meno a priezvisko sudcu, VSÚ: JUDr. Eva Šofranková ECLI: ECLI:SK:KSPO:2012:8312200224.1 Uznesenie Krajský súd v Prešove v právnej veci starostlivosti súdu o maloletého T. O., nar. XX.X.XXXX, bytom D. Q. O. XXX, zastúpeného kolíznym opatrovníkom Úradom práce, sociálnych vecí a rodiny Humenné, pracovisko Snina, dieťa rodičov Z. O., bytom D. Q. O. XXX a Z. O., bytom Y., D. XXX, o návrhu matky na zmenu úpravy práv a povinností rodičov k maloletému dieťaťu, o odvolaní otca proti rozsudku Okresného súdu Humenné z 27. januára 2012 č.k. 15P 7/2012 - 41 takto jednohlasne r o z h o d o l : Z a s t a v u j e odvolacie konanie. Žiaden z účastníkov nemá právo na náhradu trov odvolacieho konania. o d ô v o d n e n i e : Okresný súd Humenné ( ďalej len prvostupňový súd ) napadnutým rozsudkom zmenil rozsudok Okresného súdu v Michalovciach pod sp. zn. 20C 72/2011 tak, že zvýšil výživné zo strany otca pre maloletého Viliama zo sumy 50 Eur na sumu 80 Eur mesačne s povinnosťou otca platiť výživné vždy do 15. dňa v mesiaci vopred k rukám matky s účinnosťou od právoplatnosti rozsudku. Styk otca s maloletým dieťaťom neupravil a vyslovil, že žiaden z účastníkov nemá právo na náhradu trov konania. Proti tomuto rozsudku podal v zákonom stanovenej lehote odvolanie otec. Podaním zo dňa 22.2.2012 otec vzal podané odvolanie späť a žiadal, aby súd v konaní nepokračoval a konanie zastavil ( č.l. 47 spisu ). Dokiaľ o odvolaní nebolo rozhodnuté, možno ho vziať späť. Ak niekto vzal odvolanie späť, nemôže ho podať znova ( § 207 ods. 2 O.s.p. ). Ak sa odvolanie, o ktorom nebolo rozhodnuté, vzalo späť, odvolací súd odvolacie konanie zastaví ( § 207 ods. 3 O.s.p. ). Vychádzajúc z citovaných zákonných ustanovení odvolací súd zastavil odvolacie konanie postupom podľa ust. § 207 ods. 2,3 O.s.p. O trovách odvolacieho konania súd rozhodol postupom podľa § 224 ods. O.s.p. v spojení s ust. § 146 ods. 1 písm. a/ O.s.p. tak, že žiaden z účastníkov nemá právo na náhradu trov odvolacieho konania. Poučenie: Proti tomuto uzneseniu odvolanie nie je prípustné.</w:t>
      </w:r>
    </w:p>
    <w:p/>
    <w:p>
      <w:r>
        <w:t>Zdroj: KAUZIS.SK – https://www.kauzis.sk/judikatura/r/ECLI:SK:KSPO:2012:8312200224.1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